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E7DA7" w14:textId="285FD94B" w:rsidR="00281D6C" w:rsidRDefault="007B7883">
      <w:pPr>
        <w:pStyle w:val="1"/>
        <w:rPr>
          <w:lang w:eastAsia="ko-KR"/>
        </w:rPr>
      </w:pPr>
      <w:r>
        <w:rPr>
          <w:rFonts w:ascii="맑은 고딕" w:eastAsia="맑은 고딕" w:hAnsi="맑은 고딕" w:cs="맑은 고딕" w:hint="eastAsia"/>
          <w:lang w:eastAsia="ko-KR"/>
        </w:rPr>
        <w:t>항적조회/리플레이</w:t>
      </w:r>
      <w:r w:rsidR="00000000">
        <w:rPr>
          <w:lang w:eastAsia="ko-KR"/>
        </w:rPr>
        <w:t xml:space="preserve"> </w:t>
      </w:r>
      <w:r w:rsidR="00000000">
        <w:rPr>
          <w:lang w:eastAsia="ko-KR"/>
        </w:rPr>
        <w:t>성능</w:t>
      </w:r>
      <w:r w:rsidR="00000000">
        <w:rPr>
          <w:lang w:eastAsia="ko-KR"/>
        </w:rPr>
        <w:t xml:space="preserve"> </w:t>
      </w:r>
      <w:r w:rsidR="00000000">
        <w:rPr>
          <w:lang w:eastAsia="ko-KR"/>
        </w:rPr>
        <w:t>부하</w:t>
      </w:r>
      <w:r w:rsidR="00000000">
        <w:rPr>
          <w:lang w:eastAsia="ko-KR"/>
        </w:rPr>
        <w:t xml:space="preserve"> </w:t>
      </w:r>
      <w:r w:rsidR="00000000">
        <w:rPr>
          <w:lang w:eastAsia="ko-KR"/>
        </w:rPr>
        <w:t>개선</w:t>
      </w:r>
      <w:r w:rsidR="00000000">
        <w:rPr>
          <w:lang w:eastAsia="ko-KR"/>
        </w:rPr>
        <w:t xml:space="preserve"> </w:t>
      </w:r>
      <w:r w:rsidR="00000000">
        <w:rPr>
          <w:lang w:eastAsia="ko-KR"/>
        </w:rPr>
        <w:t>보고서</w:t>
      </w:r>
    </w:p>
    <w:p w14:paraId="616771D1" w14:textId="77777777" w:rsidR="00281D6C" w:rsidRDefault="00000000">
      <w:pPr>
        <w:pStyle w:val="21"/>
        <w:rPr>
          <w:lang w:eastAsia="ko-KR"/>
        </w:rPr>
      </w:pPr>
      <w:r>
        <w:rPr>
          <w:lang w:eastAsia="ko-KR"/>
        </w:rPr>
        <w:t>선박</w:t>
      </w:r>
      <w:r>
        <w:rPr>
          <w:lang w:eastAsia="ko-KR"/>
        </w:rPr>
        <w:t xml:space="preserve"> </w:t>
      </w:r>
      <w:r>
        <w:rPr>
          <w:lang w:eastAsia="ko-KR"/>
        </w:rPr>
        <w:t>항적</w:t>
      </w:r>
      <w:r>
        <w:rPr>
          <w:lang w:eastAsia="ko-KR"/>
        </w:rPr>
        <w:t xml:space="preserve"> </w:t>
      </w:r>
      <w:r>
        <w:rPr>
          <w:lang w:eastAsia="ko-KR"/>
        </w:rPr>
        <w:t>리플레이</w:t>
      </w:r>
      <w:r>
        <w:rPr>
          <w:lang w:eastAsia="ko-KR"/>
        </w:rPr>
        <w:t xml:space="preserve"> </w:t>
      </w:r>
      <w:r>
        <w:rPr>
          <w:lang w:eastAsia="ko-KR"/>
        </w:rPr>
        <w:t>서비스</w:t>
      </w:r>
      <w:r>
        <w:rPr>
          <w:lang w:eastAsia="ko-KR"/>
        </w:rPr>
        <w:t xml:space="preserve"> — </w:t>
      </w:r>
      <w:r>
        <w:rPr>
          <w:lang w:eastAsia="ko-KR"/>
        </w:rPr>
        <w:t>동시</w:t>
      </w:r>
      <w:r>
        <w:rPr>
          <w:lang w:eastAsia="ko-KR"/>
        </w:rPr>
        <w:t xml:space="preserve"> </w:t>
      </w:r>
      <w:r>
        <w:rPr>
          <w:lang w:eastAsia="ko-KR"/>
        </w:rPr>
        <w:t>요청</w:t>
      </w:r>
      <w:r>
        <w:rPr>
          <w:lang w:eastAsia="ko-KR"/>
        </w:rPr>
        <w:t xml:space="preserve"> </w:t>
      </w:r>
      <w:r>
        <w:rPr>
          <w:lang w:eastAsia="ko-KR"/>
        </w:rPr>
        <w:t>부하</w:t>
      </w:r>
      <w:r>
        <w:rPr>
          <w:lang w:eastAsia="ko-KR"/>
        </w:rPr>
        <w:t xml:space="preserve"> </w:t>
      </w:r>
      <w:r>
        <w:rPr>
          <w:lang w:eastAsia="ko-KR"/>
        </w:rPr>
        <w:t>대응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694"/>
        <w:gridCol w:w="5946"/>
      </w:tblGrid>
      <w:tr w:rsidR="00281D6C" w14:paraId="796C321D" w14:textId="77777777" w:rsidTr="007B78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58864C65" w14:textId="77777777" w:rsidR="00281D6C" w:rsidRDefault="00000000">
            <w:proofErr w:type="spellStart"/>
            <w:r>
              <w:t>항목</w:t>
            </w:r>
            <w:proofErr w:type="spellEnd"/>
          </w:p>
        </w:tc>
        <w:tc>
          <w:tcPr>
            <w:tcW w:w="5946" w:type="dxa"/>
          </w:tcPr>
          <w:p w14:paraId="332DA6FE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내용</w:t>
            </w:r>
          </w:p>
        </w:tc>
      </w:tr>
      <w:tr w:rsidR="00281D6C" w14:paraId="5534ABB0" w14:textId="77777777" w:rsidTr="007B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6CB8C8E" w14:textId="77777777" w:rsidR="00281D6C" w:rsidRDefault="00000000">
            <w:r>
              <w:t>작성일</w:t>
            </w:r>
          </w:p>
        </w:tc>
        <w:tc>
          <w:tcPr>
            <w:tcW w:w="5946" w:type="dxa"/>
          </w:tcPr>
          <w:p w14:paraId="09DBED8B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2026-02-06</w:t>
            </w:r>
          </w:p>
        </w:tc>
      </w:tr>
      <w:tr w:rsidR="00281D6C" w14:paraId="4ED2B575" w14:textId="77777777" w:rsidTr="007B78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60AB4FA2" w14:textId="77777777" w:rsidR="00281D6C" w:rsidRDefault="00000000">
            <w:r>
              <w:t>대상</w:t>
            </w:r>
            <w:r>
              <w:t xml:space="preserve"> </w:t>
            </w:r>
            <w:r>
              <w:t>시스템</w:t>
            </w:r>
          </w:p>
        </w:tc>
        <w:tc>
          <w:tcPr>
            <w:tcW w:w="5946" w:type="dxa"/>
          </w:tcPr>
          <w:p w14:paraId="271AEBBF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Signal Batch — </w:t>
            </w:r>
            <w:r>
              <w:t>선박</w:t>
            </w:r>
            <w:r>
              <w:t xml:space="preserve"> </w:t>
            </w:r>
            <w:r>
              <w:t>항적</w:t>
            </w:r>
            <w:r>
              <w:t xml:space="preserve"> </w:t>
            </w:r>
            <w:r>
              <w:t>조회</w:t>
            </w:r>
            <w:r>
              <w:t>/</w:t>
            </w:r>
            <w:r>
              <w:t>리플레이</w:t>
            </w:r>
            <w:r>
              <w:t xml:space="preserve"> WebSocket </w:t>
            </w:r>
            <w:r>
              <w:t>서비스</w:t>
            </w:r>
          </w:p>
        </w:tc>
      </w:tr>
      <w:tr w:rsidR="00281D6C" w14:paraId="0EB566A7" w14:textId="77777777" w:rsidTr="007B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48836C1" w14:textId="77777777" w:rsidR="00281D6C" w:rsidRDefault="00000000">
            <w:r>
              <w:t>운영</w:t>
            </w:r>
            <w:r>
              <w:t xml:space="preserve"> </w:t>
            </w:r>
            <w:r>
              <w:t>환경</w:t>
            </w:r>
          </w:p>
        </w:tc>
        <w:tc>
          <w:tcPr>
            <w:tcW w:w="5946" w:type="dxa"/>
          </w:tcPr>
          <w:p w14:paraId="78A93724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Linux</w:t>
            </w:r>
          </w:p>
        </w:tc>
      </w:tr>
      <w:tr w:rsidR="00281D6C" w14:paraId="269EFE3E" w14:textId="77777777" w:rsidTr="007B78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602FD0D5" w14:textId="77777777" w:rsidR="00281D6C" w:rsidRDefault="00000000">
            <w:r>
              <w:t>문제</w:t>
            </w:r>
            <w:r>
              <w:t xml:space="preserve"> </w:t>
            </w:r>
            <w:r>
              <w:t>상황</w:t>
            </w:r>
          </w:p>
        </w:tc>
        <w:tc>
          <w:tcPr>
            <w:tcW w:w="5946" w:type="dxa"/>
          </w:tcPr>
          <w:p w14:paraId="256B761D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다수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클라이언트의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리플레이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요청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동시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유입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서비스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장애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발생</w:t>
            </w:r>
          </w:p>
        </w:tc>
      </w:tr>
    </w:tbl>
    <w:p w14:paraId="3C8C63D8" w14:textId="77777777" w:rsidR="00281D6C" w:rsidRDefault="00281D6C">
      <w:pPr>
        <w:rPr>
          <w:lang w:eastAsia="ko-KR"/>
        </w:rPr>
      </w:pPr>
    </w:p>
    <w:p w14:paraId="70DF2EB5" w14:textId="77777777" w:rsidR="00281D6C" w:rsidRDefault="00281D6C">
      <w:pPr>
        <w:spacing w:before="120" w:after="120"/>
        <w:rPr>
          <w:lang w:eastAsia="ko-KR"/>
        </w:rPr>
      </w:pPr>
    </w:p>
    <w:p w14:paraId="3D0FBC68" w14:textId="77777777" w:rsidR="00281D6C" w:rsidRDefault="00000000">
      <w:pPr>
        <w:pStyle w:val="21"/>
        <w:rPr>
          <w:lang w:eastAsia="ko-KR"/>
        </w:rPr>
      </w:pPr>
      <w:r>
        <w:rPr>
          <w:lang w:eastAsia="ko-KR"/>
        </w:rPr>
        <w:t xml:space="preserve">1. </w:t>
      </w:r>
      <w:r>
        <w:rPr>
          <w:lang w:eastAsia="ko-KR"/>
        </w:rPr>
        <w:t>현황</w:t>
      </w:r>
      <w:r>
        <w:rPr>
          <w:lang w:eastAsia="ko-KR"/>
        </w:rPr>
        <w:t xml:space="preserve"> </w:t>
      </w:r>
      <w:r>
        <w:rPr>
          <w:lang w:eastAsia="ko-KR"/>
        </w:rPr>
        <w:t>분석</w:t>
      </w:r>
      <w:r>
        <w:rPr>
          <w:lang w:eastAsia="ko-KR"/>
        </w:rPr>
        <w:t xml:space="preserve"> (AS-IS)</w:t>
      </w:r>
    </w:p>
    <w:p w14:paraId="1FBBB5EE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 xml:space="preserve">1.1 </w:t>
      </w:r>
      <w:r>
        <w:rPr>
          <w:lang w:eastAsia="ko-KR"/>
        </w:rPr>
        <w:t>시스템</w:t>
      </w:r>
      <w:r>
        <w:rPr>
          <w:lang w:eastAsia="ko-KR"/>
        </w:rPr>
        <w:t xml:space="preserve"> </w:t>
      </w:r>
      <w:r>
        <w:rPr>
          <w:lang w:eastAsia="ko-KR"/>
        </w:rPr>
        <w:t>아키텍처</w:t>
      </w:r>
      <w:r>
        <w:rPr>
          <w:lang w:eastAsia="ko-KR"/>
        </w:rPr>
        <w:t xml:space="preserve"> </w:t>
      </w:r>
      <w:r>
        <w:rPr>
          <w:lang w:eastAsia="ko-KR"/>
        </w:rPr>
        <w:t>개요</w:t>
      </w:r>
    </w:p>
    <w:p w14:paraId="7F3F1E42" w14:textId="77777777" w:rsidR="00281D6C" w:rsidRDefault="00000000">
      <w:pPr>
        <w:ind w:left="283"/>
      </w:pPr>
      <w:proofErr w:type="spellStart"/>
      <w:r>
        <w:rPr>
          <w:rFonts w:ascii="Consolas" w:hAnsi="Consolas"/>
          <w:color w:val="333333"/>
          <w:sz w:val="16"/>
        </w:rPr>
        <w:t>클라이언트</w:t>
      </w:r>
      <w:proofErr w:type="spellEnd"/>
      <w:r>
        <w:rPr>
          <w:rFonts w:ascii="Consolas" w:hAnsi="Consolas"/>
          <w:color w:val="333333"/>
          <w:sz w:val="16"/>
        </w:rPr>
        <w:t xml:space="preserve"> (</w:t>
      </w:r>
      <w:proofErr w:type="spellStart"/>
      <w:r>
        <w:rPr>
          <w:rFonts w:ascii="Consolas" w:hAnsi="Consolas"/>
          <w:color w:val="333333"/>
          <w:sz w:val="16"/>
        </w:rPr>
        <w:t>N</w:t>
      </w:r>
      <w:r>
        <w:rPr>
          <w:rFonts w:ascii="Consolas" w:hAnsi="Consolas"/>
          <w:color w:val="333333"/>
          <w:sz w:val="16"/>
        </w:rPr>
        <w:t>개</w:t>
      </w:r>
      <w:proofErr w:type="spellEnd"/>
      <w:r>
        <w:rPr>
          <w:rFonts w:ascii="Consolas" w:hAnsi="Consolas"/>
          <w:color w:val="333333"/>
          <w:sz w:val="16"/>
        </w:rPr>
        <w:t>)</w:t>
      </w:r>
      <w:r>
        <w:rPr>
          <w:rFonts w:ascii="Consolas" w:hAnsi="Consolas"/>
          <w:color w:val="333333"/>
          <w:sz w:val="16"/>
        </w:rPr>
        <w:br/>
        <w:t xml:space="preserve">    │ WebSocket STOMP (/ws-tracks)</w:t>
      </w:r>
      <w:r>
        <w:rPr>
          <w:rFonts w:ascii="Consolas" w:hAnsi="Consolas"/>
          <w:color w:val="333333"/>
          <w:sz w:val="16"/>
        </w:rPr>
        <w:br/>
        <w:t xml:space="preserve">    ▼</w:t>
      </w:r>
      <w:r>
        <w:rPr>
          <w:rFonts w:ascii="Consolas" w:hAnsi="Consolas"/>
          <w:color w:val="333333"/>
          <w:sz w:val="16"/>
        </w:rPr>
        <w:br/>
        <w:t>┌─────────────────────────────────────────────────┐</w:t>
      </w:r>
      <w:r>
        <w:rPr>
          <w:rFonts w:ascii="Consolas" w:hAnsi="Consolas"/>
          <w:color w:val="333333"/>
          <w:sz w:val="16"/>
        </w:rPr>
        <w:br/>
        <w:t>│  Tomcat (max-threads: 200, max-connections: 10000) │</w:t>
      </w:r>
      <w:r>
        <w:rPr>
          <w:rFonts w:ascii="Consolas" w:hAnsi="Consolas"/>
          <w:color w:val="333333"/>
          <w:sz w:val="16"/>
        </w:rPr>
        <w:br/>
        <w:t>│  ┌─────────────────────────────────────────────┐   │</w:t>
      </w:r>
      <w:r>
        <w:rPr>
          <w:rFonts w:ascii="Consolas" w:hAnsi="Consolas"/>
          <w:color w:val="333333"/>
          <w:sz w:val="16"/>
        </w:rPr>
        <w:br/>
        <w:t>│  │  STOMP Inbound Channel (core:10, max:20)    │   │</w:t>
      </w:r>
      <w:r>
        <w:rPr>
          <w:rFonts w:ascii="Consolas" w:hAnsi="Consolas"/>
          <w:color w:val="333333"/>
          <w:sz w:val="16"/>
        </w:rPr>
        <w:br/>
        <w:t>│  │  → TrackQueryInterceptor (</w:t>
      </w:r>
      <w:r>
        <w:rPr>
          <w:rFonts w:ascii="Consolas" w:hAnsi="Consolas"/>
          <w:color w:val="333333"/>
          <w:sz w:val="16"/>
        </w:rPr>
        <w:t>세션당</w:t>
      </w:r>
      <w:r>
        <w:rPr>
          <w:rFonts w:ascii="Consolas" w:hAnsi="Consolas"/>
          <w:color w:val="333333"/>
          <w:sz w:val="16"/>
        </w:rPr>
        <w:t xml:space="preserve"> 3</w:t>
      </w:r>
      <w:r>
        <w:rPr>
          <w:rFonts w:ascii="Consolas" w:hAnsi="Consolas"/>
          <w:color w:val="333333"/>
          <w:sz w:val="16"/>
        </w:rPr>
        <w:t>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제한</w:t>
      </w:r>
      <w:r>
        <w:rPr>
          <w:rFonts w:ascii="Consolas" w:hAnsi="Consolas"/>
          <w:color w:val="333333"/>
          <w:sz w:val="16"/>
        </w:rPr>
        <w:t>)    │   │</w:t>
      </w:r>
      <w:r>
        <w:rPr>
          <w:rFonts w:ascii="Consolas" w:hAnsi="Consolas"/>
          <w:color w:val="333333"/>
          <w:sz w:val="16"/>
        </w:rPr>
        <w:br/>
        <w:t>│  └────────────┬────────────────────────────────┘   │</w:t>
      </w:r>
      <w:r>
        <w:rPr>
          <w:rFonts w:ascii="Consolas" w:hAnsi="Consolas"/>
          <w:color w:val="333333"/>
          <w:sz w:val="16"/>
        </w:rPr>
        <w:br/>
        <w:t>│               ▼                                     │</w:t>
      </w:r>
      <w:r>
        <w:rPr>
          <w:rFonts w:ascii="Consolas" w:hAnsi="Consolas"/>
          <w:color w:val="333333"/>
          <w:sz w:val="16"/>
        </w:rPr>
        <w:br/>
        <w:t>│  ┌─────────────────────────────────────────────┐   │</w:t>
      </w:r>
      <w:r>
        <w:rPr>
          <w:rFonts w:ascii="Consolas" w:hAnsi="Consolas"/>
          <w:color w:val="333333"/>
          <w:sz w:val="16"/>
        </w:rPr>
        <w:br/>
        <w:t>│  │  @Async trackStreamingExecutor              │   │</w:t>
      </w:r>
      <w:r>
        <w:rPr>
          <w:rFonts w:ascii="Consolas" w:hAnsi="Consolas"/>
          <w:color w:val="333333"/>
          <w:sz w:val="16"/>
        </w:rPr>
        <w:br/>
        <w:t>│  │  (core:15, max:30, queue:500)               │   │</w:t>
      </w:r>
      <w:r>
        <w:rPr>
          <w:rFonts w:ascii="Consolas" w:hAnsi="Consolas"/>
          <w:color w:val="333333"/>
          <w:sz w:val="16"/>
        </w:rPr>
        <w:br/>
        <w:t>│  │  ┌───────────────────────────────────────┐  │   │</w:t>
      </w:r>
      <w:r>
        <w:rPr>
          <w:rFonts w:ascii="Consolas" w:hAnsi="Consolas"/>
          <w:color w:val="333333"/>
          <w:sz w:val="16"/>
        </w:rPr>
        <w:br/>
        <w:t>│  │  │ ChunkedTrackStreamingService          │  │   │</w:t>
      </w:r>
      <w:r>
        <w:rPr>
          <w:rFonts w:ascii="Consolas" w:hAnsi="Consolas"/>
          <w:color w:val="333333"/>
          <w:sz w:val="16"/>
        </w:rPr>
        <w:br/>
        <w:t xml:space="preserve">│  │  │ └ </w:t>
      </w:r>
      <w:r>
        <w:rPr>
          <w:rFonts w:ascii="Consolas" w:hAnsi="Consolas"/>
          <w:color w:val="333333"/>
          <w:sz w:val="16"/>
        </w:rPr>
        <w:t>백프레셔</w:t>
      </w:r>
      <w:r>
        <w:rPr>
          <w:rFonts w:ascii="Consolas" w:hAnsi="Consolas"/>
          <w:color w:val="333333"/>
          <w:sz w:val="16"/>
        </w:rPr>
        <w:t>: pendingBufferSize ≤ 50MB  │  │   │</w:t>
      </w:r>
      <w:r>
        <w:rPr>
          <w:rFonts w:ascii="Consolas" w:hAnsi="Consolas"/>
          <w:color w:val="333333"/>
          <w:sz w:val="16"/>
        </w:rPr>
        <w:br/>
        <w:t>│  │  │ StompTrackStreamingService            │  │   │</w:t>
      </w:r>
      <w:r>
        <w:rPr>
          <w:rFonts w:ascii="Consolas" w:hAnsi="Consolas"/>
          <w:color w:val="333333"/>
          <w:sz w:val="16"/>
        </w:rPr>
        <w:br/>
        <w:t>│  │  │ └ BlockingQueue(100) + Thread.sleep   │  │   │</w:t>
      </w:r>
      <w:r>
        <w:rPr>
          <w:rFonts w:ascii="Consolas" w:hAnsi="Consolas"/>
          <w:color w:val="333333"/>
          <w:sz w:val="16"/>
        </w:rPr>
        <w:br/>
        <w:t>│  │  └───────────────────────────────────────┘  │   │</w:t>
      </w:r>
      <w:r>
        <w:rPr>
          <w:rFonts w:ascii="Consolas" w:hAnsi="Consolas"/>
          <w:color w:val="333333"/>
          <w:sz w:val="16"/>
        </w:rPr>
        <w:br/>
        <w:t>│  └────────────┬────────────────────────────────┘   │</w:t>
      </w:r>
      <w:r>
        <w:rPr>
          <w:rFonts w:ascii="Consolas" w:hAnsi="Consolas"/>
          <w:color w:val="333333"/>
          <w:sz w:val="16"/>
        </w:rPr>
        <w:br/>
        <w:t>│               ▼                                     │</w:t>
      </w:r>
      <w:r>
        <w:rPr>
          <w:rFonts w:ascii="Consolas" w:hAnsi="Consolas"/>
          <w:color w:val="333333"/>
          <w:sz w:val="16"/>
        </w:rPr>
        <w:br/>
        <w:t>│  ┌─────────────────────────────────────────────┐   │</w:t>
      </w:r>
      <w:r>
        <w:rPr>
          <w:rFonts w:ascii="Consolas" w:hAnsi="Consolas"/>
          <w:color w:val="333333"/>
          <w:sz w:val="16"/>
        </w:rPr>
        <w:br/>
        <w:t>│  │  STOMP Outbound Channel (core:20, max:40)   │   │</w:t>
      </w:r>
      <w:r>
        <w:rPr>
          <w:rFonts w:ascii="Consolas" w:hAnsi="Consolas"/>
          <w:color w:val="333333"/>
          <w:sz w:val="16"/>
        </w:rPr>
        <w:br/>
        <w:t>│  │  (queue: 5000)                              │   │</w:t>
      </w:r>
      <w:r>
        <w:rPr>
          <w:rFonts w:ascii="Consolas" w:hAnsi="Consolas"/>
          <w:color w:val="333333"/>
          <w:sz w:val="16"/>
        </w:rPr>
        <w:br/>
        <w:t>│  └─────────────────────────────────────────────┘   │</w:t>
      </w:r>
      <w:r>
        <w:rPr>
          <w:rFonts w:ascii="Consolas" w:hAnsi="Consolas"/>
          <w:color w:val="333333"/>
          <w:sz w:val="16"/>
        </w:rPr>
        <w:br/>
        <w:t>│               ▼                                     │</w:t>
      </w:r>
      <w:r>
        <w:rPr>
          <w:rFonts w:ascii="Consolas" w:hAnsi="Consolas"/>
          <w:color w:val="333333"/>
          <w:sz w:val="16"/>
        </w:rPr>
        <w:br/>
        <w:t>│  PostgreSQL + PostGIS (HikariCP max: 60)            │</w:t>
      </w:r>
      <w:r>
        <w:rPr>
          <w:rFonts w:ascii="Consolas" w:hAnsi="Consolas"/>
          <w:color w:val="333333"/>
          <w:sz w:val="16"/>
        </w:rPr>
        <w:br/>
        <w:t>└─────────────────────────────────────────────────────┘</w:t>
      </w:r>
    </w:p>
    <w:p w14:paraId="3378D006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lastRenderedPageBreak/>
        <w:t xml:space="preserve">1.2 </w:t>
      </w:r>
      <w:r>
        <w:rPr>
          <w:lang w:eastAsia="ko-KR"/>
        </w:rPr>
        <w:t>현재</w:t>
      </w:r>
      <w:r>
        <w:rPr>
          <w:lang w:eastAsia="ko-KR"/>
        </w:rPr>
        <w:t xml:space="preserve"> </w:t>
      </w:r>
      <w:r>
        <w:rPr>
          <w:lang w:eastAsia="ko-KR"/>
        </w:rPr>
        <w:t>구현된</w:t>
      </w:r>
      <w:r>
        <w:rPr>
          <w:lang w:eastAsia="ko-KR"/>
        </w:rPr>
        <w:t xml:space="preserve"> </w:t>
      </w:r>
      <w:r>
        <w:rPr>
          <w:lang w:eastAsia="ko-KR"/>
        </w:rPr>
        <w:t>부하</w:t>
      </w:r>
      <w:r>
        <w:rPr>
          <w:lang w:eastAsia="ko-KR"/>
        </w:rPr>
        <w:t xml:space="preserve"> </w:t>
      </w:r>
      <w:r>
        <w:rPr>
          <w:lang w:eastAsia="ko-KR"/>
        </w:rPr>
        <w:t>제어</w:t>
      </w:r>
      <w:r>
        <w:rPr>
          <w:lang w:eastAsia="ko-KR"/>
        </w:rPr>
        <w:t xml:space="preserve"> </w:t>
      </w:r>
      <w:r>
        <w:rPr>
          <w:lang w:eastAsia="ko-KR"/>
        </w:rPr>
        <w:t>메커니즘</w:t>
      </w:r>
    </w:p>
    <w:p w14:paraId="3CD14E5F" w14:textId="77777777" w:rsidR="00281D6C" w:rsidRDefault="00000000">
      <w:pPr>
        <w:pStyle w:val="4"/>
      </w:pPr>
      <w:r>
        <w:t xml:space="preserve">(A) </w:t>
      </w:r>
      <w:proofErr w:type="spellStart"/>
      <w:r>
        <w:t>세션당</w:t>
      </w:r>
      <w:proofErr w:type="spellEnd"/>
      <w:r>
        <w:t xml:space="preserve"> </w:t>
      </w:r>
      <w:proofErr w:type="spellStart"/>
      <w:r>
        <w:t>동시</w:t>
      </w:r>
      <w:proofErr w:type="spellEnd"/>
      <w:r>
        <w:t xml:space="preserve"> </w:t>
      </w:r>
      <w:proofErr w:type="spellStart"/>
      <w:r>
        <w:t>쿼리</w:t>
      </w:r>
      <w:proofErr w:type="spellEnd"/>
      <w:r>
        <w:t xml:space="preserve"> </w:t>
      </w:r>
      <w:r>
        <w:t>제한</w:t>
      </w:r>
      <w:r>
        <w:t xml:space="preserve"> — `TrackQueryInterceptor`</w:t>
      </w:r>
    </w:p>
    <w:p w14:paraId="44B86455" w14:textId="77777777" w:rsidR="00281D6C" w:rsidRDefault="00000000">
      <w:r>
        <w:rPr>
          <w:b/>
        </w:rPr>
        <w:t>파일</w:t>
      </w:r>
      <w:r>
        <w:t xml:space="preserve">: </w:t>
      </w:r>
      <w:r>
        <w:rPr>
          <w:rFonts w:ascii="Consolas" w:hAnsi="Consolas"/>
          <w:color w:val="800000"/>
        </w:rPr>
        <w:t>global/websocket/interceptor/TrackQueryInterceptor.java</w:t>
      </w:r>
    </w:p>
    <w:p w14:paraId="70EDF834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AS-IS: </w:t>
      </w:r>
      <w:r>
        <w:rPr>
          <w:rFonts w:ascii="Consolas" w:hAnsi="Consolas"/>
          <w:color w:val="333333"/>
          <w:sz w:val="16"/>
        </w:rPr>
        <w:t>세션당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최대</w:t>
      </w:r>
      <w:r>
        <w:rPr>
          <w:rFonts w:ascii="Consolas" w:hAnsi="Consolas"/>
          <w:color w:val="333333"/>
          <w:sz w:val="16"/>
        </w:rPr>
        <w:t xml:space="preserve"> 3</w:t>
      </w:r>
      <w:r>
        <w:rPr>
          <w:rFonts w:ascii="Consolas" w:hAnsi="Consolas"/>
          <w:color w:val="333333"/>
          <w:sz w:val="16"/>
        </w:rPr>
        <w:t>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동시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쿼리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제한</w:t>
      </w:r>
      <w:r>
        <w:rPr>
          <w:rFonts w:ascii="Consolas" w:hAnsi="Consolas"/>
          <w:color w:val="333333"/>
          <w:sz w:val="16"/>
        </w:rPr>
        <w:br/>
        <w:t>private final ConcurrentHashMap&lt;String, AtomicInteger&gt; sessionQueries = new ConcurrentHashMap&lt;&gt;();</w:t>
      </w:r>
      <w:r>
        <w:rPr>
          <w:rFonts w:ascii="Consolas" w:hAnsi="Consolas"/>
          <w:color w:val="333333"/>
          <w:sz w:val="16"/>
        </w:rPr>
        <w:br/>
        <w:t>private static final int MAX_QUERIES_PER_SESSION = 3;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>@Override</w:t>
      </w:r>
      <w:r>
        <w:rPr>
          <w:rFonts w:ascii="Consolas" w:hAnsi="Consolas"/>
          <w:color w:val="333333"/>
          <w:sz w:val="16"/>
        </w:rPr>
        <w:br/>
        <w:t>public Message&lt;?&gt; preSend(Message&lt;?&gt; message, MessageChannel channel) {</w:t>
      </w:r>
      <w:r>
        <w:rPr>
          <w:rFonts w:ascii="Consolas" w:hAnsi="Consolas"/>
          <w:color w:val="333333"/>
          <w:sz w:val="16"/>
        </w:rPr>
        <w:br/>
        <w:t xml:space="preserve">    // ...</w:t>
      </w:r>
      <w:r>
        <w:rPr>
          <w:rFonts w:ascii="Consolas" w:hAnsi="Consolas"/>
          <w:color w:val="333333"/>
          <w:sz w:val="16"/>
        </w:rPr>
        <w:br/>
        <w:t xml:space="preserve">    if ("/app/tracks/query".equals(destination)) {</w:t>
      </w:r>
      <w:r>
        <w:rPr>
          <w:rFonts w:ascii="Consolas" w:hAnsi="Consolas"/>
          <w:color w:val="333333"/>
          <w:sz w:val="16"/>
        </w:rPr>
        <w:br/>
        <w:t xml:space="preserve">        AtomicInteger queryCount = sessionQueries.computeIfAbsent(</w:t>
      </w:r>
      <w:r>
        <w:rPr>
          <w:rFonts w:ascii="Consolas" w:hAnsi="Consolas"/>
          <w:color w:val="333333"/>
          <w:sz w:val="16"/>
        </w:rPr>
        <w:br/>
        <w:t xml:space="preserve">            sessionId, k -&gt; new AtomicInteger(0)</w:t>
      </w:r>
      <w:r>
        <w:rPr>
          <w:rFonts w:ascii="Consolas" w:hAnsi="Consolas"/>
          <w:color w:val="333333"/>
          <w:sz w:val="16"/>
        </w:rPr>
        <w:br/>
        <w:t xml:space="preserve">        );</w:t>
      </w:r>
      <w:r>
        <w:rPr>
          <w:rFonts w:ascii="Consolas" w:hAnsi="Consolas"/>
          <w:color w:val="333333"/>
          <w:sz w:val="16"/>
        </w:rPr>
        <w:br/>
        <w:t xml:space="preserve">        if (queryCount.get() &gt;= MAX_QUERIES_PER_SESSION) {</w:t>
      </w:r>
      <w:r>
        <w:rPr>
          <w:rFonts w:ascii="Consolas" w:hAnsi="Consolas"/>
          <w:color w:val="333333"/>
          <w:sz w:val="16"/>
        </w:rPr>
        <w:br/>
        <w:t xml:space="preserve">            throw new IllegalStateException("Maximum concurrent queries exceeded");</w:t>
      </w:r>
      <w:r>
        <w:rPr>
          <w:rFonts w:ascii="Consolas" w:hAnsi="Consolas"/>
          <w:color w:val="333333"/>
          <w:sz w:val="16"/>
        </w:rPr>
        <w:br/>
        <w:t xml:space="preserve">        }</w:t>
      </w:r>
      <w:r>
        <w:rPr>
          <w:rFonts w:ascii="Consolas" w:hAnsi="Consolas"/>
          <w:color w:val="333333"/>
          <w:sz w:val="16"/>
        </w:rPr>
        <w:br/>
        <w:t xml:space="preserve">        queryCount.incrementAndGet();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 xml:space="preserve">    return message;</w:t>
      </w:r>
      <w:r>
        <w:rPr>
          <w:rFonts w:ascii="Consolas" w:hAnsi="Consolas"/>
          <w:color w:val="333333"/>
          <w:sz w:val="16"/>
        </w:rPr>
        <w:br/>
        <w:t>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// </w:t>
      </w:r>
      <w:r>
        <w:rPr>
          <w:rFonts w:ascii="Consolas" w:hAnsi="Consolas"/>
          <w:color w:val="333333"/>
          <w:sz w:val="16"/>
        </w:rPr>
        <w:t>쿼리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완료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카운트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감소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메서드</w:t>
      </w:r>
      <w:r>
        <w:rPr>
          <w:rFonts w:ascii="Consolas" w:hAnsi="Consolas"/>
          <w:color w:val="333333"/>
          <w:sz w:val="16"/>
        </w:rPr>
        <w:t xml:space="preserve"> (</w:t>
      </w:r>
      <w:r>
        <w:rPr>
          <w:rFonts w:ascii="Consolas" w:hAnsi="Consolas"/>
          <w:color w:val="333333"/>
          <w:sz w:val="16"/>
        </w:rPr>
        <w:t>존재하지만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호출부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없음</w:t>
      </w:r>
      <w:r>
        <w:rPr>
          <w:rFonts w:ascii="Consolas" w:hAnsi="Consolas"/>
          <w:color w:val="333333"/>
          <w:sz w:val="16"/>
        </w:rPr>
        <w:t>)</w:t>
      </w:r>
      <w:r>
        <w:rPr>
          <w:rFonts w:ascii="Consolas" w:hAnsi="Consolas"/>
          <w:color w:val="333333"/>
          <w:sz w:val="16"/>
        </w:rPr>
        <w:br/>
        <w:t>public void decrementQueryCount(String sessionId) {</w:t>
      </w:r>
      <w:r>
        <w:rPr>
          <w:rFonts w:ascii="Consolas" w:hAnsi="Consolas"/>
          <w:color w:val="333333"/>
          <w:sz w:val="16"/>
        </w:rPr>
        <w:br/>
        <w:t xml:space="preserve">    AtomicInteger count = sessionQueries.get(sessionId);</w:t>
      </w:r>
      <w:r>
        <w:rPr>
          <w:rFonts w:ascii="Consolas" w:hAnsi="Consolas"/>
          <w:color w:val="333333"/>
          <w:sz w:val="16"/>
        </w:rPr>
        <w:br/>
        <w:t xml:space="preserve">    if (count != null) {</w:t>
      </w:r>
      <w:r>
        <w:rPr>
          <w:rFonts w:ascii="Consolas" w:hAnsi="Consolas"/>
          <w:color w:val="333333"/>
          <w:sz w:val="16"/>
        </w:rPr>
        <w:br/>
        <w:t xml:space="preserve">        count.decrementAndGet();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>}</w:t>
      </w:r>
    </w:p>
    <w:p w14:paraId="7457CF3C" w14:textId="77777777" w:rsidR="00281D6C" w:rsidRDefault="00000000">
      <w:pPr>
        <w:pStyle w:val="4"/>
      </w:pPr>
      <w:r>
        <w:t xml:space="preserve">(B) </w:t>
      </w:r>
      <w:r>
        <w:t>메모리</w:t>
      </w:r>
      <w:r>
        <w:t xml:space="preserve"> </w:t>
      </w:r>
      <w:r>
        <w:t>버퍼</w:t>
      </w:r>
      <w:r>
        <w:t xml:space="preserve"> </w:t>
      </w:r>
      <w:r>
        <w:t>기반</w:t>
      </w:r>
      <w:r>
        <w:t xml:space="preserve"> </w:t>
      </w:r>
      <w:r>
        <w:t>백프레셔</w:t>
      </w:r>
      <w:r>
        <w:t xml:space="preserve"> — `ChunkedTrackStreamingService`</w:t>
      </w:r>
    </w:p>
    <w:p w14:paraId="67B623CF" w14:textId="77777777" w:rsidR="00281D6C" w:rsidRDefault="00000000">
      <w:r>
        <w:rPr>
          <w:b/>
        </w:rPr>
        <w:t>파일</w:t>
      </w:r>
      <w:r>
        <w:t xml:space="preserve">: </w:t>
      </w:r>
      <w:r>
        <w:rPr>
          <w:rFonts w:ascii="Consolas" w:hAnsi="Consolas"/>
          <w:color w:val="800000"/>
        </w:rPr>
        <w:t>global/websocket/service/ChunkedTrackStreamingService.java</w:t>
      </w:r>
    </w:p>
    <w:p w14:paraId="5188B582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AS-IS: 50MB </w:t>
      </w:r>
      <w:r>
        <w:rPr>
          <w:rFonts w:ascii="Consolas" w:hAnsi="Consolas"/>
          <w:color w:val="333333"/>
          <w:sz w:val="16"/>
        </w:rPr>
        <w:t>버퍼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기반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백프레셔</w:t>
      </w:r>
      <w:r>
        <w:rPr>
          <w:rFonts w:ascii="Consolas" w:hAnsi="Consolas"/>
          <w:color w:val="333333"/>
          <w:sz w:val="16"/>
        </w:rPr>
        <w:br/>
        <w:t>private final AtomicLong pendingBufferSize = new AtomicLong(0);</w:t>
      </w:r>
      <w:r>
        <w:rPr>
          <w:rFonts w:ascii="Consolas" w:hAnsi="Consolas"/>
          <w:color w:val="333333"/>
          <w:sz w:val="16"/>
        </w:rPr>
        <w:br/>
        <w:t>private static final long MAX_PENDING_BUFFER = 50 * 1024 * 1024; // 50MB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// </w:t>
      </w:r>
      <w:r>
        <w:rPr>
          <w:rFonts w:ascii="Consolas" w:hAnsi="Consolas"/>
          <w:color w:val="333333"/>
          <w:sz w:val="16"/>
        </w:rPr>
        <w:t>버퍼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초과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시</w:t>
      </w:r>
      <w:r>
        <w:rPr>
          <w:rFonts w:ascii="Consolas" w:hAnsi="Consolas"/>
          <w:color w:val="333333"/>
          <w:sz w:val="16"/>
        </w:rPr>
        <w:t xml:space="preserve"> busy-wait</w:t>
      </w:r>
      <w:r>
        <w:rPr>
          <w:rFonts w:ascii="Consolas" w:hAnsi="Consolas"/>
          <w:color w:val="333333"/>
          <w:sz w:val="16"/>
        </w:rPr>
        <w:br/>
        <w:t>int backpressureWaitCount = 0;</w:t>
      </w:r>
      <w:r>
        <w:rPr>
          <w:rFonts w:ascii="Consolas" w:hAnsi="Consolas"/>
          <w:color w:val="333333"/>
          <w:sz w:val="16"/>
        </w:rPr>
        <w:br/>
        <w:t>while (pendingBufferSize.get() &gt; MAX_PENDING_BUFFER) {</w:t>
      </w:r>
      <w:r>
        <w:rPr>
          <w:rFonts w:ascii="Consolas" w:hAnsi="Consolas"/>
          <w:color w:val="333333"/>
          <w:sz w:val="16"/>
        </w:rPr>
        <w:br/>
        <w:t xml:space="preserve">    Thread.sleep(50);</w:t>
      </w:r>
      <w:r>
        <w:rPr>
          <w:rFonts w:ascii="Consolas" w:hAnsi="Consolas"/>
          <w:color w:val="333333"/>
          <w:sz w:val="16"/>
        </w:rPr>
        <w:br/>
        <w:t xml:space="preserve">    backpressureWaitCount++;</w:t>
      </w:r>
      <w:r>
        <w:rPr>
          <w:rFonts w:ascii="Consolas" w:hAnsi="Consolas"/>
          <w:color w:val="333333"/>
          <w:sz w:val="16"/>
        </w:rPr>
        <w:br/>
        <w:t xml:space="preserve">    // 500ms </w:t>
      </w:r>
      <w:r>
        <w:rPr>
          <w:rFonts w:ascii="Consolas" w:hAnsi="Consolas"/>
          <w:color w:val="333333"/>
          <w:sz w:val="16"/>
        </w:rPr>
        <w:t>이상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대기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청크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크기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축소</w:t>
      </w:r>
      <w:r>
        <w:rPr>
          <w:rFonts w:ascii="Consolas" w:hAnsi="Consolas"/>
          <w:color w:val="333333"/>
          <w:sz w:val="16"/>
        </w:rPr>
        <w:br/>
        <w:t xml:space="preserve">    if (backpressureWaitCount &gt; 10 &amp;&amp; metrics.dynamicChunkSizeKB &gt; MIN_MESSAGE_SIZE_KB) {</w:t>
      </w:r>
      <w:r>
        <w:rPr>
          <w:rFonts w:ascii="Consolas" w:hAnsi="Consolas"/>
          <w:color w:val="333333"/>
          <w:sz w:val="16"/>
        </w:rPr>
        <w:br/>
        <w:t xml:space="preserve">        metrics.dynamicChunkSizeKB = Math.max(MIN_MESSAGE_SIZE_KB,</w:t>
      </w:r>
      <w:r>
        <w:rPr>
          <w:rFonts w:ascii="Consolas" w:hAnsi="Consolas"/>
          <w:color w:val="333333"/>
          <w:sz w:val="16"/>
        </w:rPr>
        <w:br/>
        <w:t xml:space="preserve">                metrics.dynamicChunkSizeKB - 512);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>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// </w:t>
      </w:r>
      <w:r>
        <w:rPr>
          <w:rFonts w:ascii="Consolas" w:hAnsi="Consolas"/>
          <w:color w:val="333333"/>
          <w:sz w:val="16"/>
        </w:rPr>
        <w:t>전송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완료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후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버퍼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감소</w:t>
      </w:r>
      <w:r>
        <w:rPr>
          <w:rFonts w:ascii="Consolas" w:hAnsi="Consolas"/>
          <w:color w:val="333333"/>
          <w:sz w:val="16"/>
        </w:rPr>
        <w:t xml:space="preserve"> (</w:t>
      </w:r>
      <w:r>
        <w:rPr>
          <w:rFonts w:ascii="Consolas" w:hAnsi="Consolas"/>
          <w:color w:val="333333"/>
          <w:sz w:val="16"/>
        </w:rPr>
        <w:t>비동기</w:t>
      </w:r>
      <w:r>
        <w:rPr>
          <w:rFonts w:ascii="Consolas" w:hAnsi="Consolas"/>
          <w:color w:val="333333"/>
          <w:sz w:val="16"/>
        </w:rPr>
        <w:t xml:space="preserve"> + 100ms </w:t>
      </w:r>
      <w:r>
        <w:rPr>
          <w:rFonts w:ascii="Consolas" w:hAnsi="Consolas"/>
          <w:color w:val="333333"/>
          <w:sz w:val="16"/>
        </w:rPr>
        <w:t>고정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대기</w:t>
      </w:r>
      <w:r>
        <w:rPr>
          <w:rFonts w:ascii="Consolas" w:hAnsi="Consolas"/>
          <w:color w:val="333333"/>
          <w:sz w:val="16"/>
        </w:rPr>
        <w:t>)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lastRenderedPageBreak/>
        <w:t>CompletableFuture.runAsync(() -&gt; {</w:t>
      </w:r>
      <w:r>
        <w:rPr>
          <w:rFonts w:ascii="Consolas" w:hAnsi="Consolas"/>
          <w:color w:val="333333"/>
          <w:sz w:val="16"/>
        </w:rPr>
        <w:br/>
        <w:t xml:space="preserve">    Thread.sleep(100); // </w:t>
      </w:r>
      <w:r>
        <w:rPr>
          <w:rFonts w:ascii="Consolas" w:hAnsi="Consolas"/>
          <w:color w:val="333333"/>
          <w:sz w:val="16"/>
        </w:rPr>
        <w:t>네트워크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전송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시간</w:t>
      </w:r>
      <w:r>
        <w:rPr>
          <w:rFonts w:ascii="Consolas" w:hAnsi="Consolas"/>
          <w:color w:val="333333"/>
          <w:sz w:val="16"/>
        </w:rPr>
        <w:t xml:space="preserve"> "</w:t>
      </w:r>
      <w:r>
        <w:rPr>
          <w:rFonts w:ascii="Consolas" w:hAnsi="Consolas"/>
          <w:color w:val="333333"/>
          <w:sz w:val="16"/>
        </w:rPr>
        <w:t>추정</w:t>
      </w:r>
      <w:r>
        <w:rPr>
          <w:rFonts w:ascii="Consolas" w:hAnsi="Consolas"/>
          <w:color w:val="333333"/>
          <w:sz w:val="16"/>
        </w:rPr>
        <w:t>"</w:t>
      </w:r>
      <w:r>
        <w:rPr>
          <w:rFonts w:ascii="Consolas" w:hAnsi="Consolas"/>
          <w:color w:val="333333"/>
          <w:sz w:val="16"/>
        </w:rPr>
        <w:br/>
        <w:t xml:space="preserve">    pendingBufferSize.addAndGet(-chunkSize);</w:t>
      </w:r>
      <w:r>
        <w:rPr>
          <w:rFonts w:ascii="Consolas" w:hAnsi="Consolas"/>
          <w:color w:val="333333"/>
          <w:sz w:val="16"/>
        </w:rPr>
        <w:br/>
        <w:t>});</w:t>
      </w:r>
    </w:p>
    <w:p w14:paraId="04A818FE" w14:textId="77777777" w:rsidR="00281D6C" w:rsidRDefault="00000000">
      <w:pPr>
        <w:pStyle w:val="4"/>
        <w:rPr>
          <w:lang w:eastAsia="ko-KR"/>
        </w:rPr>
      </w:pPr>
      <w:r>
        <w:rPr>
          <w:lang w:eastAsia="ko-KR"/>
        </w:rPr>
        <w:t xml:space="preserve">(C) </w:t>
      </w:r>
      <w:r>
        <w:rPr>
          <w:lang w:eastAsia="ko-KR"/>
        </w:rPr>
        <w:t>비동기</w:t>
      </w:r>
      <w:r>
        <w:rPr>
          <w:lang w:eastAsia="ko-KR"/>
        </w:rPr>
        <w:t xml:space="preserve"> </w:t>
      </w:r>
      <w:r>
        <w:rPr>
          <w:lang w:eastAsia="ko-KR"/>
        </w:rPr>
        <w:t>스레드</w:t>
      </w:r>
      <w:r>
        <w:rPr>
          <w:lang w:eastAsia="ko-KR"/>
        </w:rPr>
        <w:t xml:space="preserve"> </w:t>
      </w:r>
      <w:r>
        <w:rPr>
          <w:lang w:eastAsia="ko-KR"/>
        </w:rPr>
        <w:t>풀</w:t>
      </w:r>
      <w:r>
        <w:rPr>
          <w:lang w:eastAsia="ko-KR"/>
        </w:rPr>
        <w:t xml:space="preserve"> — `</w:t>
      </w:r>
      <w:proofErr w:type="spellStart"/>
      <w:r>
        <w:rPr>
          <w:lang w:eastAsia="ko-KR"/>
        </w:rPr>
        <w:t>AsyncConfig</w:t>
      </w:r>
      <w:proofErr w:type="spellEnd"/>
      <w:r>
        <w:rPr>
          <w:lang w:eastAsia="ko-KR"/>
        </w:rPr>
        <w:t>`</w:t>
      </w:r>
    </w:p>
    <w:p w14:paraId="3FD376CE" w14:textId="77777777" w:rsidR="00281D6C" w:rsidRDefault="00000000">
      <w:proofErr w:type="spellStart"/>
      <w:r>
        <w:rPr>
          <w:b/>
        </w:rPr>
        <w:t>파일</w:t>
      </w:r>
      <w:proofErr w:type="spellEnd"/>
      <w:r>
        <w:t xml:space="preserve">: </w:t>
      </w:r>
      <w:r>
        <w:rPr>
          <w:rFonts w:ascii="Consolas" w:hAnsi="Consolas"/>
          <w:color w:val="800000"/>
        </w:rPr>
        <w:t>global/config/AsyncConfig.java</w:t>
      </w:r>
    </w:p>
    <w:p w14:paraId="2E818EF5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AS-IS: </w:t>
      </w:r>
      <w:r>
        <w:rPr>
          <w:rFonts w:ascii="Consolas" w:hAnsi="Consolas"/>
          <w:color w:val="333333"/>
          <w:sz w:val="16"/>
        </w:rPr>
        <w:t>소규모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스레드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풀</w:t>
      </w:r>
      <w:r>
        <w:rPr>
          <w:rFonts w:ascii="Consolas" w:hAnsi="Consolas"/>
          <w:color w:val="333333"/>
          <w:sz w:val="16"/>
        </w:rPr>
        <w:t xml:space="preserve"> + </w:t>
      </w:r>
      <w:r>
        <w:rPr>
          <w:rFonts w:ascii="Consolas" w:hAnsi="Consolas"/>
          <w:color w:val="333333"/>
          <w:sz w:val="16"/>
        </w:rPr>
        <w:t>대용량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큐</w:t>
      </w:r>
      <w:r>
        <w:rPr>
          <w:rFonts w:ascii="Consolas" w:hAnsi="Consolas"/>
          <w:color w:val="333333"/>
          <w:sz w:val="16"/>
        </w:rPr>
        <w:br/>
        <w:t>@Bean(name = "trackStreamingExecutor")</w:t>
      </w:r>
      <w:r>
        <w:rPr>
          <w:rFonts w:ascii="Consolas" w:hAnsi="Consolas"/>
          <w:color w:val="333333"/>
          <w:sz w:val="16"/>
        </w:rPr>
        <w:br/>
        <w:t>public Executor getAsyncExecutor() {</w:t>
      </w:r>
      <w:r>
        <w:rPr>
          <w:rFonts w:ascii="Consolas" w:hAnsi="Consolas"/>
          <w:color w:val="333333"/>
          <w:sz w:val="16"/>
        </w:rPr>
        <w:br/>
        <w:t xml:space="preserve">    ThreadPoolTaskExecutor executor = new ThreadPoolTaskExecutor();</w:t>
      </w:r>
      <w:r>
        <w:rPr>
          <w:rFonts w:ascii="Consolas" w:hAnsi="Consolas"/>
          <w:color w:val="333333"/>
          <w:sz w:val="16"/>
        </w:rPr>
        <w:br/>
        <w:t xml:space="preserve">    executor.setCorePoolSize(15);</w:t>
      </w:r>
      <w:r>
        <w:rPr>
          <w:rFonts w:ascii="Consolas" w:hAnsi="Consolas"/>
          <w:color w:val="333333"/>
          <w:sz w:val="16"/>
        </w:rPr>
        <w:br/>
        <w:t xml:space="preserve">    executor.setMaxPoolSize(30);</w:t>
      </w:r>
      <w:r>
        <w:rPr>
          <w:rFonts w:ascii="Consolas" w:hAnsi="Consolas"/>
          <w:color w:val="333333"/>
          <w:sz w:val="16"/>
        </w:rPr>
        <w:br/>
        <w:t xml:space="preserve">    executor.setQueueCapacity(500);</w:t>
      </w:r>
      <w:r>
        <w:rPr>
          <w:rFonts w:ascii="Consolas" w:hAnsi="Consolas"/>
          <w:color w:val="333333"/>
          <w:sz w:val="16"/>
        </w:rPr>
        <w:br/>
        <w:t xml:space="preserve">    executor.setRejectedExecutionHandler(new ThreadPoolExecutor.CallerRunsPolicy());</w:t>
      </w:r>
      <w:r>
        <w:rPr>
          <w:rFonts w:ascii="Consolas" w:hAnsi="Consolas"/>
          <w:color w:val="333333"/>
          <w:sz w:val="16"/>
        </w:rPr>
        <w:br/>
        <w:t xml:space="preserve">    return executor;</w:t>
      </w:r>
      <w:r>
        <w:rPr>
          <w:rFonts w:ascii="Consolas" w:hAnsi="Consolas"/>
          <w:color w:val="333333"/>
          <w:sz w:val="16"/>
        </w:rPr>
        <w:br/>
        <w:t>}</w:t>
      </w:r>
      <w:r>
        <w:rPr>
          <w:rFonts w:ascii="Consolas" w:hAnsi="Consolas"/>
          <w:color w:val="333333"/>
          <w:sz w:val="16"/>
        </w:rPr>
        <w:br/>
        <w:t>// TO-BE: core 40, max 120, queue 100 (</w:t>
      </w:r>
      <w:r>
        <w:rPr>
          <w:rFonts w:ascii="Consolas" w:hAnsi="Consolas"/>
          <w:color w:val="333333"/>
          <w:sz w:val="16"/>
        </w:rPr>
        <w:t>대기열을</w:t>
      </w:r>
      <w:r>
        <w:rPr>
          <w:rFonts w:ascii="Consolas" w:hAnsi="Consolas"/>
          <w:color w:val="333333"/>
          <w:sz w:val="16"/>
        </w:rPr>
        <w:t xml:space="preserve"> Semaphore</w:t>
      </w:r>
      <w:r>
        <w:rPr>
          <w:rFonts w:ascii="Consolas" w:hAnsi="Consolas"/>
          <w:color w:val="333333"/>
          <w:sz w:val="16"/>
        </w:rPr>
        <w:t>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대체</w:t>
      </w:r>
      <w:r>
        <w:rPr>
          <w:rFonts w:ascii="Consolas" w:hAnsi="Consolas"/>
          <w:color w:val="333333"/>
          <w:sz w:val="16"/>
        </w:rPr>
        <w:t>)</w:t>
      </w:r>
    </w:p>
    <w:p w14:paraId="3B5629D7" w14:textId="77777777" w:rsidR="00281D6C" w:rsidRDefault="00000000">
      <w:pPr>
        <w:pStyle w:val="4"/>
      </w:pPr>
      <w:r>
        <w:t xml:space="preserve">(D) </w:t>
      </w:r>
      <w:r>
        <w:t>정적</w:t>
      </w:r>
      <w:r>
        <w:t xml:space="preserve"> </w:t>
      </w:r>
      <w:r>
        <w:t>전송</w:t>
      </w:r>
      <w:r>
        <w:t xml:space="preserve"> </w:t>
      </w:r>
      <w:r>
        <w:t>지연</w:t>
      </w:r>
      <w:r>
        <w:t xml:space="preserve"> — `StompTrackStreamingService`</w:t>
      </w:r>
    </w:p>
    <w:p w14:paraId="738FF8F7" w14:textId="77777777" w:rsidR="00281D6C" w:rsidRDefault="00000000">
      <w:r>
        <w:rPr>
          <w:b/>
        </w:rPr>
        <w:t>파일</w:t>
      </w:r>
      <w:r>
        <w:t xml:space="preserve">: </w:t>
      </w:r>
      <w:r>
        <w:rPr>
          <w:rFonts w:ascii="Consolas" w:hAnsi="Consolas"/>
          <w:color w:val="800000"/>
        </w:rPr>
        <w:t>global/websocket/service/StompTrackStreamingService.java</w:t>
      </w:r>
    </w:p>
    <w:p w14:paraId="754F1017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AS-IS: </w:t>
      </w:r>
      <w:r>
        <w:rPr>
          <w:rFonts w:ascii="Consolas" w:hAnsi="Consolas"/>
          <w:color w:val="333333"/>
          <w:sz w:val="16"/>
        </w:rPr>
        <w:t>데이터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크기에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따른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고정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지연</w:t>
      </w:r>
      <w:r>
        <w:rPr>
          <w:rFonts w:ascii="Consolas" w:hAnsi="Consolas"/>
          <w:color w:val="333333"/>
          <w:sz w:val="16"/>
        </w:rPr>
        <w:br/>
        <w:t>private int calculateChunkDelay(int chunkSize, int totalTracks) {</w:t>
      </w:r>
      <w:r>
        <w:rPr>
          <w:rFonts w:ascii="Consolas" w:hAnsi="Consolas"/>
          <w:color w:val="333333"/>
          <w:sz w:val="16"/>
        </w:rPr>
        <w:br/>
        <w:t xml:space="preserve">    if (totalTracks &gt; 1000000) return 200;</w:t>
      </w:r>
      <w:r>
        <w:rPr>
          <w:rFonts w:ascii="Consolas" w:hAnsi="Consolas"/>
          <w:color w:val="333333"/>
          <w:sz w:val="16"/>
        </w:rPr>
        <w:br/>
        <w:t xml:space="preserve">    else if (totalTracks &gt; 500000) return 150;</w:t>
      </w:r>
      <w:r>
        <w:rPr>
          <w:rFonts w:ascii="Consolas" w:hAnsi="Consolas"/>
          <w:color w:val="333333"/>
          <w:sz w:val="16"/>
        </w:rPr>
        <w:br/>
        <w:t xml:space="preserve">    else if (totalTracks &gt; 100000) return 100;</w:t>
      </w:r>
      <w:r>
        <w:rPr>
          <w:rFonts w:ascii="Consolas" w:hAnsi="Consolas"/>
          <w:color w:val="333333"/>
          <w:sz w:val="16"/>
        </w:rPr>
        <w:br/>
        <w:t xml:space="preserve">    else if (totalTracks &gt; 50000) return 50;</w:t>
      </w:r>
      <w:r>
        <w:rPr>
          <w:rFonts w:ascii="Consolas" w:hAnsi="Consolas"/>
          <w:color w:val="333333"/>
          <w:sz w:val="16"/>
        </w:rPr>
        <w:br/>
        <w:t xml:space="preserve">    else if (totalTracks &gt; 10000) return 30;</w:t>
      </w:r>
      <w:r>
        <w:rPr>
          <w:rFonts w:ascii="Consolas" w:hAnsi="Consolas"/>
          <w:color w:val="333333"/>
          <w:sz w:val="16"/>
        </w:rPr>
        <w:br/>
        <w:t xml:space="preserve">    return 10;</w:t>
      </w:r>
      <w:r>
        <w:rPr>
          <w:rFonts w:ascii="Consolas" w:hAnsi="Consolas"/>
          <w:color w:val="333333"/>
          <w:sz w:val="16"/>
        </w:rPr>
        <w:br/>
        <w:t>}</w:t>
      </w:r>
    </w:p>
    <w:p w14:paraId="75294600" w14:textId="77777777" w:rsidR="00281D6C" w:rsidRDefault="00000000">
      <w:pPr>
        <w:pStyle w:val="4"/>
      </w:pPr>
      <w:r>
        <w:t xml:space="preserve">(E) STOMP </w:t>
      </w:r>
      <w:r>
        <w:t>채널</w:t>
      </w:r>
      <w:r>
        <w:t xml:space="preserve"> </w:t>
      </w:r>
      <w:r>
        <w:t>설정</w:t>
      </w:r>
      <w:r>
        <w:t xml:space="preserve"> — `WebSocketStompConfig`</w:t>
      </w:r>
    </w:p>
    <w:p w14:paraId="4B6F73BF" w14:textId="77777777" w:rsidR="00281D6C" w:rsidRDefault="00000000">
      <w:r>
        <w:rPr>
          <w:b/>
        </w:rPr>
        <w:t>파일</w:t>
      </w:r>
      <w:r>
        <w:t xml:space="preserve">: </w:t>
      </w:r>
      <w:r>
        <w:rPr>
          <w:rFonts w:ascii="Consolas" w:hAnsi="Consolas"/>
          <w:color w:val="800000"/>
        </w:rPr>
        <w:t>global/config/WebSocketStompConfig.java</w:t>
      </w:r>
    </w:p>
    <w:p w14:paraId="0DB84912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AS-IS: </w:t>
      </w:r>
      <w:r>
        <w:rPr>
          <w:rFonts w:ascii="Consolas" w:hAnsi="Consolas"/>
          <w:color w:val="333333"/>
          <w:sz w:val="16"/>
        </w:rPr>
        <w:t>인바운드</w:t>
      </w:r>
      <w:r>
        <w:rPr>
          <w:rFonts w:ascii="Consolas" w:hAnsi="Consolas"/>
          <w:color w:val="333333"/>
          <w:sz w:val="16"/>
        </w:rPr>
        <w:t>/</w:t>
      </w:r>
      <w:r>
        <w:rPr>
          <w:rFonts w:ascii="Consolas" w:hAnsi="Consolas"/>
          <w:color w:val="333333"/>
          <w:sz w:val="16"/>
        </w:rPr>
        <w:t>아웃바운드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채널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스레드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풀</w:t>
      </w:r>
      <w:r>
        <w:rPr>
          <w:rFonts w:ascii="Consolas" w:hAnsi="Consolas"/>
          <w:color w:val="333333"/>
          <w:sz w:val="16"/>
        </w:rPr>
        <w:br/>
        <w:t>@Override</w:t>
      </w:r>
      <w:r>
        <w:rPr>
          <w:rFonts w:ascii="Consolas" w:hAnsi="Consolas"/>
          <w:color w:val="333333"/>
          <w:sz w:val="16"/>
        </w:rPr>
        <w:br/>
        <w:t>public void configureClientInboundChannel(ChannelRegistration registration) {</w:t>
      </w:r>
      <w:r>
        <w:rPr>
          <w:rFonts w:ascii="Consolas" w:hAnsi="Consolas"/>
          <w:color w:val="333333"/>
          <w:sz w:val="16"/>
        </w:rPr>
        <w:br/>
        <w:t xml:space="preserve">    registration.taskExecutor()</w:t>
      </w:r>
      <w:r>
        <w:rPr>
          <w:rFonts w:ascii="Consolas" w:hAnsi="Consolas"/>
          <w:color w:val="333333"/>
          <w:sz w:val="16"/>
        </w:rPr>
        <w:br/>
        <w:t xml:space="preserve">        .corePoolSize(10).maxPoolSize(20).queueCapacity(100);</w:t>
      </w:r>
      <w:r>
        <w:rPr>
          <w:rFonts w:ascii="Consolas" w:hAnsi="Consolas"/>
          <w:color w:val="333333"/>
          <w:sz w:val="16"/>
        </w:rPr>
        <w:br/>
        <w:t>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>@Override</w:t>
      </w:r>
      <w:r>
        <w:rPr>
          <w:rFonts w:ascii="Consolas" w:hAnsi="Consolas"/>
          <w:color w:val="333333"/>
          <w:sz w:val="16"/>
        </w:rPr>
        <w:br/>
        <w:t>public void configureClientOutboundChannel(ChannelRegistration registration) {</w:t>
      </w:r>
      <w:r>
        <w:rPr>
          <w:rFonts w:ascii="Consolas" w:hAnsi="Consolas"/>
          <w:color w:val="333333"/>
          <w:sz w:val="16"/>
        </w:rPr>
        <w:br/>
        <w:t xml:space="preserve">    registration.taskExecutor()</w:t>
      </w:r>
      <w:r>
        <w:rPr>
          <w:rFonts w:ascii="Consolas" w:hAnsi="Consolas"/>
          <w:color w:val="333333"/>
          <w:sz w:val="16"/>
        </w:rPr>
        <w:br/>
        <w:t xml:space="preserve">        .corePoolSize(20).maxPoolSize(40).queueCapacity(5000);</w:t>
      </w:r>
      <w:r>
        <w:rPr>
          <w:rFonts w:ascii="Consolas" w:hAnsi="Consolas"/>
          <w:color w:val="333333"/>
          <w:sz w:val="16"/>
        </w:rPr>
        <w:br/>
        <w:t>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>@Override</w:t>
      </w:r>
      <w:r>
        <w:rPr>
          <w:rFonts w:ascii="Consolas" w:hAnsi="Consolas"/>
          <w:color w:val="333333"/>
          <w:sz w:val="16"/>
        </w:rPr>
        <w:br/>
        <w:t>public void configureWebSocketTransport(WebSocketTransportRegistration registration) {</w:t>
      </w:r>
      <w:r>
        <w:rPr>
          <w:rFonts w:ascii="Consolas" w:hAnsi="Consolas"/>
          <w:color w:val="333333"/>
          <w:sz w:val="16"/>
        </w:rPr>
        <w:br/>
        <w:t xml:space="preserve">    registration</w:t>
      </w:r>
      <w:r>
        <w:rPr>
          <w:rFonts w:ascii="Consolas" w:hAnsi="Consolas"/>
          <w:color w:val="333333"/>
          <w:sz w:val="16"/>
        </w:rPr>
        <w:br/>
        <w:t xml:space="preserve">        .setMessageSizeLimit(50 * 1024 * 1024)      // 50MB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lastRenderedPageBreak/>
        <w:t xml:space="preserve">        .setSendBufferSizeLimit(256 * 1024 * 1024)  // 256MB</w:t>
      </w:r>
      <w:r>
        <w:rPr>
          <w:rFonts w:ascii="Consolas" w:hAnsi="Consolas"/>
          <w:color w:val="333333"/>
          <w:sz w:val="16"/>
        </w:rPr>
        <w:br/>
        <w:t xml:space="preserve">        .setSendTimeLimit(120 * 1000);               // 120</w:t>
      </w:r>
      <w:r>
        <w:rPr>
          <w:rFonts w:ascii="Consolas" w:hAnsi="Consolas"/>
          <w:color w:val="333333"/>
          <w:sz w:val="16"/>
        </w:rPr>
        <w:t>초</w:t>
      </w:r>
      <w:r>
        <w:rPr>
          <w:rFonts w:ascii="Consolas" w:hAnsi="Consolas"/>
          <w:color w:val="333333"/>
          <w:sz w:val="16"/>
        </w:rPr>
        <w:br/>
        <w:t>}</w:t>
      </w:r>
    </w:p>
    <w:p w14:paraId="71D7F37B" w14:textId="77777777" w:rsidR="00281D6C" w:rsidRDefault="00000000">
      <w:pPr>
        <w:pStyle w:val="31"/>
      </w:pPr>
      <w:r>
        <w:t xml:space="preserve">1.3 </w:t>
      </w:r>
      <w:r>
        <w:t>운영</w:t>
      </w:r>
      <w:r>
        <w:t xml:space="preserve"> </w:t>
      </w:r>
      <w:r>
        <w:t>환경</w:t>
      </w:r>
      <w:r>
        <w:t xml:space="preserve"> </w:t>
      </w:r>
      <w:r>
        <w:t>설정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281D6C" w14:paraId="17FE3977" w14:textId="77777777" w:rsidTr="00281D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4A49B84" w14:textId="77777777" w:rsidR="00281D6C" w:rsidRDefault="00000000">
            <w:r>
              <w:t>항목</w:t>
            </w:r>
          </w:p>
        </w:tc>
        <w:tc>
          <w:tcPr>
            <w:tcW w:w="4320" w:type="dxa"/>
          </w:tcPr>
          <w:p w14:paraId="39EEC4BC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설정값</w:t>
            </w:r>
          </w:p>
        </w:tc>
      </w:tr>
      <w:tr w:rsidR="00281D6C" w14:paraId="5CB9E475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EEF438E" w14:textId="77777777" w:rsidR="00281D6C" w:rsidRDefault="00000000">
            <w:r>
              <w:t xml:space="preserve">JVM </w:t>
            </w:r>
            <w:r>
              <w:t>힙</w:t>
            </w:r>
          </w:p>
        </w:tc>
        <w:tc>
          <w:tcPr>
            <w:tcW w:w="4320" w:type="dxa"/>
          </w:tcPr>
          <w:p w14:paraId="0BFF5058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서버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메모리의</w:t>
            </w:r>
            <w:r>
              <w:rPr>
                <w:lang w:eastAsia="ko-KR"/>
              </w:rPr>
              <w:t xml:space="preserve"> 1/3 (</w:t>
            </w:r>
            <w:r>
              <w:rPr>
                <w:lang w:eastAsia="ko-KR"/>
              </w:rPr>
              <w:t>최소</w:t>
            </w:r>
            <w:r>
              <w:rPr>
                <w:lang w:eastAsia="ko-KR"/>
              </w:rPr>
              <w:t xml:space="preserve"> 8GB, </w:t>
            </w:r>
            <w:r>
              <w:rPr>
                <w:lang w:eastAsia="ko-KR"/>
              </w:rPr>
              <w:t>최대</w:t>
            </w:r>
            <w:r>
              <w:rPr>
                <w:lang w:eastAsia="ko-KR"/>
              </w:rPr>
              <w:t xml:space="preserve"> 16GB)</w:t>
            </w:r>
          </w:p>
        </w:tc>
      </w:tr>
      <w:tr w:rsidR="00281D6C" w14:paraId="57576446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27E47F3" w14:textId="77777777" w:rsidR="00281D6C" w:rsidRDefault="00000000">
            <w:r>
              <w:t>GC</w:t>
            </w:r>
          </w:p>
        </w:tc>
        <w:tc>
          <w:tcPr>
            <w:tcW w:w="4320" w:type="dxa"/>
          </w:tcPr>
          <w:p w14:paraId="219B2140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G1GC, MaxGCPauseMillis=200</w:t>
            </w:r>
          </w:p>
        </w:tc>
      </w:tr>
      <w:tr w:rsidR="00281D6C" w14:paraId="79CC4F7C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EAEAAF8" w14:textId="77777777" w:rsidR="00281D6C" w:rsidRDefault="00000000">
            <w:r>
              <w:t xml:space="preserve">Tomcat </w:t>
            </w:r>
            <w:r>
              <w:t>스레드</w:t>
            </w:r>
          </w:p>
        </w:tc>
        <w:tc>
          <w:tcPr>
            <w:tcW w:w="4320" w:type="dxa"/>
          </w:tcPr>
          <w:p w14:paraId="1DE1C842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max: 200, min-spare: 10</w:t>
            </w:r>
          </w:p>
        </w:tc>
      </w:tr>
      <w:tr w:rsidR="00281D6C" w14:paraId="47242442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E123B23" w14:textId="77777777" w:rsidR="00281D6C" w:rsidRDefault="00000000">
            <w:r>
              <w:t xml:space="preserve">Tomcat </w:t>
            </w:r>
            <w:r>
              <w:t>연결</w:t>
            </w:r>
          </w:p>
        </w:tc>
        <w:tc>
          <w:tcPr>
            <w:tcW w:w="4320" w:type="dxa"/>
          </w:tcPr>
          <w:p w14:paraId="0C73878F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max-connections: 10000, accept-count: 100</w:t>
            </w:r>
          </w:p>
        </w:tc>
      </w:tr>
      <w:tr w:rsidR="00281D6C" w14:paraId="4EF01BA0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08FD15E" w14:textId="77777777" w:rsidR="00281D6C" w:rsidRDefault="00000000">
            <w:r>
              <w:t xml:space="preserve">DB </w:t>
            </w:r>
            <w:r>
              <w:t>커넥션</w:t>
            </w:r>
            <w:r>
              <w:t xml:space="preserve"> </w:t>
            </w:r>
            <w:r>
              <w:t>풀</w:t>
            </w:r>
            <w:r>
              <w:t xml:space="preserve"> (Query)</w:t>
            </w:r>
          </w:p>
        </w:tc>
        <w:tc>
          <w:tcPr>
            <w:tcW w:w="4320" w:type="dxa"/>
          </w:tcPr>
          <w:p w14:paraId="385FD160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max: 60, min-idle: 10</w:t>
            </w:r>
          </w:p>
        </w:tc>
      </w:tr>
      <w:tr w:rsidR="00281D6C" w14:paraId="0B3F1E22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C60BB77" w14:textId="77777777" w:rsidR="00281D6C" w:rsidRDefault="00000000">
            <w:r>
              <w:t xml:space="preserve">DB </w:t>
            </w:r>
            <w:r>
              <w:t>커넥션</w:t>
            </w:r>
            <w:r>
              <w:t xml:space="preserve"> </w:t>
            </w:r>
            <w:r>
              <w:t>풀</w:t>
            </w:r>
            <w:r>
              <w:t xml:space="preserve"> (Collect)</w:t>
            </w:r>
          </w:p>
        </w:tc>
        <w:tc>
          <w:tcPr>
            <w:tcW w:w="4320" w:type="dxa"/>
          </w:tcPr>
          <w:p w14:paraId="5604A51D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max: 20, min-idle: 5</w:t>
            </w:r>
          </w:p>
        </w:tc>
      </w:tr>
      <w:tr w:rsidR="00281D6C" w14:paraId="234DFE49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F73B49A" w14:textId="77777777" w:rsidR="00281D6C" w:rsidRDefault="00000000">
            <w:r>
              <w:t xml:space="preserve">DB </w:t>
            </w:r>
            <w:r>
              <w:t>커넥션</w:t>
            </w:r>
            <w:r>
              <w:t xml:space="preserve"> </w:t>
            </w:r>
            <w:r>
              <w:t>풀</w:t>
            </w:r>
            <w:r>
              <w:t xml:space="preserve"> (Batch)</w:t>
            </w:r>
          </w:p>
        </w:tc>
        <w:tc>
          <w:tcPr>
            <w:tcW w:w="4320" w:type="dxa"/>
          </w:tcPr>
          <w:p w14:paraId="64E43EE7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max: 20, min-idle: 10</w:t>
            </w:r>
          </w:p>
        </w:tc>
      </w:tr>
    </w:tbl>
    <w:p w14:paraId="0220EC3F" w14:textId="77777777" w:rsidR="00281D6C" w:rsidRDefault="00281D6C"/>
    <w:p w14:paraId="4413E96E" w14:textId="77777777" w:rsidR="00281D6C" w:rsidRDefault="00281D6C">
      <w:pPr>
        <w:spacing w:before="120" w:after="120"/>
      </w:pPr>
    </w:p>
    <w:p w14:paraId="4AEEF1D0" w14:textId="77777777" w:rsidR="00281D6C" w:rsidRDefault="00000000">
      <w:pPr>
        <w:pStyle w:val="21"/>
      </w:pPr>
      <w:r>
        <w:t xml:space="preserve">2. </w:t>
      </w:r>
      <w:r>
        <w:t>식별된</w:t>
      </w:r>
      <w:r>
        <w:t xml:space="preserve"> </w:t>
      </w:r>
      <w:r>
        <w:t>문제점</w:t>
      </w:r>
    </w:p>
    <w:p w14:paraId="4BBF82AB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>2.1 [</w:t>
      </w:r>
      <w:r>
        <w:rPr>
          <w:lang w:eastAsia="ko-KR"/>
        </w:rPr>
        <w:t>심각</w:t>
      </w:r>
      <w:r>
        <w:rPr>
          <w:lang w:eastAsia="ko-KR"/>
        </w:rPr>
        <w:t xml:space="preserve">] </w:t>
      </w:r>
      <w:r>
        <w:rPr>
          <w:lang w:eastAsia="ko-KR"/>
        </w:rPr>
        <w:t>글로벌</w:t>
      </w:r>
      <w:r>
        <w:rPr>
          <w:lang w:eastAsia="ko-KR"/>
        </w:rPr>
        <w:t xml:space="preserve"> </w:t>
      </w:r>
      <w:r>
        <w:rPr>
          <w:lang w:eastAsia="ko-KR"/>
        </w:rPr>
        <w:t>동시</w:t>
      </w:r>
      <w:r>
        <w:rPr>
          <w:lang w:eastAsia="ko-KR"/>
        </w:rPr>
        <w:t xml:space="preserve">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제한</w:t>
      </w:r>
      <w:r>
        <w:rPr>
          <w:lang w:eastAsia="ko-KR"/>
        </w:rPr>
        <w:t xml:space="preserve"> </w:t>
      </w:r>
      <w:r>
        <w:rPr>
          <w:lang w:eastAsia="ko-KR"/>
        </w:rPr>
        <w:t>없음</w:t>
      </w:r>
    </w:p>
    <w:p w14:paraId="0D04A640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현상</w:t>
      </w:r>
      <w:r>
        <w:rPr>
          <w:lang w:eastAsia="ko-KR"/>
        </w:rPr>
        <w:t xml:space="preserve">: </w:t>
      </w:r>
      <w:r>
        <w:rPr>
          <w:lang w:eastAsia="ko-KR"/>
        </w:rPr>
        <w:t>세션당</w:t>
      </w:r>
      <w:r>
        <w:rPr>
          <w:lang w:eastAsia="ko-KR"/>
        </w:rPr>
        <w:t xml:space="preserve"> 3</w:t>
      </w:r>
      <w:r>
        <w:rPr>
          <w:lang w:eastAsia="ko-KR"/>
        </w:rPr>
        <w:t>개만</w:t>
      </w:r>
      <w:r>
        <w:rPr>
          <w:lang w:eastAsia="ko-KR"/>
        </w:rPr>
        <w:t xml:space="preserve"> </w:t>
      </w:r>
      <w:r>
        <w:rPr>
          <w:lang w:eastAsia="ko-KR"/>
        </w:rPr>
        <w:t>제한하므로</w:t>
      </w:r>
      <w:r>
        <w:rPr>
          <w:lang w:eastAsia="ko-KR"/>
        </w:rPr>
        <w:t>, 100</w:t>
      </w:r>
      <w:r>
        <w:rPr>
          <w:lang w:eastAsia="ko-KR"/>
        </w:rPr>
        <w:t>개</w:t>
      </w:r>
      <w:r>
        <w:rPr>
          <w:lang w:eastAsia="ko-KR"/>
        </w:rPr>
        <w:t xml:space="preserve"> </w:t>
      </w:r>
      <w:r>
        <w:rPr>
          <w:lang w:eastAsia="ko-KR"/>
        </w:rPr>
        <w:t>세션이</w:t>
      </w:r>
      <w:r>
        <w:rPr>
          <w:lang w:eastAsia="ko-KR"/>
        </w:rPr>
        <w:t xml:space="preserve"> </w:t>
      </w:r>
      <w:r>
        <w:rPr>
          <w:lang w:eastAsia="ko-KR"/>
        </w:rPr>
        <w:t>동시</w:t>
      </w:r>
      <w:r>
        <w:rPr>
          <w:lang w:eastAsia="ko-KR"/>
        </w:rPr>
        <w:t xml:space="preserve"> </w:t>
      </w:r>
      <w:r>
        <w:rPr>
          <w:lang w:eastAsia="ko-KR"/>
        </w:rPr>
        <w:t>접속하면</w:t>
      </w:r>
      <w:r>
        <w:rPr>
          <w:lang w:eastAsia="ko-KR"/>
        </w:rPr>
        <w:t xml:space="preserve"> </w:t>
      </w:r>
      <w:r>
        <w:rPr>
          <w:lang w:eastAsia="ko-KR"/>
        </w:rPr>
        <w:t>최대</w:t>
      </w:r>
      <w:r>
        <w:rPr>
          <w:lang w:eastAsia="ko-KR"/>
        </w:rPr>
        <w:t xml:space="preserve"> </w:t>
      </w:r>
      <w:r>
        <w:rPr>
          <w:b/>
          <w:lang w:eastAsia="ko-KR"/>
        </w:rPr>
        <w:t>300</w:t>
      </w:r>
      <w:r>
        <w:rPr>
          <w:b/>
          <w:lang w:eastAsia="ko-KR"/>
        </w:rPr>
        <w:t>개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동시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발생</w:t>
      </w:r>
      <w:r>
        <w:rPr>
          <w:lang w:eastAsia="ko-KR"/>
        </w:rPr>
        <w:t xml:space="preserve"> </w:t>
      </w:r>
      <w:r>
        <w:rPr>
          <w:lang w:eastAsia="ko-KR"/>
        </w:rPr>
        <w:t>가능</w:t>
      </w:r>
    </w:p>
    <w:p w14:paraId="066AADB6" w14:textId="77777777" w:rsidR="00281D6C" w:rsidRDefault="00000000">
      <w:proofErr w:type="spellStart"/>
      <w:r>
        <w:rPr>
          <w:b/>
        </w:rPr>
        <w:t>영향</w:t>
      </w:r>
      <w:proofErr w:type="spellEnd"/>
      <w:r>
        <w:t>:</w:t>
      </w:r>
    </w:p>
    <w:p w14:paraId="4596C508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 xml:space="preserve">DB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풀</w:t>
      </w:r>
      <w:r>
        <w:rPr>
          <w:lang w:eastAsia="ko-KR"/>
        </w:rPr>
        <w:t>(60</w:t>
      </w:r>
      <w:r>
        <w:rPr>
          <w:lang w:eastAsia="ko-KR"/>
        </w:rPr>
        <w:t>개</w:t>
      </w:r>
      <w:r>
        <w:rPr>
          <w:lang w:eastAsia="ko-KR"/>
        </w:rPr>
        <w:t xml:space="preserve">) </w:t>
      </w:r>
      <w:r>
        <w:rPr>
          <w:lang w:eastAsia="ko-KR"/>
        </w:rPr>
        <w:t>고갈</w:t>
      </w:r>
      <w:r>
        <w:rPr>
          <w:lang w:eastAsia="ko-KR"/>
        </w:rPr>
        <w:t xml:space="preserve"> →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대기</w:t>
      </w:r>
      <w:r>
        <w:rPr>
          <w:lang w:eastAsia="ko-KR"/>
        </w:rPr>
        <w:t xml:space="preserve"> </w:t>
      </w:r>
      <w:r>
        <w:rPr>
          <w:lang w:eastAsia="ko-KR"/>
        </w:rPr>
        <w:t>타임아웃</w:t>
      </w:r>
    </w:p>
    <w:p w14:paraId="44119A4C" w14:textId="77777777" w:rsidR="00281D6C" w:rsidRDefault="00000000">
      <w:pPr>
        <w:pStyle w:val="a0"/>
      </w:pPr>
      <w:proofErr w:type="spellStart"/>
      <w:r>
        <w:rPr>
          <w:rFonts w:ascii="Consolas" w:hAnsi="Consolas"/>
          <w:color w:val="800000"/>
        </w:rPr>
        <w:t>trackStreamingExecutor</w:t>
      </w:r>
      <w:proofErr w:type="spellEnd"/>
      <w:r>
        <w:t xml:space="preserve"> </w:t>
      </w:r>
      <w:proofErr w:type="gramStart"/>
      <w:r>
        <w:t>큐</w:t>
      </w:r>
      <w:r>
        <w:t>(</w:t>
      </w:r>
      <w:proofErr w:type="gramEnd"/>
      <w:r>
        <w:t xml:space="preserve">500) </w:t>
      </w:r>
      <w:proofErr w:type="spellStart"/>
      <w:r>
        <w:t>포화</w:t>
      </w:r>
      <w:proofErr w:type="spellEnd"/>
      <w:r>
        <w:t xml:space="preserve"> → </w:t>
      </w:r>
      <w:r>
        <w:rPr>
          <w:rFonts w:ascii="Consolas" w:hAnsi="Consolas"/>
          <w:color w:val="800000"/>
        </w:rPr>
        <w:t>CallerRunsPolicy</w:t>
      </w:r>
      <w:r>
        <w:t>에</w:t>
      </w:r>
      <w:r>
        <w:t xml:space="preserve"> </w:t>
      </w:r>
      <w:r>
        <w:t>의해</w:t>
      </w:r>
      <w:r>
        <w:t xml:space="preserve"> </w:t>
      </w:r>
      <w:r>
        <w:t>인바운드</w:t>
      </w:r>
      <w:r>
        <w:t xml:space="preserve"> </w:t>
      </w:r>
      <w:r>
        <w:t>채널</w:t>
      </w:r>
      <w:r>
        <w:t xml:space="preserve"> </w:t>
      </w:r>
      <w:r>
        <w:t>스레드</w:t>
      </w:r>
      <w:r>
        <w:t xml:space="preserve"> </w:t>
      </w:r>
      <w:r>
        <w:t>블로킹</w:t>
      </w:r>
    </w:p>
    <w:p w14:paraId="72594001" w14:textId="77777777" w:rsidR="00281D6C" w:rsidRDefault="00000000">
      <w:pPr>
        <w:pStyle w:val="a0"/>
        <w:rPr>
          <w:lang w:eastAsia="ko-KR"/>
        </w:rPr>
      </w:pPr>
      <w:proofErr w:type="spellStart"/>
      <w:r>
        <w:rPr>
          <w:lang w:eastAsia="ko-KR"/>
        </w:rPr>
        <w:t>인바운드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채널</w:t>
      </w:r>
      <w:r>
        <w:rPr>
          <w:lang w:eastAsia="ko-KR"/>
        </w:rPr>
        <w:t xml:space="preserve">(max 20) </w:t>
      </w:r>
      <w:r>
        <w:rPr>
          <w:lang w:eastAsia="ko-KR"/>
        </w:rPr>
        <w:t>블로킹</w:t>
      </w:r>
      <w:r>
        <w:rPr>
          <w:lang w:eastAsia="ko-KR"/>
        </w:rPr>
        <w:t xml:space="preserve"> → </w:t>
      </w:r>
      <w:r>
        <w:rPr>
          <w:lang w:eastAsia="ko-KR"/>
        </w:rPr>
        <w:t>새</w:t>
      </w:r>
      <w:r>
        <w:rPr>
          <w:lang w:eastAsia="ko-KR"/>
        </w:rPr>
        <w:t xml:space="preserve"> WebSocket </w:t>
      </w:r>
      <w:r>
        <w:rPr>
          <w:lang w:eastAsia="ko-KR"/>
        </w:rPr>
        <w:t>요청</w:t>
      </w:r>
      <w:r>
        <w:rPr>
          <w:lang w:eastAsia="ko-KR"/>
        </w:rPr>
        <w:t xml:space="preserve"> </w:t>
      </w:r>
      <w:r>
        <w:rPr>
          <w:lang w:eastAsia="ko-KR"/>
        </w:rPr>
        <w:t>처리</w:t>
      </w:r>
      <w:r>
        <w:rPr>
          <w:lang w:eastAsia="ko-KR"/>
        </w:rPr>
        <w:t xml:space="preserve"> </w:t>
      </w:r>
      <w:r>
        <w:rPr>
          <w:lang w:eastAsia="ko-KR"/>
        </w:rPr>
        <w:t>불가</w:t>
      </w:r>
      <w:r>
        <w:rPr>
          <w:lang w:eastAsia="ko-KR"/>
        </w:rPr>
        <w:t xml:space="preserve"> → </w:t>
      </w:r>
      <w:r>
        <w:rPr>
          <w:lang w:eastAsia="ko-KR"/>
        </w:rPr>
        <w:t>전체</w:t>
      </w:r>
      <w:r>
        <w:rPr>
          <w:lang w:eastAsia="ko-KR"/>
        </w:rPr>
        <w:t xml:space="preserve"> </w:t>
      </w:r>
      <w:r>
        <w:rPr>
          <w:lang w:eastAsia="ko-KR"/>
        </w:rPr>
        <w:t>서비스</w:t>
      </w:r>
      <w:r>
        <w:rPr>
          <w:lang w:eastAsia="ko-KR"/>
        </w:rPr>
        <w:t xml:space="preserve"> </w:t>
      </w:r>
      <w:r>
        <w:rPr>
          <w:lang w:eastAsia="ko-KR"/>
        </w:rPr>
        <w:t>마비</w:t>
      </w:r>
    </w:p>
    <w:p w14:paraId="64F963DE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관련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코드</w:t>
      </w:r>
      <w:r>
        <w:rPr>
          <w:lang w:eastAsia="ko-KR"/>
        </w:rPr>
        <w:t xml:space="preserve">: </w:t>
      </w:r>
      <w:r>
        <w:rPr>
          <w:rFonts w:ascii="Consolas" w:hAnsi="Consolas"/>
          <w:color w:val="800000"/>
          <w:lang w:eastAsia="ko-KR"/>
        </w:rPr>
        <w:t>TrackQueryInterceptor.java</w:t>
      </w:r>
      <w:r>
        <w:rPr>
          <w:lang w:eastAsia="ko-KR"/>
        </w:rPr>
        <w:t xml:space="preserve"> — </w:t>
      </w:r>
      <w:r>
        <w:rPr>
          <w:lang w:eastAsia="ko-KR"/>
        </w:rPr>
        <w:t>글로벌</w:t>
      </w:r>
      <w:r>
        <w:rPr>
          <w:lang w:eastAsia="ko-KR"/>
        </w:rPr>
        <w:t xml:space="preserve"> </w:t>
      </w:r>
      <w:r>
        <w:rPr>
          <w:lang w:eastAsia="ko-KR"/>
        </w:rPr>
        <w:t>카운터</w:t>
      </w:r>
      <w:r>
        <w:rPr>
          <w:lang w:eastAsia="ko-KR"/>
        </w:rPr>
        <w:t xml:space="preserve"> </w:t>
      </w:r>
      <w:r>
        <w:rPr>
          <w:lang w:eastAsia="ko-KR"/>
        </w:rPr>
        <w:t>없음</w:t>
      </w:r>
    </w:p>
    <w:p w14:paraId="4E791F14" w14:textId="77777777" w:rsidR="00281D6C" w:rsidRDefault="00000000">
      <w:pPr>
        <w:ind w:left="283"/>
        <w:rPr>
          <w:lang w:eastAsia="ko-KR"/>
        </w:rPr>
      </w:pPr>
      <w:r>
        <w:rPr>
          <w:rFonts w:ascii="Consolas" w:hAnsi="Consolas"/>
          <w:color w:val="333333"/>
          <w:sz w:val="16"/>
          <w:lang w:eastAsia="ko-KR"/>
        </w:rPr>
        <w:t>[</w:t>
      </w:r>
      <w:r>
        <w:rPr>
          <w:rFonts w:ascii="Consolas" w:hAnsi="Consolas"/>
          <w:color w:val="333333"/>
          <w:sz w:val="16"/>
          <w:lang w:eastAsia="ko-KR"/>
        </w:rPr>
        <w:t>시나리오</w:t>
      </w:r>
      <w:r>
        <w:rPr>
          <w:rFonts w:ascii="Consolas" w:hAnsi="Consolas"/>
          <w:color w:val="333333"/>
          <w:sz w:val="16"/>
          <w:lang w:eastAsia="ko-KR"/>
        </w:rPr>
        <w:t>: 50</w:t>
      </w:r>
      <w:r>
        <w:rPr>
          <w:rFonts w:ascii="Consolas" w:hAnsi="Consolas"/>
          <w:color w:val="333333"/>
          <w:sz w:val="16"/>
          <w:lang w:eastAsia="ko-KR"/>
        </w:rPr>
        <w:t>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클라이언트</w:t>
      </w:r>
      <w:r>
        <w:rPr>
          <w:rFonts w:ascii="Consolas" w:hAnsi="Consolas"/>
          <w:color w:val="333333"/>
          <w:sz w:val="16"/>
          <w:lang w:eastAsia="ko-KR"/>
        </w:rPr>
        <w:t xml:space="preserve"> × 3</w:t>
      </w:r>
      <w:r>
        <w:rPr>
          <w:rFonts w:ascii="Consolas" w:hAnsi="Consolas"/>
          <w:color w:val="333333"/>
          <w:sz w:val="16"/>
          <w:lang w:eastAsia="ko-KR"/>
        </w:rPr>
        <w:t>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쿼리</w:t>
      </w:r>
      <w:r>
        <w:rPr>
          <w:rFonts w:ascii="Consolas" w:hAnsi="Consolas"/>
          <w:color w:val="333333"/>
          <w:sz w:val="16"/>
          <w:lang w:eastAsia="ko-KR"/>
        </w:rPr>
        <w:t xml:space="preserve"> = 150</w:t>
      </w:r>
      <w:r>
        <w:rPr>
          <w:rFonts w:ascii="Consolas" w:hAnsi="Consolas"/>
          <w:color w:val="333333"/>
          <w:sz w:val="16"/>
          <w:lang w:eastAsia="ko-KR"/>
        </w:rPr>
        <w:t>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동시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요청</w:t>
      </w:r>
      <w:r>
        <w:rPr>
          <w:rFonts w:ascii="Consolas" w:hAnsi="Consolas"/>
          <w:color w:val="333333"/>
          <w:sz w:val="16"/>
          <w:lang w:eastAsia="ko-KR"/>
        </w:rPr>
        <w:t>]</w:t>
      </w:r>
      <w:r>
        <w:rPr>
          <w:rFonts w:ascii="Consolas" w:hAnsi="Consolas"/>
          <w:color w:val="333333"/>
          <w:sz w:val="16"/>
          <w:lang w:eastAsia="ko-KR"/>
        </w:rPr>
        <w:br/>
      </w:r>
      <w:r>
        <w:rPr>
          <w:rFonts w:ascii="Consolas" w:hAnsi="Consolas"/>
          <w:color w:val="333333"/>
          <w:sz w:val="16"/>
          <w:lang w:eastAsia="ko-KR"/>
        </w:rPr>
        <w:br/>
      </w:r>
      <w:proofErr w:type="spellStart"/>
      <w:r>
        <w:rPr>
          <w:rFonts w:ascii="Consolas" w:hAnsi="Consolas"/>
          <w:color w:val="333333"/>
          <w:sz w:val="16"/>
          <w:lang w:eastAsia="ko-KR"/>
        </w:rPr>
        <w:t>trackStreamingExecutor</w:t>
      </w:r>
      <w:proofErr w:type="spellEnd"/>
      <w:r>
        <w:rPr>
          <w:rFonts w:ascii="Consolas" w:hAnsi="Consolas"/>
          <w:color w:val="333333"/>
          <w:sz w:val="16"/>
          <w:lang w:eastAsia="ko-KR"/>
        </w:rPr>
        <w:t xml:space="preserve"> (max: 30 </w:t>
      </w:r>
      <w:r>
        <w:rPr>
          <w:rFonts w:ascii="Consolas" w:hAnsi="Consolas"/>
          <w:color w:val="333333"/>
          <w:sz w:val="16"/>
          <w:lang w:eastAsia="ko-KR"/>
        </w:rPr>
        <w:t>스레드</w:t>
      </w:r>
      <w:r>
        <w:rPr>
          <w:rFonts w:ascii="Consolas" w:hAnsi="Consolas"/>
          <w:color w:val="333333"/>
          <w:sz w:val="16"/>
          <w:lang w:eastAsia="ko-KR"/>
        </w:rPr>
        <w:t>)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→ 30</w:t>
      </w:r>
      <w:r>
        <w:rPr>
          <w:rFonts w:ascii="Consolas" w:hAnsi="Consolas"/>
          <w:color w:val="333333"/>
          <w:sz w:val="16"/>
          <w:lang w:eastAsia="ko-KR"/>
        </w:rPr>
        <w:t>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실행</w:t>
      </w:r>
      <w:r>
        <w:rPr>
          <w:rFonts w:ascii="Consolas" w:hAnsi="Consolas"/>
          <w:color w:val="333333"/>
          <w:sz w:val="16"/>
          <w:lang w:eastAsia="ko-KR"/>
        </w:rPr>
        <w:t xml:space="preserve"> + 500</w:t>
      </w:r>
      <w:r>
        <w:rPr>
          <w:rFonts w:ascii="Consolas" w:hAnsi="Consolas"/>
          <w:color w:val="333333"/>
          <w:sz w:val="16"/>
          <w:lang w:eastAsia="ko-KR"/>
        </w:rPr>
        <w:t>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큐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대기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→ </w:t>
      </w:r>
      <w:r>
        <w:rPr>
          <w:rFonts w:ascii="Consolas" w:hAnsi="Consolas"/>
          <w:color w:val="333333"/>
          <w:sz w:val="16"/>
          <w:lang w:eastAsia="ko-KR"/>
        </w:rPr>
        <w:t>큐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포화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proofErr w:type="spellStart"/>
      <w:r>
        <w:rPr>
          <w:rFonts w:ascii="Consolas" w:hAnsi="Consolas"/>
          <w:color w:val="333333"/>
          <w:sz w:val="16"/>
          <w:lang w:eastAsia="ko-KR"/>
        </w:rPr>
        <w:t>CallerRunsPolicy</w:t>
      </w:r>
      <w:proofErr w:type="spellEnd"/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발동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→ </w:t>
      </w:r>
      <w:proofErr w:type="spellStart"/>
      <w:r>
        <w:rPr>
          <w:rFonts w:ascii="Consolas" w:hAnsi="Consolas"/>
          <w:color w:val="333333"/>
          <w:sz w:val="16"/>
          <w:lang w:eastAsia="ko-KR"/>
        </w:rPr>
        <w:t>인바운드</w:t>
      </w:r>
      <w:proofErr w:type="spellEnd"/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채널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스레드</w:t>
      </w:r>
      <w:r>
        <w:rPr>
          <w:rFonts w:ascii="Consolas" w:hAnsi="Consolas"/>
          <w:color w:val="333333"/>
          <w:sz w:val="16"/>
          <w:lang w:eastAsia="ko-KR"/>
        </w:rPr>
        <w:t>(20</w:t>
      </w:r>
      <w:r>
        <w:rPr>
          <w:rFonts w:ascii="Consolas" w:hAnsi="Consolas"/>
          <w:color w:val="333333"/>
          <w:sz w:val="16"/>
          <w:lang w:eastAsia="ko-KR"/>
        </w:rPr>
        <w:t>개</w:t>
      </w:r>
      <w:r>
        <w:rPr>
          <w:rFonts w:ascii="Consolas" w:hAnsi="Consolas"/>
          <w:color w:val="333333"/>
          <w:sz w:val="16"/>
          <w:lang w:eastAsia="ko-KR"/>
        </w:rPr>
        <w:t>)</w:t>
      </w:r>
      <w:r>
        <w:rPr>
          <w:rFonts w:ascii="Consolas" w:hAnsi="Consolas"/>
          <w:color w:val="333333"/>
          <w:sz w:val="16"/>
          <w:lang w:eastAsia="ko-KR"/>
        </w:rPr>
        <w:t>에서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직접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실행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→ </w:t>
      </w:r>
      <w:proofErr w:type="spellStart"/>
      <w:r>
        <w:rPr>
          <w:rFonts w:ascii="Consolas" w:hAnsi="Consolas"/>
          <w:color w:val="333333"/>
          <w:sz w:val="16"/>
          <w:lang w:eastAsia="ko-KR"/>
        </w:rPr>
        <w:t>인바운드</w:t>
      </w:r>
      <w:proofErr w:type="spellEnd"/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채널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블로킹</w:t>
      </w:r>
      <w:r>
        <w:rPr>
          <w:rFonts w:ascii="Consolas" w:hAnsi="Consolas"/>
          <w:color w:val="333333"/>
          <w:sz w:val="16"/>
          <w:lang w:eastAsia="ko-KR"/>
        </w:rPr>
        <w:t xml:space="preserve"> → WebSocket </w:t>
      </w:r>
      <w:r>
        <w:rPr>
          <w:rFonts w:ascii="Consolas" w:hAnsi="Consolas"/>
          <w:color w:val="333333"/>
          <w:sz w:val="16"/>
          <w:lang w:eastAsia="ko-KR"/>
        </w:rPr>
        <w:t>메시지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처리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중단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→ </w:t>
      </w:r>
      <w:r>
        <w:rPr>
          <w:rFonts w:ascii="Consolas" w:hAnsi="Consolas"/>
          <w:color w:val="333333"/>
          <w:sz w:val="16"/>
          <w:lang w:eastAsia="ko-KR"/>
        </w:rPr>
        <w:t>하트비트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실패</w:t>
      </w:r>
      <w:r>
        <w:rPr>
          <w:rFonts w:ascii="Consolas" w:hAnsi="Consolas"/>
          <w:color w:val="333333"/>
          <w:sz w:val="16"/>
          <w:lang w:eastAsia="ko-KR"/>
        </w:rPr>
        <w:t xml:space="preserve"> → </w:t>
      </w:r>
      <w:r>
        <w:rPr>
          <w:rFonts w:ascii="Consolas" w:hAnsi="Consolas"/>
          <w:color w:val="333333"/>
          <w:sz w:val="16"/>
          <w:lang w:eastAsia="ko-KR"/>
        </w:rPr>
        <w:t>세션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끊김</w:t>
      </w:r>
      <w:r>
        <w:rPr>
          <w:rFonts w:ascii="Consolas" w:hAnsi="Consolas"/>
          <w:color w:val="333333"/>
          <w:sz w:val="16"/>
          <w:lang w:eastAsia="ko-KR"/>
        </w:rPr>
        <w:t xml:space="preserve"> → </w:t>
      </w:r>
      <w:r>
        <w:rPr>
          <w:rFonts w:ascii="Consolas" w:hAnsi="Consolas"/>
          <w:color w:val="333333"/>
          <w:sz w:val="16"/>
          <w:lang w:eastAsia="ko-KR"/>
        </w:rPr>
        <w:t>연쇄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장애</w:t>
      </w:r>
    </w:p>
    <w:p w14:paraId="17AA1D88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lastRenderedPageBreak/>
        <w:t>2.2 [</w:t>
      </w:r>
      <w:r>
        <w:rPr>
          <w:lang w:eastAsia="ko-KR"/>
        </w:rPr>
        <w:t>심각</w:t>
      </w:r>
      <w:r>
        <w:rPr>
          <w:lang w:eastAsia="ko-KR"/>
        </w:rPr>
        <w:t xml:space="preserve">]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카운트</w:t>
      </w:r>
      <w:r>
        <w:rPr>
          <w:lang w:eastAsia="ko-KR"/>
        </w:rPr>
        <w:t xml:space="preserve"> </w:t>
      </w:r>
      <w:r>
        <w:rPr>
          <w:lang w:eastAsia="ko-KR"/>
        </w:rPr>
        <w:t>감소</w:t>
      </w:r>
      <w:r>
        <w:rPr>
          <w:lang w:eastAsia="ko-KR"/>
        </w:rPr>
        <w:t xml:space="preserve"> </w:t>
      </w:r>
      <w:r>
        <w:rPr>
          <w:lang w:eastAsia="ko-KR"/>
        </w:rPr>
        <w:t>로직</w:t>
      </w:r>
      <w:r>
        <w:rPr>
          <w:lang w:eastAsia="ko-KR"/>
        </w:rPr>
        <w:t xml:space="preserve"> </w:t>
      </w:r>
      <w:r>
        <w:rPr>
          <w:lang w:eastAsia="ko-KR"/>
        </w:rPr>
        <w:t>누락</w:t>
      </w:r>
    </w:p>
    <w:p w14:paraId="743BA705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현상</w:t>
      </w:r>
      <w:r>
        <w:rPr>
          <w:lang w:eastAsia="ko-KR"/>
        </w:rPr>
        <w:t xml:space="preserve">: </w:t>
      </w:r>
      <w:proofErr w:type="spellStart"/>
      <w:r>
        <w:rPr>
          <w:rFonts w:ascii="Consolas" w:hAnsi="Consolas"/>
          <w:color w:val="800000"/>
          <w:lang w:eastAsia="ko-KR"/>
        </w:rPr>
        <w:t>TrackQueryInterceptor.decrementQueryCount</w:t>
      </w:r>
      <w:proofErr w:type="spellEnd"/>
      <w:r>
        <w:rPr>
          <w:rFonts w:ascii="Consolas" w:hAnsi="Consolas"/>
          <w:color w:val="800000"/>
          <w:lang w:eastAsia="ko-KR"/>
        </w:rPr>
        <w:t>()</w:t>
      </w:r>
      <w:r>
        <w:rPr>
          <w:lang w:eastAsia="ko-KR"/>
        </w:rPr>
        <w:t xml:space="preserve"> </w:t>
      </w:r>
      <w:r>
        <w:rPr>
          <w:lang w:eastAsia="ko-KR"/>
        </w:rPr>
        <w:t>메서드는</w:t>
      </w:r>
      <w:r>
        <w:rPr>
          <w:lang w:eastAsia="ko-KR"/>
        </w:rPr>
        <w:t xml:space="preserve"> </w:t>
      </w:r>
      <w:r>
        <w:rPr>
          <w:lang w:eastAsia="ko-KR"/>
        </w:rPr>
        <w:t>존재하지만</w:t>
      </w:r>
      <w:r>
        <w:rPr>
          <w:lang w:eastAsia="ko-KR"/>
        </w:rPr>
        <w:t xml:space="preserve">,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완료</w:t>
      </w:r>
      <w:r>
        <w:rPr>
          <w:lang w:eastAsia="ko-KR"/>
        </w:rPr>
        <w:t>/</w:t>
      </w:r>
      <w:r>
        <w:rPr>
          <w:lang w:eastAsia="ko-KR"/>
        </w:rPr>
        <w:t>실패</w:t>
      </w:r>
      <w:r>
        <w:rPr>
          <w:lang w:eastAsia="ko-KR"/>
        </w:rPr>
        <w:t xml:space="preserve"> </w:t>
      </w:r>
      <w:r>
        <w:rPr>
          <w:lang w:eastAsia="ko-KR"/>
        </w:rPr>
        <w:t>시</w:t>
      </w:r>
      <w:r>
        <w:rPr>
          <w:lang w:eastAsia="ko-KR"/>
        </w:rPr>
        <w:t xml:space="preserve"> </w:t>
      </w:r>
      <w:r>
        <w:rPr>
          <w:b/>
          <w:lang w:eastAsia="ko-KR"/>
        </w:rPr>
        <w:t>호출하는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코드가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없음</w:t>
      </w:r>
    </w:p>
    <w:p w14:paraId="2F8368FF" w14:textId="77777777" w:rsidR="00281D6C" w:rsidRDefault="00000000">
      <w:proofErr w:type="spellStart"/>
      <w:r>
        <w:rPr>
          <w:b/>
        </w:rPr>
        <w:t>영향</w:t>
      </w:r>
      <w:proofErr w:type="spellEnd"/>
      <w:r>
        <w:t>:</w:t>
      </w:r>
    </w:p>
    <w:p w14:paraId="5F5FD3FA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세션이</w:t>
      </w:r>
      <w:r>
        <w:rPr>
          <w:lang w:eastAsia="ko-KR"/>
        </w:rPr>
        <w:t xml:space="preserve"> </w:t>
      </w:r>
      <w:r>
        <w:rPr>
          <w:lang w:eastAsia="ko-KR"/>
        </w:rPr>
        <w:t>유지되는</w:t>
      </w:r>
      <w:r>
        <w:rPr>
          <w:lang w:eastAsia="ko-KR"/>
        </w:rPr>
        <w:t xml:space="preserve"> </w:t>
      </w:r>
      <w:r>
        <w:rPr>
          <w:lang w:eastAsia="ko-KR"/>
        </w:rPr>
        <w:t>동안</w:t>
      </w:r>
      <w:r>
        <w:rPr>
          <w:lang w:eastAsia="ko-KR"/>
        </w:rPr>
        <w:t xml:space="preserve">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카운트가</w:t>
      </w:r>
      <w:r>
        <w:rPr>
          <w:lang w:eastAsia="ko-KR"/>
        </w:rPr>
        <w:t xml:space="preserve"> </w:t>
      </w:r>
      <w:r>
        <w:rPr>
          <w:lang w:eastAsia="ko-KR"/>
        </w:rPr>
        <w:t>계속</w:t>
      </w:r>
      <w:r>
        <w:rPr>
          <w:lang w:eastAsia="ko-KR"/>
        </w:rPr>
        <w:t xml:space="preserve"> </w:t>
      </w:r>
      <w:r>
        <w:rPr>
          <w:lang w:eastAsia="ko-KR"/>
        </w:rPr>
        <w:t>증가만</w:t>
      </w:r>
      <w:r>
        <w:rPr>
          <w:lang w:eastAsia="ko-KR"/>
        </w:rPr>
        <w:t xml:space="preserve"> </w:t>
      </w:r>
      <w:r>
        <w:rPr>
          <w:lang w:eastAsia="ko-KR"/>
        </w:rPr>
        <w:t>함</w:t>
      </w:r>
    </w:p>
    <w:p w14:paraId="7A5419C0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3</w:t>
      </w:r>
      <w:r>
        <w:rPr>
          <w:lang w:eastAsia="ko-KR"/>
        </w:rPr>
        <w:t>개</w:t>
      </w:r>
      <w:r>
        <w:rPr>
          <w:lang w:eastAsia="ko-KR"/>
        </w:rPr>
        <w:t xml:space="preserve">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후</w:t>
      </w:r>
      <w:r>
        <w:rPr>
          <w:lang w:eastAsia="ko-KR"/>
        </w:rPr>
        <w:t xml:space="preserve"> </w:t>
      </w:r>
      <w:r>
        <w:rPr>
          <w:lang w:eastAsia="ko-KR"/>
        </w:rPr>
        <w:t>해당</w:t>
      </w:r>
      <w:r>
        <w:rPr>
          <w:lang w:eastAsia="ko-KR"/>
        </w:rPr>
        <w:t xml:space="preserve"> </w:t>
      </w:r>
      <w:r>
        <w:rPr>
          <w:lang w:eastAsia="ko-KR"/>
        </w:rPr>
        <w:t>세션은</w:t>
      </w:r>
      <w:r>
        <w:rPr>
          <w:lang w:eastAsia="ko-KR"/>
        </w:rPr>
        <w:t xml:space="preserve"> </w:t>
      </w:r>
      <w:r>
        <w:rPr>
          <w:lang w:eastAsia="ko-KR"/>
        </w:rPr>
        <w:t>더</w:t>
      </w:r>
      <w:r>
        <w:rPr>
          <w:lang w:eastAsia="ko-KR"/>
        </w:rPr>
        <w:t xml:space="preserve"> </w:t>
      </w:r>
      <w:r>
        <w:rPr>
          <w:lang w:eastAsia="ko-KR"/>
        </w:rPr>
        <w:t>이상</w:t>
      </w:r>
      <w:r>
        <w:rPr>
          <w:lang w:eastAsia="ko-KR"/>
        </w:rPr>
        <w:t xml:space="preserve">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불가</w:t>
      </w:r>
    </w:p>
    <w:p w14:paraId="076CC53A" w14:textId="77777777" w:rsidR="00281D6C" w:rsidRDefault="00000000">
      <w:pPr>
        <w:pStyle w:val="a0"/>
      </w:pPr>
      <w:r>
        <w:t xml:space="preserve">DISCONNECT </w:t>
      </w:r>
      <w:proofErr w:type="spellStart"/>
      <w:r>
        <w:t>시에만</w:t>
      </w:r>
      <w:proofErr w:type="spellEnd"/>
      <w:r>
        <w:t xml:space="preserve"> </w:t>
      </w:r>
      <w:proofErr w:type="spellStart"/>
      <w:r>
        <w:rPr>
          <w:rFonts w:ascii="Consolas" w:hAnsi="Consolas"/>
          <w:color w:val="800000"/>
        </w:rPr>
        <w:t>sessionQueries.remove</w:t>
      </w:r>
      <w:proofErr w:type="spellEnd"/>
      <w:proofErr w:type="gramStart"/>
      <w:r>
        <w:rPr>
          <w:rFonts w:ascii="Consolas" w:hAnsi="Consolas"/>
          <w:color w:val="800000"/>
        </w:rPr>
        <w:t>()</w:t>
      </w:r>
      <w:r>
        <w:t>로</w:t>
      </w:r>
      <w:proofErr w:type="gramEnd"/>
      <w:r>
        <w:t xml:space="preserve"> </w:t>
      </w:r>
      <w:proofErr w:type="spellStart"/>
      <w:r>
        <w:t>정리됨</w:t>
      </w:r>
      <w:proofErr w:type="spellEnd"/>
    </w:p>
    <w:p w14:paraId="72D6F9E4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결과적으로</w:t>
      </w:r>
      <w:r>
        <w:rPr>
          <w:lang w:eastAsia="ko-KR"/>
        </w:rPr>
        <w:t xml:space="preserve"> </w:t>
      </w:r>
      <w:r>
        <w:rPr>
          <w:lang w:eastAsia="ko-KR"/>
        </w:rPr>
        <w:t>세션당</w:t>
      </w:r>
      <w:r>
        <w:rPr>
          <w:lang w:eastAsia="ko-KR"/>
        </w:rPr>
        <w:t xml:space="preserve"> </w:t>
      </w:r>
      <w:r>
        <w:rPr>
          <w:lang w:eastAsia="ko-KR"/>
        </w:rPr>
        <w:t>제한이</w:t>
      </w:r>
      <w:r>
        <w:rPr>
          <w:lang w:eastAsia="ko-KR"/>
        </w:rPr>
        <w:t xml:space="preserve"> </w:t>
      </w:r>
      <w:r>
        <w:rPr>
          <w:b/>
          <w:lang w:eastAsia="ko-KR"/>
        </w:rPr>
        <w:t>사실상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무의미</w:t>
      </w:r>
      <w:r>
        <w:rPr>
          <w:lang w:eastAsia="ko-KR"/>
        </w:rPr>
        <w:t xml:space="preserve"> (</w:t>
      </w:r>
      <w:r>
        <w:rPr>
          <w:lang w:eastAsia="ko-KR"/>
        </w:rPr>
        <w:t>장기</w:t>
      </w:r>
      <w:r>
        <w:rPr>
          <w:lang w:eastAsia="ko-KR"/>
        </w:rPr>
        <w:t xml:space="preserve"> </w:t>
      </w:r>
      <w:r>
        <w:rPr>
          <w:lang w:eastAsia="ko-KR"/>
        </w:rPr>
        <w:t>연결에서</w:t>
      </w:r>
      <w:r>
        <w:rPr>
          <w:lang w:eastAsia="ko-KR"/>
        </w:rPr>
        <w:t xml:space="preserve"> 3</w:t>
      </w:r>
      <w:r>
        <w:rPr>
          <w:lang w:eastAsia="ko-KR"/>
        </w:rPr>
        <w:t>개</w:t>
      </w:r>
      <w:r>
        <w:rPr>
          <w:lang w:eastAsia="ko-KR"/>
        </w:rPr>
        <w:t xml:space="preserve">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후</w:t>
      </w:r>
      <w:r>
        <w:rPr>
          <w:lang w:eastAsia="ko-KR"/>
        </w:rPr>
        <w:t xml:space="preserve"> </w:t>
      </w:r>
      <w:r>
        <w:rPr>
          <w:lang w:eastAsia="ko-KR"/>
        </w:rPr>
        <w:t>차단</w:t>
      </w:r>
      <w:r>
        <w:rPr>
          <w:lang w:eastAsia="ko-KR"/>
        </w:rPr>
        <w:t>)</w:t>
      </w:r>
    </w:p>
    <w:p w14:paraId="3C3D8608" w14:textId="77777777" w:rsidR="00281D6C" w:rsidRDefault="00000000">
      <w:proofErr w:type="spellStart"/>
      <w:r>
        <w:rPr>
          <w:b/>
        </w:rPr>
        <w:t>관련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코드</w:t>
      </w:r>
      <w:proofErr w:type="spellEnd"/>
      <w:r>
        <w:t>:</w:t>
      </w:r>
    </w:p>
    <w:p w14:paraId="1F4BB175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TrackQueryInterceptor.java:68 - </w:t>
      </w:r>
      <w:r>
        <w:rPr>
          <w:rFonts w:ascii="Consolas" w:hAnsi="Consolas"/>
          <w:color w:val="333333"/>
          <w:sz w:val="16"/>
        </w:rPr>
        <w:t>정의만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존재</w:t>
      </w:r>
      <w:r>
        <w:rPr>
          <w:rFonts w:ascii="Consolas" w:hAnsi="Consolas"/>
          <w:color w:val="333333"/>
          <w:sz w:val="16"/>
        </w:rPr>
        <w:t xml:space="preserve">, </w:t>
      </w:r>
      <w:r>
        <w:rPr>
          <w:rFonts w:ascii="Consolas" w:hAnsi="Consolas"/>
          <w:color w:val="333333"/>
          <w:sz w:val="16"/>
        </w:rPr>
        <w:t>호출부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없음</w:t>
      </w:r>
      <w:r>
        <w:rPr>
          <w:rFonts w:ascii="Consolas" w:hAnsi="Consolas"/>
          <w:color w:val="333333"/>
          <w:sz w:val="16"/>
        </w:rPr>
        <w:br/>
        <w:t>public void decrementQueryCount(String sessionId) {</w:t>
      </w:r>
      <w:r>
        <w:rPr>
          <w:rFonts w:ascii="Consolas" w:hAnsi="Consolas"/>
          <w:color w:val="333333"/>
          <w:sz w:val="16"/>
        </w:rPr>
        <w:br/>
        <w:t xml:space="preserve">    AtomicInteger count = sessionQueries.get(sessionId);</w:t>
      </w:r>
      <w:r>
        <w:rPr>
          <w:rFonts w:ascii="Consolas" w:hAnsi="Consolas"/>
          <w:color w:val="333333"/>
          <w:sz w:val="16"/>
        </w:rPr>
        <w:br/>
        <w:t xml:space="preserve">    if (count != null) {</w:t>
      </w:r>
      <w:r>
        <w:rPr>
          <w:rFonts w:ascii="Consolas" w:hAnsi="Consolas"/>
          <w:color w:val="333333"/>
          <w:sz w:val="16"/>
        </w:rPr>
        <w:br/>
        <w:t xml:space="preserve">        count.decrementAndGet();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>}</w:t>
      </w:r>
    </w:p>
    <w:p w14:paraId="35E39319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>2.3 [</w:t>
      </w:r>
      <w:r>
        <w:rPr>
          <w:lang w:eastAsia="ko-KR"/>
        </w:rPr>
        <w:t>심각</w:t>
      </w:r>
      <w:r>
        <w:rPr>
          <w:lang w:eastAsia="ko-KR"/>
        </w:rPr>
        <w:t xml:space="preserve">] </w:t>
      </w:r>
      <w:proofErr w:type="spellStart"/>
      <w:r>
        <w:rPr>
          <w:lang w:eastAsia="ko-KR"/>
        </w:rPr>
        <w:t>CachedThreadPool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무제한</w:t>
      </w:r>
      <w:r>
        <w:rPr>
          <w:lang w:eastAsia="ko-KR"/>
        </w:rPr>
        <w:t xml:space="preserve"> </w:t>
      </w:r>
      <w:r>
        <w:rPr>
          <w:lang w:eastAsia="ko-KR"/>
        </w:rPr>
        <w:t>스레드</w:t>
      </w:r>
      <w:r>
        <w:rPr>
          <w:lang w:eastAsia="ko-KR"/>
        </w:rPr>
        <w:t xml:space="preserve"> </w:t>
      </w:r>
      <w:r>
        <w:rPr>
          <w:lang w:eastAsia="ko-KR"/>
        </w:rPr>
        <w:t>생성</w:t>
      </w:r>
    </w:p>
    <w:p w14:paraId="768EE565" w14:textId="77777777" w:rsidR="00281D6C" w:rsidRDefault="00000000">
      <w:proofErr w:type="spellStart"/>
      <w:r>
        <w:rPr>
          <w:b/>
        </w:rPr>
        <w:t>현상</w:t>
      </w:r>
      <w:proofErr w:type="spellEnd"/>
      <w:r>
        <w:t xml:space="preserve">: </w:t>
      </w:r>
      <w:proofErr w:type="spellStart"/>
      <w:r>
        <w:rPr>
          <w:rFonts w:ascii="Consolas" w:hAnsi="Consolas"/>
          <w:color w:val="800000"/>
        </w:rPr>
        <w:t>CancellableQueryManager</w:t>
      </w:r>
      <w:r>
        <w:t>가</w:t>
      </w:r>
      <w:proofErr w:type="spellEnd"/>
      <w:r>
        <w:t xml:space="preserve"> </w:t>
      </w:r>
      <w:proofErr w:type="spellStart"/>
      <w:r>
        <w:rPr>
          <w:rFonts w:ascii="Consolas" w:hAnsi="Consolas"/>
          <w:color w:val="800000"/>
        </w:rPr>
        <w:t>Executors.newCachedThreadPool</w:t>
      </w:r>
      <w:proofErr w:type="spellEnd"/>
      <w:r>
        <w:rPr>
          <w:rFonts w:ascii="Consolas" w:hAnsi="Consolas"/>
          <w:color w:val="800000"/>
        </w:rPr>
        <w:t>()</w:t>
      </w:r>
      <w:r>
        <w:t xml:space="preserve"> </w:t>
      </w:r>
      <w:proofErr w:type="spellStart"/>
      <w:r>
        <w:t>사용</w:t>
      </w:r>
      <w:proofErr w:type="spellEnd"/>
    </w:p>
    <w:p w14:paraId="63034030" w14:textId="77777777" w:rsidR="00281D6C" w:rsidRDefault="00000000">
      <w:r>
        <w:rPr>
          <w:b/>
        </w:rPr>
        <w:t>영향</w:t>
      </w:r>
      <w:r>
        <w:t>:</w:t>
      </w:r>
    </w:p>
    <w:p w14:paraId="0EC24BE1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부하</w:t>
      </w:r>
      <w:r>
        <w:rPr>
          <w:lang w:eastAsia="ko-KR"/>
        </w:rPr>
        <w:t xml:space="preserve"> </w:t>
      </w:r>
      <w:r>
        <w:rPr>
          <w:lang w:eastAsia="ko-KR"/>
        </w:rPr>
        <w:t>시</w:t>
      </w:r>
      <w:r>
        <w:rPr>
          <w:lang w:eastAsia="ko-KR"/>
        </w:rPr>
        <w:t xml:space="preserve"> </w:t>
      </w:r>
      <w:r>
        <w:rPr>
          <w:lang w:eastAsia="ko-KR"/>
        </w:rPr>
        <w:t>무제한</w:t>
      </w:r>
      <w:r>
        <w:rPr>
          <w:lang w:eastAsia="ko-KR"/>
        </w:rPr>
        <w:t xml:space="preserve"> </w:t>
      </w:r>
      <w:r>
        <w:rPr>
          <w:lang w:eastAsia="ko-KR"/>
        </w:rPr>
        <w:t>스레드</w:t>
      </w:r>
      <w:r>
        <w:rPr>
          <w:lang w:eastAsia="ko-KR"/>
        </w:rPr>
        <w:t xml:space="preserve"> </w:t>
      </w:r>
      <w:r>
        <w:rPr>
          <w:lang w:eastAsia="ko-KR"/>
        </w:rPr>
        <w:t>생성</w:t>
      </w:r>
      <w:r>
        <w:rPr>
          <w:lang w:eastAsia="ko-KR"/>
        </w:rPr>
        <w:t xml:space="preserve"> → OOM </w:t>
      </w:r>
      <w:r>
        <w:rPr>
          <w:lang w:eastAsia="ko-KR"/>
        </w:rPr>
        <w:t>또는</w:t>
      </w:r>
      <w:r>
        <w:rPr>
          <w:lang w:eastAsia="ko-KR"/>
        </w:rPr>
        <w:t xml:space="preserve"> OS </w:t>
      </w:r>
      <w:r>
        <w:rPr>
          <w:lang w:eastAsia="ko-KR"/>
        </w:rPr>
        <w:t>스레드</w:t>
      </w:r>
      <w:r>
        <w:rPr>
          <w:lang w:eastAsia="ko-KR"/>
        </w:rPr>
        <w:t xml:space="preserve"> </w:t>
      </w:r>
      <w:r>
        <w:rPr>
          <w:lang w:eastAsia="ko-KR"/>
        </w:rPr>
        <w:t>한도</w:t>
      </w:r>
      <w:r>
        <w:rPr>
          <w:lang w:eastAsia="ko-KR"/>
        </w:rPr>
        <w:t xml:space="preserve"> </w:t>
      </w:r>
      <w:r>
        <w:rPr>
          <w:lang w:eastAsia="ko-KR"/>
        </w:rPr>
        <w:t>초과</w:t>
      </w:r>
    </w:p>
    <w:p w14:paraId="4EE5B36E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스레드</w:t>
      </w:r>
      <w:r>
        <w:rPr>
          <w:lang w:eastAsia="ko-KR"/>
        </w:rPr>
        <w:t xml:space="preserve"> </w:t>
      </w:r>
      <w:r>
        <w:rPr>
          <w:lang w:eastAsia="ko-KR"/>
        </w:rPr>
        <w:t>컨텍스트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스위칭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오버헤드</w:t>
      </w:r>
      <w:r>
        <w:rPr>
          <w:lang w:eastAsia="ko-KR"/>
        </w:rPr>
        <w:t xml:space="preserve"> </w:t>
      </w:r>
      <w:r>
        <w:rPr>
          <w:lang w:eastAsia="ko-KR"/>
        </w:rPr>
        <w:t>급증</w:t>
      </w:r>
    </w:p>
    <w:p w14:paraId="5D2161BE" w14:textId="77777777" w:rsidR="00281D6C" w:rsidRDefault="00000000">
      <w:proofErr w:type="spellStart"/>
      <w:r>
        <w:rPr>
          <w:b/>
        </w:rPr>
        <w:t>관련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코드</w:t>
      </w:r>
      <w:proofErr w:type="spellEnd"/>
      <w:r>
        <w:t xml:space="preserve">: </w:t>
      </w:r>
      <w:r>
        <w:rPr>
          <w:rFonts w:ascii="Consolas" w:hAnsi="Consolas"/>
          <w:color w:val="800000"/>
        </w:rPr>
        <w:t>CancellableQueryManager.java</w:t>
      </w:r>
    </w:p>
    <w:p w14:paraId="64AFAD9B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AS-IS: </w:t>
      </w:r>
      <w:r>
        <w:rPr>
          <w:rFonts w:ascii="Consolas" w:hAnsi="Consolas"/>
          <w:color w:val="333333"/>
          <w:sz w:val="16"/>
        </w:rPr>
        <w:t>상한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없는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스레드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풀</w:t>
      </w:r>
      <w:r>
        <w:rPr>
          <w:rFonts w:ascii="Consolas" w:hAnsi="Consolas"/>
          <w:color w:val="333333"/>
          <w:sz w:val="16"/>
        </w:rPr>
        <w:br/>
        <w:t>private final ExecutorService queryExecutor = Executors.newCachedThreadPool(r -&gt; {</w:t>
      </w:r>
      <w:r>
        <w:rPr>
          <w:rFonts w:ascii="Consolas" w:hAnsi="Consolas"/>
          <w:color w:val="333333"/>
          <w:sz w:val="16"/>
        </w:rPr>
        <w:br/>
        <w:t xml:space="preserve">    Thread thread = new Thread(r);</w:t>
      </w:r>
      <w:r>
        <w:rPr>
          <w:rFonts w:ascii="Consolas" w:hAnsi="Consolas"/>
          <w:color w:val="333333"/>
          <w:sz w:val="16"/>
        </w:rPr>
        <w:br/>
        <w:t xml:space="preserve">    thread.setName("query-executor-" + thread.getId());</w:t>
      </w:r>
      <w:r>
        <w:rPr>
          <w:rFonts w:ascii="Consolas" w:hAnsi="Consolas"/>
          <w:color w:val="333333"/>
          <w:sz w:val="16"/>
        </w:rPr>
        <w:br/>
        <w:t xml:space="preserve">    thread.setDaemon(true);</w:t>
      </w:r>
      <w:r>
        <w:rPr>
          <w:rFonts w:ascii="Consolas" w:hAnsi="Consolas"/>
          <w:color w:val="333333"/>
          <w:sz w:val="16"/>
        </w:rPr>
        <w:br/>
        <w:t xml:space="preserve">    return thread;</w:t>
      </w:r>
      <w:r>
        <w:rPr>
          <w:rFonts w:ascii="Consolas" w:hAnsi="Consolas"/>
          <w:color w:val="333333"/>
          <w:sz w:val="16"/>
        </w:rPr>
        <w:br/>
        <w:t>});</w:t>
      </w:r>
    </w:p>
    <w:p w14:paraId="42A40F9D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>2.4 [</w:t>
      </w:r>
      <w:r>
        <w:rPr>
          <w:lang w:eastAsia="ko-KR"/>
        </w:rPr>
        <w:t>심각</w:t>
      </w:r>
      <w:r>
        <w:rPr>
          <w:lang w:eastAsia="ko-KR"/>
        </w:rPr>
        <w:t xml:space="preserve">] </w:t>
      </w:r>
      <w:proofErr w:type="spellStart"/>
      <w:r>
        <w:rPr>
          <w:lang w:eastAsia="ko-KR"/>
        </w:rPr>
        <w:t>ChunkedTrackStreamingService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취소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미구현</w:t>
      </w:r>
      <w:proofErr w:type="spellEnd"/>
    </w:p>
    <w:p w14:paraId="2AF7E0FD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현상</w:t>
      </w:r>
      <w:r>
        <w:rPr>
          <w:lang w:eastAsia="ko-KR"/>
        </w:rPr>
        <w:t xml:space="preserve">: </w:t>
      </w:r>
      <w:proofErr w:type="spellStart"/>
      <w:r>
        <w:rPr>
          <w:rFonts w:ascii="Consolas" w:hAnsi="Consolas"/>
          <w:color w:val="800000"/>
          <w:lang w:eastAsia="ko-KR"/>
        </w:rPr>
        <w:t>cancelQuery</w:t>
      </w:r>
      <w:proofErr w:type="spellEnd"/>
      <w:r>
        <w:rPr>
          <w:rFonts w:ascii="Consolas" w:hAnsi="Consolas"/>
          <w:color w:val="800000"/>
          <w:lang w:eastAsia="ko-KR"/>
        </w:rPr>
        <w:t>()</w:t>
      </w:r>
      <w:r>
        <w:rPr>
          <w:lang w:eastAsia="ko-KR"/>
        </w:rPr>
        <w:t xml:space="preserve"> </w:t>
      </w:r>
      <w:r>
        <w:rPr>
          <w:lang w:eastAsia="ko-KR"/>
        </w:rPr>
        <w:t>메서드가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메트릭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정리만</w:t>
      </w:r>
      <w:r>
        <w:rPr>
          <w:lang w:eastAsia="ko-KR"/>
        </w:rPr>
        <w:t xml:space="preserve"> </w:t>
      </w:r>
      <w:r>
        <w:rPr>
          <w:lang w:eastAsia="ko-KR"/>
        </w:rPr>
        <w:t>수행하고</w:t>
      </w:r>
      <w:r>
        <w:rPr>
          <w:lang w:eastAsia="ko-KR"/>
        </w:rPr>
        <w:t xml:space="preserve"> </w:t>
      </w:r>
      <w:r>
        <w:rPr>
          <w:b/>
          <w:lang w:eastAsia="ko-KR"/>
        </w:rPr>
        <w:t>실제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스트리밍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중단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로직이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없음</w:t>
      </w:r>
    </w:p>
    <w:p w14:paraId="027F136B" w14:textId="77777777" w:rsidR="00281D6C" w:rsidRDefault="00000000">
      <w:proofErr w:type="spellStart"/>
      <w:r>
        <w:rPr>
          <w:b/>
        </w:rPr>
        <w:t>영향</w:t>
      </w:r>
      <w:proofErr w:type="spellEnd"/>
      <w:r>
        <w:t>:</w:t>
      </w:r>
    </w:p>
    <w:p w14:paraId="6018AA9D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클라이언트가</w:t>
      </w:r>
      <w:r>
        <w:rPr>
          <w:lang w:eastAsia="ko-KR"/>
        </w:rPr>
        <w:t xml:space="preserve"> </w:t>
      </w:r>
      <w:r>
        <w:rPr>
          <w:lang w:eastAsia="ko-KR"/>
        </w:rPr>
        <w:t>연결을</w:t>
      </w:r>
      <w:r>
        <w:rPr>
          <w:lang w:eastAsia="ko-KR"/>
        </w:rPr>
        <w:t xml:space="preserve"> </w:t>
      </w:r>
      <w:r>
        <w:rPr>
          <w:lang w:eastAsia="ko-KR"/>
        </w:rPr>
        <w:t>끊어도</w:t>
      </w:r>
      <w:r>
        <w:rPr>
          <w:lang w:eastAsia="ko-KR"/>
        </w:rPr>
        <w:t xml:space="preserve"> </w:t>
      </w:r>
      <w:r>
        <w:rPr>
          <w:lang w:eastAsia="ko-KR"/>
        </w:rPr>
        <w:t>서버에서</w:t>
      </w:r>
      <w:r>
        <w:rPr>
          <w:lang w:eastAsia="ko-KR"/>
        </w:rPr>
        <w:t xml:space="preserve"> DB </w:t>
      </w:r>
      <w:r>
        <w:rPr>
          <w:lang w:eastAsia="ko-KR"/>
        </w:rPr>
        <w:t>쿼리</w:t>
      </w:r>
      <w:r>
        <w:rPr>
          <w:lang w:eastAsia="ko-KR"/>
        </w:rPr>
        <w:t xml:space="preserve"> + </w:t>
      </w:r>
      <w:r>
        <w:rPr>
          <w:lang w:eastAsia="ko-KR"/>
        </w:rPr>
        <w:t>데이터</w:t>
      </w:r>
      <w:r>
        <w:rPr>
          <w:lang w:eastAsia="ko-KR"/>
        </w:rPr>
        <w:t xml:space="preserve"> </w:t>
      </w:r>
      <w:r>
        <w:rPr>
          <w:lang w:eastAsia="ko-KR"/>
        </w:rPr>
        <w:t>가공이</w:t>
      </w:r>
      <w:r>
        <w:rPr>
          <w:lang w:eastAsia="ko-KR"/>
        </w:rPr>
        <w:t xml:space="preserve"> </w:t>
      </w:r>
      <w:r>
        <w:rPr>
          <w:lang w:eastAsia="ko-KR"/>
        </w:rPr>
        <w:t>계속</w:t>
      </w:r>
      <w:r>
        <w:rPr>
          <w:lang w:eastAsia="ko-KR"/>
        </w:rPr>
        <w:t xml:space="preserve"> </w:t>
      </w:r>
      <w:r>
        <w:rPr>
          <w:lang w:eastAsia="ko-KR"/>
        </w:rPr>
        <w:t>실행</w:t>
      </w:r>
    </w:p>
    <w:p w14:paraId="2D563277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lastRenderedPageBreak/>
        <w:t>리소스</w:t>
      </w:r>
      <w:r>
        <w:rPr>
          <w:lang w:eastAsia="ko-KR"/>
        </w:rPr>
        <w:t xml:space="preserve">(DB </w:t>
      </w:r>
      <w:r>
        <w:rPr>
          <w:lang w:eastAsia="ko-KR"/>
        </w:rPr>
        <w:t>커넥션</w:t>
      </w:r>
      <w:r>
        <w:rPr>
          <w:lang w:eastAsia="ko-KR"/>
        </w:rPr>
        <w:t xml:space="preserve">, CPU, </w:t>
      </w:r>
      <w:r>
        <w:rPr>
          <w:lang w:eastAsia="ko-KR"/>
        </w:rPr>
        <w:t>메모리</w:t>
      </w:r>
      <w:r>
        <w:rPr>
          <w:lang w:eastAsia="ko-KR"/>
        </w:rPr>
        <w:t>)</w:t>
      </w:r>
      <w:r>
        <w:rPr>
          <w:lang w:eastAsia="ko-KR"/>
        </w:rPr>
        <w:t>가</w:t>
      </w:r>
      <w:r>
        <w:rPr>
          <w:lang w:eastAsia="ko-KR"/>
        </w:rPr>
        <w:t xml:space="preserve"> </w:t>
      </w:r>
      <w:r>
        <w:rPr>
          <w:lang w:eastAsia="ko-KR"/>
        </w:rPr>
        <w:t>불필요하게</w:t>
      </w:r>
      <w:r>
        <w:rPr>
          <w:lang w:eastAsia="ko-KR"/>
        </w:rPr>
        <w:t xml:space="preserve"> </w:t>
      </w:r>
      <w:r>
        <w:rPr>
          <w:lang w:eastAsia="ko-KR"/>
        </w:rPr>
        <w:t>점유됨</w:t>
      </w:r>
    </w:p>
    <w:p w14:paraId="5EDAB926" w14:textId="77777777" w:rsidR="00281D6C" w:rsidRDefault="00000000">
      <w:proofErr w:type="spellStart"/>
      <w:r>
        <w:rPr>
          <w:b/>
        </w:rPr>
        <w:t>관련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코드</w:t>
      </w:r>
      <w:proofErr w:type="spellEnd"/>
      <w:r>
        <w:t xml:space="preserve">: </w:t>
      </w:r>
      <w:r>
        <w:rPr>
          <w:rFonts w:ascii="Consolas" w:hAnsi="Consolas"/>
          <w:color w:val="800000"/>
        </w:rPr>
        <w:t>ChunkedTrackStreamingService.java:1176</w:t>
      </w:r>
    </w:p>
    <w:p w14:paraId="07FDD04F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AS-IS: </w:t>
      </w:r>
      <w:r>
        <w:rPr>
          <w:rFonts w:ascii="Consolas" w:hAnsi="Consolas"/>
          <w:color w:val="333333"/>
          <w:sz w:val="16"/>
        </w:rPr>
        <w:t>취소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메트릭만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정리</w:t>
      </w:r>
      <w:r>
        <w:rPr>
          <w:rFonts w:ascii="Consolas" w:hAnsi="Consolas"/>
          <w:color w:val="333333"/>
          <w:sz w:val="16"/>
        </w:rPr>
        <w:t xml:space="preserve">, </w:t>
      </w:r>
      <w:r>
        <w:rPr>
          <w:rFonts w:ascii="Consolas" w:hAnsi="Consolas"/>
          <w:color w:val="333333"/>
          <w:sz w:val="16"/>
        </w:rPr>
        <w:t>실행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중인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쿼리는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계속됨</w:t>
      </w:r>
      <w:r>
        <w:rPr>
          <w:rFonts w:ascii="Consolas" w:hAnsi="Consolas"/>
          <w:color w:val="333333"/>
          <w:sz w:val="16"/>
        </w:rPr>
        <w:br/>
        <w:t>public void cancelQuery(String queryId) {</w:t>
      </w:r>
      <w:r>
        <w:rPr>
          <w:rFonts w:ascii="Consolas" w:hAnsi="Consolas"/>
          <w:color w:val="333333"/>
          <w:sz w:val="16"/>
        </w:rPr>
        <w:br/>
        <w:t xml:space="preserve">    log.info("Cancelling chunked query: {}", queryId);</w:t>
      </w:r>
      <w:r>
        <w:rPr>
          <w:rFonts w:ascii="Consolas" w:hAnsi="Consolas"/>
          <w:color w:val="333333"/>
          <w:sz w:val="16"/>
        </w:rPr>
        <w:br/>
        <w:t xml:space="preserve">    // TODO: </w:t>
      </w:r>
      <w:r>
        <w:rPr>
          <w:rFonts w:ascii="Consolas" w:hAnsi="Consolas"/>
          <w:color w:val="333333"/>
          <w:sz w:val="16"/>
        </w:rPr>
        <w:t>실제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취소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로직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구현</w:t>
      </w:r>
      <w:r>
        <w:rPr>
          <w:rFonts w:ascii="Consolas" w:hAnsi="Consolas"/>
          <w:color w:val="333333"/>
          <w:sz w:val="16"/>
        </w:rPr>
        <w:br/>
        <w:t xml:space="preserve">    cleanupQueryMetrics(queryId);</w:t>
      </w:r>
      <w:r>
        <w:rPr>
          <w:rFonts w:ascii="Consolas" w:hAnsi="Consolas"/>
          <w:color w:val="333333"/>
          <w:sz w:val="16"/>
        </w:rPr>
        <w:br/>
        <w:t>}</w:t>
      </w:r>
    </w:p>
    <w:p w14:paraId="2F2D1096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>2.5 [</w:t>
      </w:r>
      <w:r>
        <w:rPr>
          <w:lang w:eastAsia="ko-KR"/>
        </w:rPr>
        <w:t>중간</w:t>
      </w:r>
      <w:r>
        <w:rPr>
          <w:lang w:eastAsia="ko-KR"/>
        </w:rPr>
        <w:t xml:space="preserve">] </w:t>
      </w:r>
      <w:proofErr w:type="spellStart"/>
      <w:r>
        <w:rPr>
          <w:lang w:eastAsia="ko-KR"/>
        </w:rPr>
        <w:t>백프레셔의</w:t>
      </w:r>
      <w:proofErr w:type="spellEnd"/>
      <w:r>
        <w:rPr>
          <w:lang w:eastAsia="ko-KR"/>
        </w:rPr>
        <w:t xml:space="preserve"> </w:t>
      </w:r>
      <w:proofErr w:type="spellStart"/>
      <w:r>
        <w:rPr>
          <w:lang w:eastAsia="ko-KR"/>
        </w:rPr>
        <w:t>비정확한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버퍼</w:t>
      </w:r>
      <w:r>
        <w:rPr>
          <w:lang w:eastAsia="ko-KR"/>
        </w:rPr>
        <w:t xml:space="preserve"> </w:t>
      </w:r>
      <w:r>
        <w:rPr>
          <w:lang w:eastAsia="ko-KR"/>
        </w:rPr>
        <w:t>추적</w:t>
      </w:r>
    </w:p>
    <w:p w14:paraId="6EE21292" w14:textId="77777777" w:rsidR="00281D6C" w:rsidRDefault="00000000">
      <w:proofErr w:type="spellStart"/>
      <w:r>
        <w:rPr>
          <w:b/>
        </w:rPr>
        <w:t>현상</w:t>
      </w:r>
      <w:proofErr w:type="spellEnd"/>
      <w:r>
        <w:t xml:space="preserve">: </w:t>
      </w:r>
      <w:proofErr w:type="spellStart"/>
      <w:r>
        <w:t>전송</w:t>
      </w:r>
      <w:proofErr w:type="spellEnd"/>
      <w:r>
        <w:t xml:space="preserve"> </w:t>
      </w:r>
      <w:proofErr w:type="spellStart"/>
      <w:r>
        <w:t>완료</w:t>
      </w:r>
      <w:proofErr w:type="spellEnd"/>
      <w:r>
        <w:t xml:space="preserve"> </w:t>
      </w:r>
      <w:r>
        <w:t>후</w:t>
      </w:r>
      <w:r>
        <w:t xml:space="preserve"> </w:t>
      </w:r>
      <w:r>
        <w:t>버퍼</w:t>
      </w:r>
      <w:r>
        <w:t xml:space="preserve"> </w:t>
      </w:r>
      <w:r>
        <w:t>크기</w:t>
      </w:r>
      <w:r>
        <w:t xml:space="preserve"> </w:t>
      </w:r>
      <w:r>
        <w:t>감소를</w:t>
      </w:r>
      <w:r>
        <w:t xml:space="preserve"> </w:t>
      </w:r>
      <w:r>
        <w:rPr>
          <w:rFonts w:ascii="Consolas" w:hAnsi="Consolas"/>
          <w:color w:val="800000"/>
        </w:rPr>
        <w:t>CompletableFuture + Thread.sleep(100</w:t>
      </w:r>
      <w:proofErr w:type="gramStart"/>
      <w:r>
        <w:rPr>
          <w:rFonts w:ascii="Consolas" w:hAnsi="Consolas"/>
          <w:color w:val="800000"/>
        </w:rPr>
        <w:t>ms)</w:t>
      </w:r>
      <w:r>
        <w:t>로</w:t>
      </w:r>
      <w:proofErr w:type="gramEnd"/>
      <w:r>
        <w:t xml:space="preserve"> </w:t>
      </w:r>
      <w:r>
        <w:t>처리</w:t>
      </w:r>
    </w:p>
    <w:p w14:paraId="71EF6133" w14:textId="77777777" w:rsidR="00281D6C" w:rsidRDefault="00000000">
      <w:r>
        <w:rPr>
          <w:b/>
        </w:rPr>
        <w:t>영향</w:t>
      </w:r>
      <w:r>
        <w:t>:</w:t>
      </w:r>
    </w:p>
    <w:p w14:paraId="0770CC9B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실제</w:t>
      </w:r>
      <w:r>
        <w:rPr>
          <w:lang w:eastAsia="ko-KR"/>
        </w:rPr>
        <w:t xml:space="preserve"> </w:t>
      </w:r>
      <w:r>
        <w:rPr>
          <w:lang w:eastAsia="ko-KR"/>
        </w:rPr>
        <w:t>네트워크</w:t>
      </w:r>
      <w:r>
        <w:rPr>
          <w:lang w:eastAsia="ko-KR"/>
        </w:rPr>
        <w:t xml:space="preserve"> </w:t>
      </w:r>
      <w:r>
        <w:rPr>
          <w:lang w:eastAsia="ko-KR"/>
        </w:rPr>
        <w:t>전송</w:t>
      </w:r>
      <w:r>
        <w:rPr>
          <w:lang w:eastAsia="ko-KR"/>
        </w:rPr>
        <w:t xml:space="preserve"> </w:t>
      </w:r>
      <w:r>
        <w:rPr>
          <w:lang w:eastAsia="ko-KR"/>
        </w:rPr>
        <w:t>완료와</w:t>
      </w:r>
      <w:r>
        <w:rPr>
          <w:lang w:eastAsia="ko-KR"/>
        </w:rPr>
        <w:t xml:space="preserve"> </w:t>
      </w:r>
      <w:r>
        <w:rPr>
          <w:lang w:eastAsia="ko-KR"/>
        </w:rPr>
        <w:t>무관하게</w:t>
      </w:r>
      <w:r>
        <w:rPr>
          <w:lang w:eastAsia="ko-KR"/>
        </w:rPr>
        <w:t xml:space="preserve"> 100ms </w:t>
      </w:r>
      <w:r>
        <w:rPr>
          <w:lang w:eastAsia="ko-KR"/>
        </w:rPr>
        <w:t>후</w:t>
      </w:r>
      <w:r>
        <w:rPr>
          <w:lang w:eastAsia="ko-KR"/>
        </w:rPr>
        <w:t xml:space="preserve"> </w:t>
      </w:r>
      <w:r>
        <w:rPr>
          <w:lang w:eastAsia="ko-KR"/>
        </w:rPr>
        <w:t>무조건</w:t>
      </w:r>
      <w:r>
        <w:rPr>
          <w:lang w:eastAsia="ko-KR"/>
        </w:rPr>
        <w:t xml:space="preserve"> </w:t>
      </w:r>
      <w:r>
        <w:rPr>
          <w:lang w:eastAsia="ko-KR"/>
        </w:rPr>
        <w:t>버퍼</w:t>
      </w:r>
      <w:r>
        <w:rPr>
          <w:lang w:eastAsia="ko-KR"/>
        </w:rPr>
        <w:t xml:space="preserve"> </w:t>
      </w:r>
      <w:r>
        <w:rPr>
          <w:lang w:eastAsia="ko-KR"/>
        </w:rPr>
        <w:t>감소</w:t>
      </w:r>
    </w:p>
    <w:p w14:paraId="0D65F927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네트워크</w:t>
      </w:r>
      <w:r>
        <w:rPr>
          <w:lang w:eastAsia="ko-KR"/>
        </w:rPr>
        <w:t xml:space="preserve"> </w:t>
      </w:r>
      <w:r>
        <w:rPr>
          <w:lang w:eastAsia="ko-KR"/>
        </w:rPr>
        <w:t>지연이</w:t>
      </w:r>
      <w:r>
        <w:rPr>
          <w:lang w:eastAsia="ko-KR"/>
        </w:rPr>
        <w:t xml:space="preserve"> 100ms</w:t>
      </w:r>
      <w:r>
        <w:rPr>
          <w:lang w:eastAsia="ko-KR"/>
        </w:rPr>
        <w:t>보다</w:t>
      </w:r>
      <w:r>
        <w:rPr>
          <w:lang w:eastAsia="ko-KR"/>
        </w:rPr>
        <w:t xml:space="preserve"> </w:t>
      </w:r>
      <w:r>
        <w:rPr>
          <w:lang w:eastAsia="ko-KR"/>
        </w:rPr>
        <w:t>길면</w:t>
      </w:r>
      <w:r>
        <w:rPr>
          <w:lang w:eastAsia="ko-KR"/>
        </w:rPr>
        <w:t xml:space="preserve"> </w:t>
      </w:r>
      <w:r>
        <w:rPr>
          <w:lang w:eastAsia="ko-KR"/>
        </w:rPr>
        <w:t>버퍼가</w:t>
      </w:r>
      <w:r>
        <w:rPr>
          <w:lang w:eastAsia="ko-KR"/>
        </w:rPr>
        <w:t xml:space="preserve"> </w:t>
      </w:r>
      <w:r>
        <w:rPr>
          <w:lang w:eastAsia="ko-KR"/>
        </w:rPr>
        <w:t>과소</w:t>
      </w:r>
      <w:r>
        <w:rPr>
          <w:lang w:eastAsia="ko-KR"/>
        </w:rPr>
        <w:t xml:space="preserve"> </w:t>
      </w:r>
      <w:r>
        <w:rPr>
          <w:lang w:eastAsia="ko-KR"/>
        </w:rPr>
        <w:t>추적</w:t>
      </w:r>
      <w:r>
        <w:rPr>
          <w:lang w:eastAsia="ko-KR"/>
        </w:rPr>
        <w:t xml:space="preserve"> → </w:t>
      </w:r>
      <w:r>
        <w:rPr>
          <w:lang w:eastAsia="ko-KR"/>
        </w:rPr>
        <w:t>실제</w:t>
      </w:r>
      <w:r>
        <w:rPr>
          <w:lang w:eastAsia="ko-KR"/>
        </w:rPr>
        <w:t xml:space="preserve"> </w:t>
      </w:r>
      <w:r>
        <w:rPr>
          <w:lang w:eastAsia="ko-KR"/>
        </w:rPr>
        <w:t>메모리</w:t>
      </w:r>
      <w:r>
        <w:rPr>
          <w:lang w:eastAsia="ko-KR"/>
        </w:rPr>
        <w:t xml:space="preserve"> </w:t>
      </w:r>
      <w:r>
        <w:rPr>
          <w:lang w:eastAsia="ko-KR"/>
        </w:rPr>
        <w:t>사용량보다</w:t>
      </w:r>
      <w:r>
        <w:rPr>
          <w:lang w:eastAsia="ko-KR"/>
        </w:rPr>
        <w:t xml:space="preserve"> </w:t>
      </w:r>
      <w:r>
        <w:rPr>
          <w:lang w:eastAsia="ko-KR"/>
        </w:rPr>
        <w:t>작게</w:t>
      </w:r>
      <w:r>
        <w:rPr>
          <w:lang w:eastAsia="ko-KR"/>
        </w:rPr>
        <w:t xml:space="preserve"> </w:t>
      </w:r>
      <w:r>
        <w:rPr>
          <w:lang w:eastAsia="ko-KR"/>
        </w:rPr>
        <w:t>인식</w:t>
      </w:r>
    </w:p>
    <w:p w14:paraId="1C141267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네트워크</w:t>
      </w:r>
      <w:r>
        <w:rPr>
          <w:lang w:eastAsia="ko-KR"/>
        </w:rPr>
        <w:t xml:space="preserve"> </w:t>
      </w:r>
      <w:r>
        <w:rPr>
          <w:lang w:eastAsia="ko-KR"/>
        </w:rPr>
        <w:t>지연이</w:t>
      </w:r>
      <w:r>
        <w:rPr>
          <w:lang w:eastAsia="ko-KR"/>
        </w:rPr>
        <w:t xml:space="preserve"> 100ms</w:t>
      </w:r>
      <w:r>
        <w:rPr>
          <w:lang w:eastAsia="ko-KR"/>
        </w:rPr>
        <w:t>보다</w:t>
      </w:r>
      <w:r>
        <w:rPr>
          <w:lang w:eastAsia="ko-KR"/>
        </w:rPr>
        <w:t xml:space="preserve"> </w:t>
      </w:r>
      <w:r>
        <w:rPr>
          <w:lang w:eastAsia="ko-KR"/>
        </w:rPr>
        <w:t>짧으면</w:t>
      </w:r>
      <w:r>
        <w:rPr>
          <w:lang w:eastAsia="ko-KR"/>
        </w:rPr>
        <w:t xml:space="preserve"> </w:t>
      </w:r>
      <w:r>
        <w:rPr>
          <w:lang w:eastAsia="ko-KR"/>
        </w:rPr>
        <w:t>불필요한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백프레셔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발생</w:t>
      </w:r>
    </w:p>
    <w:p w14:paraId="4912CCF6" w14:textId="77777777" w:rsidR="00281D6C" w:rsidRDefault="00000000">
      <w:proofErr w:type="spellStart"/>
      <w:r>
        <w:rPr>
          <w:b/>
        </w:rPr>
        <w:t>관련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코드</w:t>
      </w:r>
      <w:proofErr w:type="spellEnd"/>
      <w:r>
        <w:t xml:space="preserve">: </w:t>
      </w:r>
      <w:r>
        <w:rPr>
          <w:rFonts w:ascii="Consolas" w:hAnsi="Consolas"/>
          <w:color w:val="800000"/>
        </w:rPr>
        <w:t>ChunkedTrackStreamingService.java:1069</w:t>
      </w:r>
    </w:p>
    <w:p w14:paraId="714DE782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AS-IS: </w:t>
      </w:r>
      <w:r>
        <w:rPr>
          <w:rFonts w:ascii="Consolas" w:hAnsi="Consolas"/>
          <w:color w:val="333333"/>
          <w:sz w:val="16"/>
        </w:rPr>
        <w:t>네트워크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전송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시간을</w:t>
      </w:r>
      <w:r>
        <w:rPr>
          <w:rFonts w:ascii="Consolas" w:hAnsi="Consolas"/>
          <w:color w:val="333333"/>
          <w:sz w:val="16"/>
        </w:rPr>
        <w:t xml:space="preserve"> 100ms</w:t>
      </w:r>
      <w:r>
        <w:rPr>
          <w:rFonts w:ascii="Consolas" w:hAnsi="Consolas"/>
          <w:color w:val="333333"/>
          <w:sz w:val="16"/>
        </w:rPr>
        <w:t>로</w:t>
      </w:r>
      <w:r>
        <w:rPr>
          <w:rFonts w:ascii="Consolas" w:hAnsi="Consolas"/>
          <w:color w:val="333333"/>
          <w:sz w:val="16"/>
        </w:rPr>
        <w:t xml:space="preserve"> "</w:t>
      </w:r>
      <w:r>
        <w:rPr>
          <w:rFonts w:ascii="Consolas" w:hAnsi="Consolas"/>
          <w:color w:val="333333"/>
          <w:sz w:val="16"/>
        </w:rPr>
        <w:t>추정</w:t>
      </w:r>
      <w:r>
        <w:rPr>
          <w:rFonts w:ascii="Consolas" w:hAnsi="Consolas"/>
          <w:color w:val="333333"/>
          <w:sz w:val="16"/>
        </w:rPr>
        <w:t>"</w:t>
      </w:r>
      <w:r>
        <w:rPr>
          <w:rFonts w:ascii="Consolas" w:hAnsi="Consolas"/>
          <w:color w:val="333333"/>
          <w:sz w:val="16"/>
        </w:rPr>
        <w:br/>
        <w:t>CompletableFuture.runAsync(() -&gt; {</w:t>
      </w:r>
      <w:r>
        <w:rPr>
          <w:rFonts w:ascii="Consolas" w:hAnsi="Consolas"/>
          <w:color w:val="333333"/>
          <w:sz w:val="16"/>
        </w:rPr>
        <w:br/>
        <w:t xml:space="preserve">    try {</w:t>
      </w:r>
      <w:r>
        <w:rPr>
          <w:rFonts w:ascii="Consolas" w:hAnsi="Consolas"/>
          <w:color w:val="333333"/>
          <w:sz w:val="16"/>
        </w:rPr>
        <w:br/>
        <w:t xml:space="preserve">        Thread.sleep(100); // </w:t>
      </w:r>
      <w:r>
        <w:rPr>
          <w:rFonts w:ascii="Consolas" w:hAnsi="Consolas"/>
          <w:color w:val="333333"/>
          <w:sz w:val="16"/>
        </w:rPr>
        <w:t>네트워크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전송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시간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고려</w:t>
      </w:r>
      <w:r>
        <w:rPr>
          <w:rFonts w:ascii="Consolas" w:hAnsi="Consolas"/>
          <w:color w:val="333333"/>
          <w:sz w:val="16"/>
        </w:rPr>
        <w:br/>
        <w:t xml:space="preserve">        pendingBufferSize.addAndGet(-chunkSize);</w:t>
      </w:r>
      <w:r>
        <w:rPr>
          <w:rFonts w:ascii="Consolas" w:hAnsi="Consolas"/>
          <w:color w:val="333333"/>
          <w:sz w:val="16"/>
        </w:rPr>
        <w:br/>
        <w:t xml:space="preserve">    } catch (InterruptedException e) {</w:t>
      </w:r>
      <w:r>
        <w:rPr>
          <w:rFonts w:ascii="Consolas" w:hAnsi="Consolas"/>
          <w:color w:val="333333"/>
          <w:sz w:val="16"/>
        </w:rPr>
        <w:br/>
        <w:t xml:space="preserve">        Thread.currentThread().interrupt();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>});</w:t>
      </w:r>
    </w:p>
    <w:p w14:paraId="54B766E1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>2.6 [</w:t>
      </w:r>
      <w:r>
        <w:rPr>
          <w:lang w:eastAsia="ko-KR"/>
        </w:rPr>
        <w:t>중간</w:t>
      </w:r>
      <w:r>
        <w:rPr>
          <w:lang w:eastAsia="ko-KR"/>
        </w:rPr>
        <w:t xml:space="preserve">] </w:t>
      </w:r>
      <w:r>
        <w:rPr>
          <w:lang w:eastAsia="ko-KR"/>
        </w:rPr>
        <w:t>두</w:t>
      </w:r>
      <w:r>
        <w:rPr>
          <w:lang w:eastAsia="ko-KR"/>
        </w:rPr>
        <w:t xml:space="preserve"> </w:t>
      </w:r>
      <w:r>
        <w:rPr>
          <w:lang w:eastAsia="ko-KR"/>
        </w:rPr>
        <w:t>개의</w:t>
      </w:r>
      <w:r>
        <w:rPr>
          <w:lang w:eastAsia="ko-KR"/>
        </w:rPr>
        <w:t xml:space="preserve">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관리</w:t>
      </w:r>
      <w:r>
        <w:rPr>
          <w:lang w:eastAsia="ko-KR"/>
        </w:rPr>
        <w:t xml:space="preserve"> </w:t>
      </w:r>
      <w:r>
        <w:rPr>
          <w:lang w:eastAsia="ko-KR"/>
        </w:rPr>
        <w:t>시스템</w:t>
      </w:r>
      <w:r>
        <w:rPr>
          <w:lang w:eastAsia="ko-KR"/>
        </w:rPr>
        <w:t xml:space="preserve"> </w:t>
      </w:r>
      <w:r>
        <w:rPr>
          <w:lang w:eastAsia="ko-KR"/>
        </w:rPr>
        <w:t>분리</w:t>
      </w:r>
    </w:p>
    <w:p w14:paraId="1AF29AEF" w14:textId="77777777" w:rsidR="00281D6C" w:rsidRDefault="00000000">
      <w:proofErr w:type="spellStart"/>
      <w:r>
        <w:rPr>
          <w:b/>
        </w:rPr>
        <w:t>현상</w:t>
      </w:r>
      <w:proofErr w:type="spellEnd"/>
      <w:r>
        <w:t xml:space="preserve">: </w:t>
      </w:r>
      <w:proofErr w:type="spellStart"/>
      <w:r>
        <w:rPr>
          <w:rFonts w:ascii="Consolas" w:hAnsi="Consolas"/>
          <w:color w:val="800000"/>
        </w:rPr>
        <w:t>ActiveQueryManager</w:t>
      </w:r>
      <w:r>
        <w:t>와</w:t>
      </w:r>
      <w:proofErr w:type="spellEnd"/>
      <w:r>
        <w:t xml:space="preserve"> </w:t>
      </w:r>
      <w:proofErr w:type="spellStart"/>
      <w:r>
        <w:rPr>
          <w:rFonts w:ascii="Consolas" w:hAnsi="Consolas"/>
          <w:color w:val="800000"/>
        </w:rPr>
        <w:t>StompTrackStreamingService.activeQueries</w:t>
      </w:r>
      <w:r>
        <w:t>가</w:t>
      </w:r>
      <w:proofErr w:type="spellEnd"/>
      <w:r>
        <w:t xml:space="preserve"> </w:t>
      </w:r>
      <w:proofErr w:type="spellStart"/>
      <w:r>
        <w:t>각각</w:t>
      </w:r>
      <w:proofErr w:type="spellEnd"/>
      <w:r>
        <w:t xml:space="preserve"> </w:t>
      </w:r>
      <w:r>
        <w:t>독립적으로</w:t>
      </w:r>
      <w:r>
        <w:t xml:space="preserve"> </w:t>
      </w:r>
      <w:r>
        <w:t>쿼리</w:t>
      </w:r>
      <w:r>
        <w:t xml:space="preserve"> </w:t>
      </w:r>
      <w:r>
        <w:t>상태를</w:t>
      </w:r>
      <w:r>
        <w:t xml:space="preserve"> </w:t>
      </w:r>
      <w:r>
        <w:t>관리</w:t>
      </w:r>
    </w:p>
    <w:p w14:paraId="682E8A74" w14:textId="77777777" w:rsidR="00281D6C" w:rsidRDefault="00000000">
      <w:r>
        <w:rPr>
          <w:b/>
        </w:rPr>
        <w:t>영향</w:t>
      </w:r>
      <w:r>
        <w:t>:</w:t>
      </w:r>
    </w:p>
    <w:p w14:paraId="5C8276DB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취소</w:t>
      </w:r>
      <w:r>
        <w:rPr>
          <w:lang w:eastAsia="ko-KR"/>
        </w:rPr>
        <w:t xml:space="preserve"> </w:t>
      </w:r>
      <w:r>
        <w:rPr>
          <w:lang w:eastAsia="ko-KR"/>
        </w:rPr>
        <w:t>시</w:t>
      </w:r>
      <w:r>
        <w:rPr>
          <w:lang w:eastAsia="ko-KR"/>
        </w:rPr>
        <w:t xml:space="preserve"> </w:t>
      </w:r>
      <w:r>
        <w:rPr>
          <w:lang w:eastAsia="ko-KR"/>
        </w:rPr>
        <w:t>한쪽만</w:t>
      </w:r>
      <w:r>
        <w:rPr>
          <w:lang w:eastAsia="ko-KR"/>
        </w:rPr>
        <w:t xml:space="preserve"> </w:t>
      </w:r>
      <w:r>
        <w:rPr>
          <w:lang w:eastAsia="ko-KR"/>
        </w:rPr>
        <w:t>처리될</w:t>
      </w:r>
      <w:r>
        <w:rPr>
          <w:lang w:eastAsia="ko-KR"/>
        </w:rPr>
        <w:t xml:space="preserve"> </w:t>
      </w:r>
      <w:r>
        <w:rPr>
          <w:lang w:eastAsia="ko-KR"/>
        </w:rPr>
        <w:t>가능성</w:t>
      </w:r>
    </w:p>
    <w:p w14:paraId="14168CEC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상태</w:t>
      </w:r>
      <w:r>
        <w:rPr>
          <w:lang w:eastAsia="ko-KR"/>
        </w:rPr>
        <w:t xml:space="preserve"> </w:t>
      </w:r>
      <w:r>
        <w:rPr>
          <w:lang w:eastAsia="ko-KR"/>
        </w:rPr>
        <w:t>불일치로</w:t>
      </w:r>
      <w:r>
        <w:rPr>
          <w:lang w:eastAsia="ko-KR"/>
        </w:rPr>
        <w:t xml:space="preserve"> </w:t>
      </w:r>
      <w:r>
        <w:rPr>
          <w:lang w:eastAsia="ko-KR"/>
        </w:rPr>
        <w:t>인한</w:t>
      </w:r>
      <w:r>
        <w:rPr>
          <w:lang w:eastAsia="ko-KR"/>
        </w:rPr>
        <w:t xml:space="preserve"> </w:t>
      </w:r>
      <w:r>
        <w:rPr>
          <w:lang w:eastAsia="ko-KR"/>
        </w:rPr>
        <w:t>리소스</w:t>
      </w:r>
      <w:r>
        <w:rPr>
          <w:lang w:eastAsia="ko-KR"/>
        </w:rPr>
        <w:t xml:space="preserve"> </w:t>
      </w:r>
      <w:r>
        <w:rPr>
          <w:lang w:eastAsia="ko-KR"/>
        </w:rPr>
        <w:t>누수</w:t>
      </w:r>
    </w:p>
    <w:p w14:paraId="4028F9A6" w14:textId="77777777" w:rsidR="00281D6C" w:rsidRDefault="00000000">
      <w:proofErr w:type="spellStart"/>
      <w:r>
        <w:rPr>
          <w:b/>
        </w:rPr>
        <w:t>관련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클래스</w:t>
      </w:r>
      <w:proofErr w:type="spellEnd"/>
      <w:r>
        <w:t>:</w:t>
      </w:r>
    </w:p>
    <w:p w14:paraId="7EFE2CD1" w14:textId="77777777" w:rsidR="00281D6C" w:rsidRDefault="00000000">
      <w:pPr>
        <w:pStyle w:val="a0"/>
      </w:pPr>
      <w:r>
        <w:rPr>
          <w:rFonts w:ascii="Consolas" w:hAnsi="Consolas"/>
          <w:color w:val="800000"/>
        </w:rPr>
        <w:t>ActiveQueryManager</w:t>
      </w:r>
      <w:r>
        <w:t xml:space="preserve">: </w:t>
      </w:r>
      <w:r>
        <w:t>세션별</w:t>
      </w:r>
      <w:r>
        <w:t xml:space="preserve"> </w:t>
      </w:r>
      <w:r>
        <w:t>쿼리</w:t>
      </w:r>
      <w:r>
        <w:t xml:space="preserve"> </w:t>
      </w:r>
      <w:r>
        <w:t>관리</w:t>
      </w:r>
      <w:r>
        <w:t xml:space="preserve"> (</w:t>
      </w:r>
      <w:r>
        <w:rPr>
          <w:rFonts w:ascii="Consolas" w:hAnsi="Consolas"/>
          <w:color w:val="800000"/>
        </w:rPr>
        <w:t>ConcurrentHashMap&lt;String, ActiveQuery&gt;</w:t>
      </w:r>
      <w:r>
        <w:t>)</w:t>
      </w:r>
    </w:p>
    <w:p w14:paraId="780A541F" w14:textId="77777777" w:rsidR="00281D6C" w:rsidRDefault="00000000">
      <w:pPr>
        <w:pStyle w:val="a0"/>
      </w:pPr>
      <w:r>
        <w:rPr>
          <w:rFonts w:ascii="Consolas" w:hAnsi="Consolas"/>
          <w:color w:val="800000"/>
        </w:rPr>
        <w:lastRenderedPageBreak/>
        <w:t>StompTrackStreamingService</w:t>
      </w:r>
      <w:r>
        <w:t xml:space="preserve">: </w:t>
      </w:r>
      <w:r>
        <w:t>쿼리별</w:t>
      </w:r>
      <w:r>
        <w:t xml:space="preserve"> </w:t>
      </w:r>
      <w:r>
        <w:t>컨텍스트</w:t>
      </w:r>
      <w:r>
        <w:t xml:space="preserve"> </w:t>
      </w:r>
      <w:r>
        <w:t>관리</w:t>
      </w:r>
      <w:r>
        <w:t xml:space="preserve"> (</w:t>
      </w:r>
      <w:r>
        <w:rPr>
          <w:rFonts w:ascii="Consolas" w:hAnsi="Consolas"/>
          <w:color w:val="800000"/>
        </w:rPr>
        <w:t>ConcurrentHashMap&lt;String, QueryContext&gt;</w:t>
      </w:r>
      <w:r>
        <w:t>)</w:t>
      </w:r>
    </w:p>
    <w:p w14:paraId="3F4A0F64" w14:textId="77777777" w:rsidR="00281D6C" w:rsidRDefault="00000000">
      <w:pPr>
        <w:pStyle w:val="31"/>
      </w:pPr>
      <w:r>
        <w:t>2.7 [</w:t>
      </w:r>
      <w:r>
        <w:t>중간</w:t>
      </w:r>
      <w:r>
        <w:t>] StompTrackStreamingService</w:t>
      </w:r>
      <w:r>
        <w:t>의</w:t>
      </w:r>
      <w:r>
        <w:t xml:space="preserve"> </w:t>
      </w:r>
      <w:r>
        <w:t>병합</w:t>
      </w:r>
      <w:r>
        <w:t xml:space="preserve"> </w:t>
      </w:r>
      <w:r>
        <w:t>모드</w:t>
      </w:r>
      <w:r>
        <w:t xml:space="preserve"> OOM </w:t>
      </w:r>
      <w:r>
        <w:t>위험</w:t>
      </w:r>
    </w:p>
    <w:p w14:paraId="173D38FC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현상</w:t>
      </w:r>
      <w:r>
        <w:rPr>
          <w:lang w:eastAsia="ko-KR"/>
        </w:rPr>
        <w:t xml:space="preserve">: </w:t>
      </w:r>
      <w:r>
        <w:rPr>
          <w:lang w:eastAsia="ko-KR"/>
        </w:rPr>
        <w:t>병합</w:t>
      </w:r>
      <w:r>
        <w:rPr>
          <w:lang w:eastAsia="ko-KR"/>
        </w:rPr>
        <w:t xml:space="preserve"> </w:t>
      </w:r>
      <w:r>
        <w:rPr>
          <w:lang w:eastAsia="ko-KR"/>
        </w:rPr>
        <w:t>모드에서</w:t>
      </w:r>
      <w:r>
        <w:rPr>
          <w:lang w:eastAsia="ko-KR"/>
        </w:rPr>
        <w:t xml:space="preserve"> </w:t>
      </w:r>
      <w:r>
        <w:rPr>
          <w:lang w:eastAsia="ko-KR"/>
        </w:rPr>
        <w:t>모든</w:t>
      </w:r>
      <w:r>
        <w:rPr>
          <w:lang w:eastAsia="ko-KR"/>
        </w:rPr>
        <w:t xml:space="preserve"> </w:t>
      </w:r>
      <w:r>
        <w:rPr>
          <w:lang w:eastAsia="ko-KR"/>
        </w:rPr>
        <w:t>트랙</w:t>
      </w:r>
      <w:r>
        <w:rPr>
          <w:lang w:eastAsia="ko-KR"/>
        </w:rPr>
        <w:t xml:space="preserve"> </w:t>
      </w:r>
      <w:r>
        <w:rPr>
          <w:lang w:eastAsia="ko-KR"/>
        </w:rPr>
        <w:t>데이터를</w:t>
      </w:r>
      <w:r>
        <w:rPr>
          <w:lang w:eastAsia="ko-KR"/>
        </w:rPr>
        <w:t xml:space="preserve"> </w:t>
      </w:r>
      <w:r>
        <w:rPr>
          <w:lang w:eastAsia="ko-KR"/>
        </w:rPr>
        <w:t>메모리에</w:t>
      </w:r>
      <w:r>
        <w:rPr>
          <w:lang w:eastAsia="ko-KR"/>
        </w:rPr>
        <w:t xml:space="preserve"> </w:t>
      </w:r>
      <w:r>
        <w:rPr>
          <w:lang w:eastAsia="ko-KR"/>
        </w:rPr>
        <w:t>적재</w:t>
      </w:r>
    </w:p>
    <w:p w14:paraId="22BFE43B" w14:textId="77777777" w:rsidR="00281D6C" w:rsidRDefault="00000000">
      <w:proofErr w:type="spellStart"/>
      <w:r>
        <w:rPr>
          <w:b/>
        </w:rPr>
        <w:t>영향</w:t>
      </w:r>
      <w:proofErr w:type="spellEnd"/>
      <w:r>
        <w:t>:</w:t>
      </w:r>
    </w:p>
    <w:p w14:paraId="36A36641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대량</w:t>
      </w:r>
      <w:r>
        <w:rPr>
          <w:lang w:eastAsia="ko-KR"/>
        </w:rPr>
        <w:t xml:space="preserve"> </w:t>
      </w:r>
      <w:r>
        <w:rPr>
          <w:lang w:eastAsia="ko-KR"/>
        </w:rPr>
        <w:t>데이터</w:t>
      </w:r>
      <w:r>
        <w:rPr>
          <w:lang w:eastAsia="ko-KR"/>
        </w:rPr>
        <w:t>(100</w:t>
      </w:r>
      <w:r>
        <w:rPr>
          <w:lang w:eastAsia="ko-KR"/>
        </w:rPr>
        <w:t>만</w:t>
      </w:r>
      <w:r>
        <w:rPr>
          <w:lang w:eastAsia="ko-KR"/>
        </w:rPr>
        <w:t xml:space="preserve">+ </w:t>
      </w:r>
      <w:r>
        <w:rPr>
          <w:lang w:eastAsia="ko-KR"/>
        </w:rPr>
        <w:t>트랙</w:t>
      </w:r>
      <w:r>
        <w:rPr>
          <w:lang w:eastAsia="ko-KR"/>
        </w:rPr>
        <w:t xml:space="preserve">) </w:t>
      </w:r>
      <w:r>
        <w:rPr>
          <w:lang w:eastAsia="ko-KR"/>
        </w:rPr>
        <w:t>요청</w:t>
      </w:r>
      <w:r>
        <w:rPr>
          <w:lang w:eastAsia="ko-KR"/>
        </w:rPr>
        <w:t xml:space="preserve"> </w:t>
      </w:r>
      <w:r>
        <w:rPr>
          <w:lang w:eastAsia="ko-KR"/>
        </w:rPr>
        <w:t>시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힙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메모리</w:t>
      </w:r>
      <w:r>
        <w:rPr>
          <w:lang w:eastAsia="ko-KR"/>
        </w:rPr>
        <w:t xml:space="preserve"> </w:t>
      </w:r>
      <w:r>
        <w:rPr>
          <w:lang w:eastAsia="ko-KR"/>
        </w:rPr>
        <w:t>초과</w:t>
      </w:r>
      <w:r>
        <w:rPr>
          <w:lang w:eastAsia="ko-KR"/>
        </w:rPr>
        <w:t xml:space="preserve"> → OOM</w:t>
      </w:r>
    </w:p>
    <w:p w14:paraId="359695A5" w14:textId="77777777" w:rsidR="00281D6C" w:rsidRDefault="00000000">
      <w:pPr>
        <w:pStyle w:val="a0"/>
      </w:pPr>
      <w:r>
        <w:t xml:space="preserve">G1GC Full GC </w:t>
      </w:r>
      <w:proofErr w:type="spellStart"/>
      <w:r>
        <w:t>빈발</w:t>
      </w:r>
      <w:proofErr w:type="spellEnd"/>
      <w:r>
        <w:t xml:space="preserve"> → STW(Stop-The-World) </w:t>
      </w:r>
      <w:r>
        <w:t>증가</w:t>
      </w:r>
      <w:r>
        <w:t xml:space="preserve"> → </w:t>
      </w:r>
      <w:r>
        <w:t>서비스</w:t>
      </w:r>
      <w:r>
        <w:t xml:space="preserve"> </w:t>
      </w:r>
      <w:r>
        <w:t>지연</w:t>
      </w:r>
    </w:p>
    <w:p w14:paraId="6CF7A019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>2.8 [</w:t>
      </w:r>
      <w:r>
        <w:rPr>
          <w:lang w:eastAsia="ko-KR"/>
        </w:rPr>
        <w:t>낮음</w:t>
      </w:r>
      <w:r>
        <w:rPr>
          <w:lang w:eastAsia="ko-KR"/>
        </w:rPr>
        <w:t xml:space="preserve">] WebSocket </w:t>
      </w:r>
      <w:r>
        <w:rPr>
          <w:lang w:eastAsia="ko-KR"/>
        </w:rPr>
        <w:t>설정의</w:t>
      </w:r>
      <w:r>
        <w:rPr>
          <w:lang w:eastAsia="ko-KR"/>
        </w:rPr>
        <w:t xml:space="preserve"> </w:t>
      </w:r>
      <w:r>
        <w:rPr>
          <w:lang w:eastAsia="ko-KR"/>
        </w:rPr>
        <w:t>하드코딩</w:t>
      </w:r>
    </w:p>
    <w:p w14:paraId="72C5D205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현상</w:t>
      </w:r>
      <w:r>
        <w:rPr>
          <w:lang w:eastAsia="ko-KR"/>
        </w:rPr>
        <w:t xml:space="preserve">: </w:t>
      </w:r>
      <w:r>
        <w:rPr>
          <w:lang w:eastAsia="ko-KR"/>
        </w:rPr>
        <w:t>모든</w:t>
      </w:r>
      <w:r>
        <w:rPr>
          <w:lang w:eastAsia="ko-KR"/>
        </w:rPr>
        <w:t xml:space="preserve"> WebSocket </w:t>
      </w:r>
      <w:r>
        <w:rPr>
          <w:lang w:eastAsia="ko-KR"/>
        </w:rPr>
        <w:t>관련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제한값이</w:t>
      </w:r>
      <w:proofErr w:type="spellEnd"/>
      <w:r>
        <w:rPr>
          <w:lang w:eastAsia="ko-KR"/>
        </w:rPr>
        <w:t xml:space="preserve"> Java </w:t>
      </w:r>
      <w:r>
        <w:rPr>
          <w:lang w:eastAsia="ko-KR"/>
        </w:rPr>
        <w:t>코드에</w:t>
      </w:r>
      <w:r>
        <w:rPr>
          <w:lang w:eastAsia="ko-KR"/>
        </w:rPr>
        <w:t xml:space="preserve"> </w:t>
      </w:r>
      <w:r>
        <w:rPr>
          <w:lang w:eastAsia="ko-KR"/>
        </w:rPr>
        <w:t>하드코딩</w:t>
      </w:r>
    </w:p>
    <w:p w14:paraId="2A16FC3C" w14:textId="77777777" w:rsidR="00281D6C" w:rsidRDefault="00000000">
      <w:proofErr w:type="spellStart"/>
      <w:r>
        <w:rPr>
          <w:b/>
        </w:rPr>
        <w:t>영향</w:t>
      </w:r>
      <w:proofErr w:type="spellEnd"/>
      <w:r>
        <w:t>:</w:t>
      </w:r>
    </w:p>
    <w:p w14:paraId="4ED74B5C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운영</w:t>
      </w:r>
      <w:r>
        <w:rPr>
          <w:lang w:eastAsia="ko-KR"/>
        </w:rPr>
        <w:t xml:space="preserve"> </w:t>
      </w:r>
      <w:r>
        <w:rPr>
          <w:lang w:eastAsia="ko-KR"/>
        </w:rPr>
        <w:t>중</w:t>
      </w:r>
      <w:r>
        <w:rPr>
          <w:lang w:eastAsia="ko-KR"/>
        </w:rPr>
        <w:t xml:space="preserve"> </w:t>
      </w:r>
      <w:r>
        <w:rPr>
          <w:lang w:eastAsia="ko-KR"/>
        </w:rPr>
        <w:t>튜닝</w:t>
      </w:r>
      <w:r>
        <w:rPr>
          <w:lang w:eastAsia="ko-KR"/>
        </w:rPr>
        <w:t xml:space="preserve"> </w:t>
      </w:r>
      <w:r>
        <w:rPr>
          <w:lang w:eastAsia="ko-KR"/>
        </w:rPr>
        <w:t>불가</w:t>
      </w:r>
      <w:r>
        <w:rPr>
          <w:lang w:eastAsia="ko-KR"/>
        </w:rPr>
        <w:t xml:space="preserve"> (</w:t>
      </w:r>
      <w:proofErr w:type="spellStart"/>
      <w:r>
        <w:rPr>
          <w:lang w:eastAsia="ko-KR"/>
        </w:rPr>
        <w:t>재배포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필요</w:t>
      </w:r>
      <w:r>
        <w:rPr>
          <w:lang w:eastAsia="ko-KR"/>
        </w:rPr>
        <w:t>)</w:t>
      </w:r>
    </w:p>
    <w:p w14:paraId="3472DFCA" w14:textId="77777777" w:rsidR="00281D6C" w:rsidRDefault="00000000">
      <w:pPr>
        <w:pStyle w:val="a0"/>
      </w:pPr>
      <w:proofErr w:type="spellStart"/>
      <w:r>
        <w:t>환경별</w:t>
      </w:r>
      <w:proofErr w:type="spellEnd"/>
      <w:r>
        <w:t xml:space="preserve"> </w:t>
      </w:r>
      <w:proofErr w:type="spellStart"/>
      <w:r>
        <w:t>차별화</w:t>
      </w:r>
      <w:proofErr w:type="spellEnd"/>
      <w:r>
        <w:t xml:space="preserve"> </w:t>
      </w:r>
      <w:proofErr w:type="spellStart"/>
      <w:r>
        <w:t>불가</w:t>
      </w:r>
      <w:proofErr w:type="spellEnd"/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281D6C" w14:paraId="024C3939" w14:textId="77777777" w:rsidTr="00281D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6001A48" w14:textId="77777777" w:rsidR="00281D6C" w:rsidRDefault="00000000">
            <w:r>
              <w:t>하드코딩</w:t>
            </w:r>
            <w:r>
              <w:t xml:space="preserve"> </w:t>
            </w:r>
            <w:r>
              <w:t>항목</w:t>
            </w:r>
          </w:p>
        </w:tc>
        <w:tc>
          <w:tcPr>
            <w:tcW w:w="2880" w:type="dxa"/>
          </w:tcPr>
          <w:p w14:paraId="3CFD0417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위치</w:t>
            </w:r>
          </w:p>
        </w:tc>
        <w:tc>
          <w:tcPr>
            <w:tcW w:w="2880" w:type="dxa"/>
          </w:tcPr>
          <w:p w14:paraId="5192A837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값</w:t>
            </w:r>
          </w:p>
        </w:tc>
      </w:tr>
      <w:tr w:rsidR="00281D6C" w14:paraId="7EF77187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13C011F" w14:textId="77777777" w:rsidR="00281D6C" w:rsidRDefault="00000000">
            <w:r>
              <w:rPr>
                <w:rFonts w:ascii="Consolas" w:hAnsi="Consolas"/>
                <w:color w:val="800000"/>
              </w:rPr>
              <w:t>MAX_QUERIES_PER_SESSION</w:t>
            </w:r>
          </w:p>
        </w:tc>
        <w:tc>
          <w:tcPr>
            <w:tcW w:w="2880" w:type="dxa"/>
          </w:tcPr>
          <w:p w14:paraId="3603CBB2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TrackQueryInterceptor</w:t>
            </w:r>
          </w:p>
        </w:tc>
        <w:tc>
          <w:tcPr>
            <w:tcW w:w="2880" w:type="dxa"/>
          </w:tcPr>
          <w:p w14:paraId="4AAA3671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</w:tr>
      <w:tr w:rsidR="00281D6C" w14:paraId="2E6F611C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5CB3822" w14:textId="77777777" w:rsidR="00281D6C" w:rsidRDefault="00000000">
            <w:r>
              <w:rPr>
                <w:rFonts w:ascii="Consolas" w:hAnsi="Consolas"/>
                <w:color w:val="800000"/>
              </w:rPr>
              <w:t>MAX_PENDING_BUFFER</w:t>
            </w:r>
          </w:p>
        </w:tc>
        <w:tc>
          <w:tcPr>
            <w:tcW w:w="2880" w:type="dxa"/>
          </w:tcPr>
          <w:p w14:paraId="1035665E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ChunkedTrackStreamingService</w:t>
            </w:r>
          </w:p>
        </w:tc>
        <w:tc>
          <w:tcPr>
            <w:tcW w:w="2880" w:type="dxa"/>
          </w:tcPr>
          <w:p w14:paraId="6BA4DAEB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50MB</w:t>
            </w:r>
          </w:p>
        </w:tc>
      </w:tr>
      <w:tr w:rsidR="00281D6C" w14:paraId="3A3D4B6B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1ED2CD8" w14:textId="77777777" w:rsidR="00281D6C" w:rsidRDefault="00000000">
            <w:r>
              <w:rPr>
                <w:rFonts w:ascii="Consolas" w:hAnsi="Consolas"/>
                <w:color w:val="800000"/>
              </w:rPr>
              <w:t>MAX_MESSAGE_SIZE_KB</w:t>
            </w:r>
          </w:p>
        </w:tc>
        <w:tc>
          <w:tcPr>
            <w:tcW w:w="2880" w:type="dxa"/>
          </w:tcPr>
          <w:p w14:paraId="02DDFA64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ChunkedTrackStreamingService</w:t>
            </w:r>
          </w:p>
        </w:tc>
        <w:tc>
          <w:tcPr>
            <w:tcW w:w="2880" w:type="dxa"/>
          </w:tcPr>
          <w:p w14:paraId="18DB9058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1024KB</w:t>
            </w:r>
          </w:p>
        </w:tc>
      </w:tr>
      <w:tr w:rsidR="00281D6C" w14:paraId="08847FEE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C8316B7" w14:textId="77777777" w:rsidR="00281D6C" w:rsidRDefault="00000000">
            <w:r>
              <w:rPr>
                <w:rFonts w:ascii="Consolas" w:hAnsi="Consolas"/>
                <w:color w:val="800000"/>
              </w:rPr>
              <w:t xml:space="preserve">BlockingQueue </w:t>
            </w:r>
            <w:r>
              <w:rPr>
                <w:rFonts w:ascii="Consolas" w:hAnsi="Consolas"/>
                <w:color w:val="800000"/>
              </w:rPr>
              <w:t>크기</w:t>
            </w:r>
          </w:p>
        </w:tc>
        <w:tc>
          <w:tcPr>
            <w:tcW w:w="2880" w:type="dxa"/>
          </w:tcPr>
          <w:p w14:paraId="2C0B3FC0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StompTrackStreamingService</w:t>
            </w:r>
          </w:p>
        </w:tc>
        <w:tc>
          <w:tcPr>
            <w:tcW w:w="2880" w:type="dxa"/>
          </w:tcPr>
          <w:p w14:paraId="4699775A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100</w:t>
            </w:r>
          </w:p>
        </w:tc>
      </w:tr>
      <w:tr w:rsidR="00281D6C" w14:paraId="23178AE9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E2C84D5" w14:textId="77777777" w:rsidR="00281D6C" w:rsidRDefault="00000000">
            <w:r>
              <w:t>Inbound core/max</w:t>
            </w:r>
          </w:p>
        </w:tc>
        <w:tc>
          <w:tcPr>
            <w:tcW w:w="2880" w:type="dxa"/>
          </w:tcPr>
          <w:p w14:paraId="6CF0C222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WebSocketStompConfig</w:t>
            </w:r>
          </w:p>
        </w:tc>
        <w:tc>
          <w:tcPr>
            <w:tcW w:w="2880" w:type="dxa"/>
          </w:tcPr>
          <w:p w14:paraId="6B547BA0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10/20</w:t>
            </w:r>
          </w:p>
        </w:tc>
      </w:tr>
      <w:tr w:rsidR="00281D6C" w14:paraId="007D18BF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938C1C4" w14:textId="77777777" w:rsidR="00281D6C" w:rsidRDefault="00000000">
            <w:r>
              <w:t>Outbound core/max</w:t>
            </w:r>
          </w:p>
        </w:tc>
        <w:tc>
          <w:tcPr>
            <w:tcW w:w="2880" w:type="dxa"/>
          </w:tcPr>
          <w:p w14:paraId="716E7416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WebSocketStompConfig</w:t>
            </w:r>
          </w:p>
        </w:tc>
        <w:tc>
          <w:tcPr>
            <w:tcW w:w="2880" w:type="dxa"/>
          </w:tcPr>
          <w:p w14:paraId="356861CF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20/40</w:t>
            </w:r>
          </w:p>
        </w:tc>
      </w:tr>
      <w:tr w:rsidR="00281D6C" w14:paraId="311300D7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A2B02FE" w14:textId="77777777" w:rsidR="00281D6C" w:rsidRDefault="00000000">
            <w:r>
              <w:t>sendBufferSizeLimit</w:t>
            </w:r>
          </w:p>
        </w:tc>
        <w:tc>
          <w:tcPr>
            <w:tcW w:w="2880" w:type="dxa"/>
          </w:tcPr>
          <w:p w14:paraId="3F1EBF8A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WebSocketStompConfig</w:t>
            </w:r>
          </w:p>
        </w:tc>
        <w:tc>
          <w:tcPr>
            <w:tcW w:w="2880" w:type="dxa"/>
          </w:tcPr>
          <w:p w14:paraId="19A6DA57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256MB</w:t>
            </w:r>
          </w:p>
        </w:tc>
      </w:tr>
    </w:tbl>
    <w:p w14:paraId="41140BA7" w14:textId="77777777" w:rsidR="00281D6C" w:rsidRDefault="00281D6C"/>
    <w:p w14:paraId="390FCD73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>2.9 [</w:t>
      </w:r>
      <w:r>
        <w:rPr>
          <w:lang w:eastAsia="ko-KR"/>
        </w:rPr>
        <w:t>낮음</w:t>
      </w:r>
      <w:r>
        <w:rPr>
          <w:lang w:eastAsia="ko-KR"/>
        </w:rPr>
        <w:t xml:space="preserve">] </w:t>
      </w:r>
      <w:r>
        <w:rPr>
          <w:lang w:eastAsia="ko-KR"/>
        </w:rPr>
        <w:t>미사용</w:t>
      </w:r>
      <w:r>
        <w:rPr>
          <w:lang w:eastAsia="ko-KR"/>
        </w:rPr>
        <w:t xml:space="preserve"> </w:t>
      </w:r>
      <w:r>
        <w:rPr>
          <w:lang w:eastAsia="ko-KR"/>
        </w:rPr>
        <w:t>최적화</w:t>
      </w:r>
      <w:r>
        <w:rPr>
          <w:lang w:eastAsia="ko-KR"/>
        </w:rPr>
        <w:t xml:space="preserve"> </w:t>
      </w:r>
      <w:r>
        <w:rPr>
          <w:lang w:eastAsia="ko-KR"/>
        </w:rPr>
        <w:t>코드</w:t>
      </w:r>
      <w:r>
        <w:rPr>
          <w:lang w:eastAsia="ko-KR"/>
        </w:rPr>
        <w:t xml:space="preserve"> </w:t>
      </w:r>
      <w:r>
        <w:rPr>
          <w:lang w:eastAsia="ko-KR"/>
        </w:rPr>
        <w:t>사장</w:t>
      </w:r>
    </w:p>
    <w:p w14:paraId="2E498F11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현상</w:t>
      </w:r>
      <w:r>
        <w:rPr>
          <w:lang w:eastAsia="ko-KR"/>
        </w:rPr>
        <w:t xml:space="preserve">: </w:t>
      </w:r>
      <w:proofErr w:type="spellStart"/>
      <w:r>
        <w:rPr>
          <w:rFonts w:ascii="Consolas" w:hAnsi="Consolas"/>
          <w:color w:val="800000"/>
          <w:lang w:eastAsia="ko-KR"/>
        </w:rPr>
        <w:t>TrackStreamingOptimizer</w:t>
      </w:r>
      <w:proofErr w:type="spellEnd"/>
      <w:r>
        <w:rPr>
          <w:lang w:eastAsia="ko-KR"/>
        </w:rPr>
        <w:t>에</w:t>
      </w:r>
      <w:r>
        <w:rPr>
          <w:lang w:eastAsia="ko-KR"/>
        </w:rPr>
        <w:t xml:space="preserve"> </w:t>
      </w:r>
      <w:r>
        <w:rPr>
          <w:lang w:eastAsia="ko-KR"/>
        </w:rPr>
        <w:t>네트워크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메트릭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기반</w:t>
      </w:r>
      <w:r>
        <w:rPr>
          <w:lang w:eastAsia="ko-KR"/>
        </w:rPr>
        <w:t xml:space="preserve"> </w:t>
      </w:r>
      <w:r>
        <w:rPr>
          <w:lang w:eastAsia="ko-KR"/>
        </w:rPr>
        <w:t>적응형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청크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조정</w:t>
      </w:r>
      <w:r>
        <w:rPr>
          <w:lang w:eastAsia="ko-KR"/>
        </w:rPr>
        <w:t xml:space="preserve"> </w:t>
      </w:r>
      <w:r>
        <w:rPr>
          <w:lang w:eastAsia="ko-KR"/>
        </w:rPr>
        <w:t>로직이</w:t>
      </w:r>
      <w:r>
        <w:rPr>
          <w:lang w:eastAsia="ko-KR"/>
        </w:rPr>
        <w:t xml:space="preserve"> </w:t>
      </w:r>
      <w:r>
        <w:rPr>
          <w:lang w:eastAsia="ko-KR"/>
        </w:rPr>
        <w:t>설계되어</w:t>
      </w:r>
      <w:r>
        <w:rPr>
          <w:lang w:eastAsia="ko-KR"/>
        </w:rPr>
        <w:t xml:space="preserve"> </w:t>
      </w:r>
      <w:r>
        <w:rPr>
          <w:lang w:eastAsia="ko-KR"/>
        </w:rPr>
        <w:t>있으나</w:t>
      </w:r>
      <w:r>
        <w:rPr>
          <w:lang w:eastAsia="ko-KR"/>
        </w:rPr>
        <w:t xml:space="preserve">, </w:t>
      </w:r>
      <w:r>
        <w:rPr>
          <w:lang w:eastAsia="ko-KR"/>
        </w:rPr>
        <w:t>실제</w:t>
      </w:r>
      <w:r>
        <w:rPr>
          <w:lang w:eastAsia="ko-KR"/>
        </w:rPr>
        <w:t xml:space="preserve"> </w:t>
      </w:r>
      <w:r>
        <w:rPr>
          <w:lang w:eastAsia="ko-KR"/>
        </w:rPr>
        <w:t>서비스에서</w:t>
      </w:r>
      <w:r>
        <w:rPr>
          <w:lang w:eastAsia="ko-KR"/>
        </w:rPr>
        <w:t xml:space="preserve"> </w:t>
      </w:r>
      <w:r>
        <w:rPr>
          <w:lang w:eastAsia="ko-KR"/>
        </w:rPr>
        <w:t>연결</w:t>
      </w:r>
      <w:r>
        <w:rPr>
          <w:lang w:eastAsia="ko-KR"/>
        </w:rPr>
        <w:t>/</w:t>
      </w:r>
      <w:r>
        <w:rPr>
          <w:lang w:eastAsia="ko-KR"/>
        </w:rPr>
        <w:t>사용되지</w:t>
      </w:r>
      <w:r>
        <w:rPr>
          <w:lang w:eastAsia="ko-KR"/>
        </w:rPr>
        <w:t xml:space="preserve"> </w:t>
      </w:r>
      <w:r>
        <w:rPr>
          <w:lang w:eastAsia="ko-KR"/>
        </w:rPr>
        <w:t>않음</w:t>
      </w:r>
    </w:p>
    <w:p w14:paraId="5702544B" w14:textId="77777777" w:rsidR="00281D6C" w:rsidRDefault="00281D6C">
      <w:pPr>
        <w:spacing w:before="120" w:after="120"/>
        <w:rPr>
          <w:lang w:eastAsia="ko-KR"/>
        </w:rPr>
      </w:pPr>
    </w:p>
    <w:p w14:paraId="0F68A847" w14:textId="77777777" w:rsidR="00281D6C" w:rsidRDefault="00000000">
      <w:pPr>
        <w:pStyle w:val="21"/>
        <w:rPr>
          <w:lang w:eastAsia="ko-KR"/>
        </w:rPr>
      </w:pPr>
      <w:r>
        <w:rPr>
          <w:lang w:eastAsia="ko-KR"/>
        </w:rPr>
        <w:t xml:space="preserve">3. </w:t>
      </w:r>
      <w:r>
        <w:rPr>
          <w:lang w:eastAsia="ko-KR"/>
        </w:rPr>
        <w:t>개선</w:t>
      </w:r>
      <w:r>
        <w:rPr>
          <w:lang w:eastAsia="ko-KR"/>
        </w:rPr>
        <w:t xml:space="preserve"> </w:t>
      </w:r>
      <w:r>
        <w:rPr>
          <w:lang w:eastAsia="ko-KR"/>
        </w:rPr>
        <w:t>계획</w:t>
      </w:r>
      <w:r>
        <w:rPr>
          <w:lang w:eastAsia="ko-KR"/>
        </w:rPr>
        <w:t xml:space="preserve"> (TO-BE)</w:t>
      </w:r>
    </w:p>
    <w:p w14:paraId="3D0C55E7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 xml:space="preserve">3.1 Phase 1 — </w:t>
      </w:r>
      <w:r>
        <w:rPr>
          <w:lang w:eastAsia="ko-KR"/>
        </w:rPr>
        <w:t>긴급</w:t>
      </w:r>
      <w:r>
        <w:rPr>
          <w:lang w:eastAsia="ko-KR"/>
        </w:rPr>
        <w:t xml:space="preserve"> </w:t>
      </w:r>
      <w:r>
        <w:rPr>
          <w:lang w:eastAsia="ko-KR"/>
        </w:rPr>
        <w:t>안정화</w:t>
      </w:r>
      <w:r>
        <w:rPr>
          <w:lang w:eastAsia="ko-KR"/>
        </w:rPr>
        <w:t xml:space="preserve"> (</w:t>
      </w:r>
      <w:r>
        <w:rPr>
          <w:lang w:eastAsia="ko-KR"/>
        </w:rPr>
        <w:t>즉시</w:t>
      </w:r>
      <w:r>
        <w:rPr>
          <w:lang w:eastAsia="ko-KR"/>
        </w:rPr>
        <w:t xml:space="preserve"> </w:t>
      </w:r>
      <w:r>
        <w:rPr>
          <w:lang w:eastAsia="ko-KR"/>
        </w:rPr>
        <w:t>적용</w:t>
      </w:r>
      <w:r>
        <w:rPr>
          <w:lang w:eastAsia="ko-KR"/>
        </w:rPr>
        <w:t>)</w:t>
      </w:r>
    </w:p>
    <w:p w14:paraId="1D485BE8" w14:textId="77777777" w:rsidR="00281D6C" w:rsidRDefault="00000000">
      <w:pPr>
        <w:ind w:left="567"/>
        <w:rPr>
          <w:lang w:eastAsia="ko-KR"/>
        </w:rPr>
      </w:pPr>
      <w:r>
        <w:rPr>
          <w:i/>
          <w:color w:val="555555"/>
          <w:lang w:eastAsia="ko-KR"/>
        </w:rPr>
        <w:t>목표</w:t>
      </w:r>
      <w:r>
        <w:rPr>
          <w:i/>
          <w:color w:val="555555"/>
          <w:lang w:eastAsia="ko-KR"/>
        </w:rPr>
        <w:t xml:space="preserve">: </w:t>
      </w:r>
      <w:r>
        <w:rPr>
          <w:i/>
          <w:color w:val="555555"/>
          <w:lang w:eastAsia="ko-KR"/>
        </w:rPr>
        <w:t>동시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요청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폭주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서비스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마비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방지</w:t>
      </w:r>
    </w:p>
    <w:p w14:paraId="7BFA96B7" w14:textId="77777777" w:rsidR="00281D6C" w:rsidRDefault="00000000">
      <w:pPr>
        <w:pStyle w:val="4"/>
        <w:rPr>
          <w:lang w:eastAsia="ko-KR"/>
        </w:rPr>
      </w:pPr>
      <w:r>
        <w:rPr>
          <w:lang w:eastAsia="ko-KR"/>
        </w:rPr>
        <w:lastRenderedPageBreak/>
        <w:t xml:space="preserve">3.1.1 </w:t>
      </w:r>
      <w:r>
        <w:rPr>
          <w:lang w:eastAsia="ko-KR"/>
        </w:rPr>
        <w:t>글로벌</w:t>
      </w:r>
      <w:r>
        <w:rPr>
          <w:lang w:eastAsia="ko-KR"/>
        </w:rPr>
        <w:t xml:space="preserve"> </w:t>
      </w:r>
      <w:r>
        <w:rPr>
          <w:lang w:eastAsia="ko-KR"/>
        </w:rPr>
        <w:t>동시</w:t>
      </w:r>
      <w:r>
        <w:rPr>
          <w:lang w:eastAsia="ko-KR"/>
        </w:rPr>
        <w:t xml:space="preserve">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제한</w:t>
      </w:r>
      <w:r>
        <w:rPr>
          <w:lang w:eastAsia="ko-KR"/>
        </w:rPr>
        <w:t xml:space="preserve"> </w:t>
      </w:r>
      <w:r>
        <w:rPr>
          <w:lang w:eastAsia="ko-KR"/>
        </w:rPr>
        <w:t>도입</w:t>
      </w:r>
    </w:p>
    <w:p w14:paraId="5774D69A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AS-IS</w:t>
      </w:r>
      <w:r>
        <w:rPr>
          <w:lang w:eastAsia="ko-KR"/>
        </w:rPr>
        <w:t xml:space="preserve">: </w:t>
      </w:r>
      <w:r>
        <w:rPr>
          <w:lang w:eastAsia="ko-KR"/>
        </w:rPr>
        <w:t>세션당</w:t>
      </w:r>
      <w:r>
        <w:rPr>
          <w:lang w:eastAsia="ko-KR"/>
        </w:rPr>
        <w:t xml:space="preserve"> </w:t>
      </w:r>
      <w:r>
        <w:rPr>
          <w:lang w:eastAsia="ko-KR"/>
        </w:rPr>
        <w:t>제한만</w:t>
      </w:r>
      <w:r>
        <w:rPr>
          <w:lang w:eastAsia="ko-KR"/>
        </w:rPr>
        <w:t xml:space="preserve"> </w:t>
      </w:r>
      <w:r>
        <w:rPr>
          <w:lang w:eastAsia="ko-KR"/>
        </w:rPr>
        <w:t>존재</w:t>
      </w:r>
      <w:r>
        <w:rPr>
          <w:lang w:eastAsia="ko-KR"/>
        </w:rPr>
        <w:t xml:space="preserve"> (</w:t>
      </w:r>
      <w:r>
        <w:rPr>
          <w:lang w:eastAsia="ko-KR"/>
        </w:rPr>
        <w:t>글로벌</w:t>
      </w:r>
      <w:r>
        <w:rPr>
          <w:lang w:eastAsia="ko-KR"/>
        </w:rPr>
        <w:t xml:space="preserve"> </w:t>
      </w:r>
      <w:r>
        <w:rPr>
          <w:lang w:eastAsia="ko-KR"/>
        </w:rPr>
        <w:t>제한</w:t>
      </w:r>
      <w:r>
        <w:rPr>
          <w:lang w:eastAsia="ko-KR"/>
        </w:rPr>
        <w:t xml:space="preserve"> </w:t>
      </w:r>
      <w:r>
        <w:rPr>
          <w:lang w:eastAsia="ko-KR"/>
        </w:rPr>
        <w:t>없음</w:t>
      </w:r>
      <w:r>
        <w:rPr>
          <w:lang w:eastAsia="ko-KR"/>
        </w:rPr>
        <w:t>)</w:t>
      </w:r>
    </w:p>
    <w:p w14:paraId="3859AFFB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TO-BE</w:t>
      </w:r>
      <w:r>
        <w:rPr>
          <w:lang w:eastAsia="ko-KR"/>
        </w:rPr>
        <w:t xml:space="preserve">: </w:t>
      </w:r>
      <w:r>
        <w:rPr>
          <w:lang w:eastAsia="ko-KR"/>
        </w:rPr>
        <w:t>서버</w:t>
      </w:r>
      <w:r>
        <w:rPr>
          <w:lang w:eastAsia="ko-KR"/>
        </w:rPr>
        <w:t xml:space="preserve"> </w:t>
      </w:r>
      <w:r>
        <w:rPr>
          <w:lang w:eastAsia="ko-KR"/>
        </w:rPr>
        <w:t>전체</w:t>
      </w:r>
      <w:r>
        <w:rPr>
          <w:lang w:eastAsia="ko-KR"/>
        </w:rPr>
        <w:t xml:space="preserve"> </w:t>
      </w:r>
      <w:r>
        <w:rPr>
          <w:lang w:eastAsia="ko-KR"/>
        </w:rPr>
        <w:t>동시</w:t>
      </w:r>
      <w:r>
        <w:rPr>
          <w:lang w:eastAsia="ko-KR"/>
        </w:rPr>
        <w:t xml:space="preserve"> </w:t>
      </w:r>
      <w:r>
        <w:rPr>
          <w:lang w:eastAsia="ko-KR"/>
        </w:rPr>
        <w:t>실행</w:t>
      </w:r>
      <w:r>
        <w:rPr>
          <w:lang w:eastAsia="ko-KR"/>
        </w:rPr>
        <w:t xml:space="preserve">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수를</w:t>
      </w:r>
      <w:r>
        <w:rPr>
          <w:lang w:eastAsia="ko-KR"/>
        </w:rPr>
        <w:t xml:space="preserve"> Semaphore</w:t>
      </w:r>
      <w:r>
        <w:rPr>
          <w:lang w:eastAsia="ko-KR"/>
        </w:rPr>
        <w:t>로</w:t>
      </w:r>
      <w:r>
        <w:rPr>
          <w:lang w:eastAsia="ko-KR"/>
        </w:rPr>
        <w:t xml:space="preserve"> </w:t>
      </w:r>
      <w:r>
        <w:rPr>
          <w:lang w:eastAsia="ko-KR"/>
        </w:rPr>
        <w:t>제한</w:t>
      </w:r>
      <w:r>
        <w:rPr>
          <w:lang w:eastAsia="ko-KR"/>
        </w:rPr>
        <w:t xml:space="preserve"> + </w:t>
      </w:r>
      <w:r>
        <w:rPr>
          <w:lang w:eastAsia="ko-KR"/>
        </w:rPr>
        <w:t>대기</w:t>
      </w:r>
      <w:r>
        <w:rPr>
          <w:lang w:eastAsia="ko-KR"/>
        </w:rPr>
        <w:t xml:space="preserve"> </w:t>
      </w:r>
      <w:r>
        <w:rPr>
          <w:lang w:eastAsia="ko-KR"/>
        </w:rPr>
        <w:t>큐</w:t>
      </w:r>
      <w:r>
        <w:rPr>
          <w:lang w:eastAsia="ko-KR"/>
        </w:rPr>
        <w:t xml:space="preserve"> </w:t>
      </w:r>
      <w:r>
        <w:rPr>
          <w:lang w:eastAsia="ko-KR"/>
        </w:rPr>
        <w:t>구현</w:t>
      </w:r>
    </w:p>
    <w:p w14:paraId="63C10872" w14:textId="77777777" w:rsidR="00281D6C" w:rsidRDefault="00000000">
      <w:pPr>
        <w:ind w:left="567"/>
        <w:rPr>
          <w:lang w:eastAsia="ko-KR"/>
        </w:rPr>
      </w:pPr>
      <w:r>
        <w:rPr>
          <w:i/>
          <w:color w:val="555555"/>
          <w:lang w:eastAsia="ko-KR"/>
        </w:rPr>
        <w:t>**</w:t>
      </w:r>
      <w:r>
        <w:rPr>
          <w:i/>
          <w:color w:val="555555"/>
          <w:lang w:eastAsia="ko-KR"/>
        </w:rPr>
        <w:t>구현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참고</w:t>
      </w:r>
      <w:r>
        <w:rPr>
          <w:i/>
          <w:color w:val="555555"/>
          <w:lang w:eastAsia="ko-KR"/>
        </w:rPr>
        <w:t xml:space="preserve">**: </w:t>
      </w:r>
      <w:r>
        <w:rPr>
          <w:i/>
          <w:color w:val="555555"/>
          <w:lang w:eastAsia="ko-KR"/>
        </w:rPr>
        <w:t>실제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구현에서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글로벌</w:t>
      </w:r>
      <w:r>
        <w:rPr>
          <w:i/>
          <w:color w:val="555555"/>
          <w:lang w:eastAsia="ko-KR"/>
        </w:rPr>
        <w:t xml:space="preserve"> Semaphore</w:t>
      </w:r>
      <w:r>
        <w:rPr>
          <w:i/>
          <w:color w:val="555555"/>
          <w:lang w:eastAsia="ko-KR"/>
        </w:rPr>
        <w:t>는</w:t>
      </w:r>
      <w:r>
        <w:rPr>
          <w:i/>
          <w:color w:val="555555"/>
          <w:lang w:eastAsia="ko-KR"/>
        </w:rPr>
        <w:t xml:space="preserve"> `</w:t>
      </w:r>
      <w:proofErr w:type="spellStart"/>
      <w:r>
        <w:rPr>
          <w:i/>
          <w:color w:val="555555"/>
          <w:lang w:eastAsia="ko-KR"/>
        </w:rPr>
        <w:t>ActiveQueryManager</w:t>
      </w:r>
      <w:proofErr w:type="spellEnd"/>
      <w:r>
        <w:rPr>
          <w:i/>
          <w:color w:val="555555"/>
          <w:lang w:eastAsia="ko-KR"/>
        </w:rPr>
        <w:t>`</w:t>
      </w:r>
      <w:r>
        <w:rPr>
          <w:i/>
          <w:color w:val="555555"/>
          <w:lang w:eastAsia="ko-KR"/>
        </w:rPr>
        <w:t>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분리되었으며</w:t>
      </w:r>
      <w:r>
        <w:rPr>
          <w:i/>
          <w:color w:val="555555"/>
          <w:lang w:eastAsia="ko-KR"/>
        </w:rPr>
        <w:t>, `</w:t>
      </w:r>
      <w:proofErr w:type="spellStart"/>
      <w:r>
        <w:rPr>
          <w:i/>
          <w:color w:val="555555"/>
          <w:lang w:eastAsia="ko-KR"/>
        </w:rPr>
        <w:t>TrackQueryInterceptor</w:t>
      </w:r>
      <w:proofErr w:type="spellEnd"/>
      <w:r>
        <w:rPr>
          <w:i/>
          <w:color w:val="555555"/>
          <w:lang w:eastAsia="ko-KR"/>
        </w:rPr>
        <w:t>`</w:t>
      </w:r>
      <w:r>
        <w:rPr>
          <w:i/>
          <w:color w:val="555555"/>
          <w:lang w:eastAsia="ko-KR"/>
        </w:rPr>
        <w:t>는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세션당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제한만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담당합니다</w:t>
      </w:r>
      <w:r>
        <w:rPr>
          <w:i/>
          <w:color w:val="555555"/>
          <w:lang w:eastAsia="ko-KR"/>
        </w:rPr>
        <w:t xml:space="preserve">. </w:t>
      </w:r>
      <w:r>
        <w:rPr>
          <w:i/>
          <w:color w:val="555555"/>
          <w:lang w:eastAsia="ko-KR"/>
        </w:rPr>
        <w:t>아래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코드는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설계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의도를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보여주는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개념적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예시입니다</w:t>
      </w:r>
      <w:r>
        <w:rPr>
          <w:i/>
          <w:color w:val="555555"/>
          <w:lang w:eastAsia="ko-KR"/>
        </w:rPr>
        <w:t>.</w:t>
      </w:r>
    </w:p>
    <w:p w14:paraId="7F6DFC90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TO-BE: TrackQueryInterceptor.java + ActiveQueryManager.java — </w:t>
      </w:r>
      <w:r>
        <w:rPr>
          <w:rFonts w:ascii="Consolas" w:hAnsi="Consolas"/>
          <w:color w:val="333333"/>
          <w:sz w:val="16"/>
        </w:rPr>
        <w:t>글로벌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동시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제한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추가</w:t>
      </w:r>
      <w:r>
        <w:rPr>
          <w:rFonts w:ascii="Consolas" w:hAnsi="Consolas"/>
          <w:color w:val="333333"/>
          <w:sz w:val="16"/>
        </w:rPr>
        <w:br/>
        <w:t>@Slf4j</w:t>
      </w:r>
      <w:r>
        <w:rPr>
          <w:rFonts w:ascii="Consolas" w:hAnsi="Consolas"/>
          <w:color w:val="333333"/>
          <w:sz w:val="16"/>
        </w:rPr>
        <w:br/>
        <w:t>@Component</w:t>
      </w:r>
      <w:r>
        <w:rPr>
          <w:rFonts w:ascii="Consolas" w:hAnsi="Consolas"/>
          <w:color w:val="333333"/>
          <w:sz w:val="16"/>
        </w:rPr>
        <w:br/>
        <w:t>@RequiredArgsConstructor</w:t>
      </w:r>
      <w:r>
        <w:rPr>
          <w:rFonts w:ascii="Consolas" w:hAnsi="Consolas"/>
          <w:color w:val="333333"/>
          <w:sz w:val="16"/>
        </w:rPr>
        <w:br/>
        <w:t>public class TrackQueryInterceptor implements ChannelInterceptor {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private final ConcurrentHashMap&lt;String, AtomicInteger&gt; sessionQueries = new ConcurrentHashMap&lt;&gt;();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// ▼ [</w:t>
      </w:r>
      <w:r>
        <w:rPr>
          <w:rFonts w:ascii="Consolas" w:hAnsi="Consolas"/>
          <w:color w:val="333333"/>
          <w:sz w:val="16"/>
        </w:rPr>
        <w:t>추가</w:t>
      </w:r>
      <w:r>
        <w:rPr>
          <w:rFonts w:ascii="Consolas" w:hAnsi="Consolas"/>
          <w:color w:val="333333"/>
          <w:sz w:val="16"/>
        </w:rPr>
        <w:t xml:space="preserve">] </w:t>
      </w:r>
      <w:r>
        <w:rPr>
          <w:rFonts w:ascii="Consolas" w:hAnsi="Consolas"/>
          <w:color w:val="333333"/>
          <w:sz w:val="16"/>
        </w:rPr>
        <w:t>글로벌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동시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쿼리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제한</w:t>
      </w:r>
      <w:r>
        <w:rPr>
          <w:rFonts w:ascii="Consolas" w:hAnsi="Consolas"/>
          <w:color w:val="333333"/>
          <w:sz w:val="16"/>
        </w:rPr>
        <w:br/>
        <w:t xml:space="preserve">    @Value("${websocket.query.max-concurrent-global:60}")</w:t>
      </w:r>
      <w:r>
        <w:rPr>
          <w:rFonts w:ascii="Consolas" w:hAnsi="Consolas"/>
          <w:color w:val="333333"/>
          <w:sz w:val="16"/>
        </w:rPr>
        <w:br/>
        <w:t xml:space="preserve">    private int maxConcurrentGlobal;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@Value("${websocket.query.max-per-session:20}")</w:t>
      </w:r>
      <w:r>
        <w:rPr>
          <w:rFonts w:ascii="Consolas" w:hAnsi="Consolas"/>
          <w:color w:val="333333"/>
          <w:sz w:val="16"/>
        </w:rPr>
        <w:br/>
        <w:t xml:space="preserve">    private int maxQueriesPerSession;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@Value("${websocket.query.queue-timeout-seconds:30}")</w:t>
      </w:r>
      <w:r>
        <w:rPr>
          <w:rFonts w:ascii="Consolas" w:hAnsi="Consolas"/>
          <w:color w:val="333333"/>
          <w:sz w:val="16"/>
        </w:rPr>
        <w:br/>
        <w:t xml:space="preserve">    private int queueTimeoutSeconds;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private Semaphore globalQuerySemaphore;</w:t>
      </w:r>
      <w:r>
        <w:rPr>
          <w:rFonts w:ascii="Consolas" w:hAnsi="Consolas"/>
          <w:color w:val="333333"/>
          <w:sz w:val="16"/>
        </w:rPr>
        <w:br/>
        <w:t xml:space="preserve">    private final AtomicInteger waitingCount = new AtomicInteger(0);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@PostConstruct</w:t>
      </w:r>
      <w:r>
        <w:rPr>
          <w:rFonts w:ascii="Consolas" w:hAnsi="Consolas"/>
          <w:color w:val="333333"/>
          <w:sz w:val="16"/>
        </w:rPr>
        <w:br/>
        <w:t xml:space="preserve">    public void init() {</w:t>
      </w:r>
      <w:r>
        <w:rPr>
          <w:rFonts w:ascii="Consolas" w:hAnsi="Consolas"/>
          <w:color w:val="333333"/>
          <w:sz w:val="16"/>
        </w:rPr>
        <w:br/>
        <w:t xml:space="preserve">        this.globalQuerySemaphore = new Semaphore(maxConcurrentGlobal, true); // fair=true</w:t>
      </w:r>
      <w:r>
        <w:rPr>
          <w:rFonts w:ascii="Consolas" w:hAnsi="Consolas"/>
          <w:color w:val="333333"/>
          <w:sz w:val="16"/>
        </w:rPr>
        <w:br/>
        <w:t xml:space="preserve">        log.info("Global query semaphore initialized: maxConcurrent={}, queueTimeout={}s",</w:t>
      </w:r>
      <w:r>
        <w:rPr>
          <w:rFonts w:ascii="Consolas" w:hAnsi="Consolas"/>
          <w:color w:val="333333"/>
          <w:sz w:val="16"/>
        </w:rPr>
        <w:br/>
        <w:t xml:space="preserve">                maxConcurrentGlobal, queueTimeoutSeconds);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@Override</w:t>
      </w:r>
      <w:r>
        <w:rPr>
          <w:rFonts w:ascii="Consolas" w:hAnsi="Consolas"/>
          <w:color w:val="333333"/>
          <w:sz w:val="16"/>
        </w:rPr>
        <w:br/>
        <w:t xml:space="preserve">    public Message&lt;?&gt; preSend(Message&lt;?&gt; message, MessageChannel channel) {</w:t>
      </w:r>
      <w:r>
        <w:rPr>
          <w:rFonts w:ascii="Consolas" w:hAnsi="Consolas"/>
          <w:color w:val="333333"/>
          <w:sz w:val="16"/>
        </w:rPr>
        <w:br/>
        <w:t xml:space="preserve">        StompHeaderAccessor accessor = MessageHeaderAccessor.getAccessor(</w:t>
      </w:r>
      <w:r>
        <w:rPr>
          <w:rFonts w:ascii="Consolas" w:hAnsi="Consolas"/>
          <w:color w:val="333333"/>
          <w:sz w:val="16"/>
        </w:rPr>
        <w:br/>
        <w:t xml:space="preserve">            message, StompHeaderAccessor.class);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    if (accessor != null &amp;&amp; StompCommand.SEND.equals(accessor.getCommand())) {</w:t>
      </w:r>
      <w:r>
        <w:rPr>
          <w:rFonts w:ascii="Consolas" w:hAnsi="Consolas"/>
          <w:color w:val="333333"/>
          <w:sz w:val="16"/>
        </w:rPr>
        <w:br/>
        <w:t xml:space="preserve">            String destination = accessor.getDestination();</w:t>
      </w:r>
      <w:r>
        <w:rPr>
          <w:rFonts w:ascii="Consolas" w:hAnsi="Consolas"/>
          <w:color w:val="333333"/>
          <w:sz w:val="16"/>
        </w:rPr>
        <w:br/>
        <w:t xml:space="preserve">            String sessionId = accessor.getSessionId();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        if ("/app/tracks/query".equals(destination)) {</w:t>
      </w:r>
      <w:r>
        <w:rPr>
          <w:rFonts w:ascii="Consolas" w:hAnsi="Consolas"/>
          <w:color w:val="333333"/>
          <w:sz w:val="16"/>
        </w:rPr>
        <w:br/>
        <w:t xml:space="preserve">                // 1. </w:t>
      </w:r>
      <w:r>
        <w:rPr>
          <w:rFonts w:ascii="Consolas" w:hAnsi="Consolas"/>
          <w:color w:val="333333"/>
          <w:sz w:val="16"/>
        </w:rPr>
        <w:t>세션당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제한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확인</w:t>
      </w:r>
      <w:r>
        <w:rPr>
          <w:rFonts w:ascii="Consolas" w:hAnsi="Consolas"/>
          <w:color w:val="333333"/>
          <w:sz w:val="16"/>
        </w:rPr>
        <w:br/>
        <w:t xml:space="preserve">                AtomicInteger queryCount = sessionQueries.computeIfAbsent(</w:t>
      </w:r>
      <w:r>
        <w:rPr>
          <w:rFonts w:ascii="Consolas" w:hAnsi="Consolas"/>
          <w:color w:val="333333"/>
          <w:sz w:val="16"/>
        </w:rPr>
        <w:br/>
        <w:t xml:space="preserve">                    sessionId, k -&gt; new AtomicInteger(0));</w:t>
      </w:r>
      <w:r>
        <w:rPr>
          <w:rFonts w:ascii="Consolas" w:hAnsi="Consolas"/>
          <w:color w:val="333333"/>
          <w:sz w:val="16"/>
        </w:rPr>
        <w:br/>
        <w:t xml:space="preserve">                if (queryCount.get() &gt;= maxQueriesPerSession) {</w:t>
      </w:r>
      <w:r>
        <w:rPr>
          <w:rFonts w:ascii="Consolas" w:hAnsi="Consolas"/>
          <w:color w:val="333333"/>
          <w:sz w:val="16"/>
        </w:rPr>
        <w:br/>
        <w:t xml:space="preserve">                    throw new IllegalStateException(</w:t>
      </w:r>
      <w:r>
        <w:rPr>
          <w:rFonts w:ascii="Consolas" w:hAnsi="Consolas"/>
          <w:color w:val="333333"/>
          <w:sz w:val="16"/>
        </w:rPr>
        <w:br/>
        <w:t xml:space="preserve">                        "Session query limit exceeded: " + maxQueriesPerSession);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lastRenderedPageBreak/>
        <w:t xml:space="preserve">                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            // 2. </w:t>
      </w:r>
      <w:r>
        <w:rPr>
          <w:rFonts w:ascii="Consolas" w:hAnsi="Consolas"/>
          <w:color w:val="333333"/>
          <w:sz w:val="16"/>
        </w:rPr>
        <w:t>글로벌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대기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큐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진입</w:t>
      </w:r>
      <w:r>
        <w:rPr>
          <w:rFonts w:ascii="Consolas" w:hAnsi="Consolas"/>
          <w:color w:val="333333"/>
          <w:sz w:val="16"/>
        </w:rPr>
        <w:br/>
        <w:t xml:space="preserve">                int waiting = waitingCount.incrementAndGet();</w:t>
      </w:r>
      <w:r>
        <w:rPr>
          <w:rFonts w:ascii="Consolas" w:hAnsi="Consolas"/>
          <w:color w:val="333333"/>
          <w:sz w:val="16"/>
        </w:rPr>
        <w:br/>
        <w:t xml:space="preserve">                log.info("Query queued: session={}, waiting={}, active={}/{}",</w:t>
      </w:r>
      <w:r>
        <w:rPr>
          <w:rFonts w:ascii="Consolas" w:hAnsi="Consolas"/>
          <w:color w:val="333333"/>
          <w:sz w:val="16"/>
        </w:rPr>
        <w:br/>
        <w:t xml:space="preserve">                        sessionId, waiting,</w:t>
      </w:r>
      <w:r>
        <w:rPr>
          <w:rFonts w:ascii="Consolas" w:hAnsi="Consolas"/>
          <w:color w:val="333333"/>
          <w:sz w:val="16"/>
        </w:rPr>
        <w:br/>
        <w:t xml:space="preserve">                        maxConcurrentGlobal - globalQuerySemaphore.availablePermits(),</w:t>
      </w:r>
      <w:r>
        <w:rPr>
          <w:rFonts w:ascii="Consolas" w:hAnsi="Consolas"/>
          <w:color w:val="333333"/>
          <w:sz w:val="16"/>
        </w:rPr>
        <w:br/>
        <w:t xml:space="preserve">                        maxConcurrentGlobal);</w:t>
      </w:r>
      <w:r>
        <w:rPr>
          <w:rFonts w:ascii="Consolas" w:hAnsi="Consolas"/>
          <w:color w:val="333333"/>
          <w:sz w:val="16"/>
        </w:rPr>
        <w:br/>
        <w:t xml:space="preserve">                try {</w:t>
      </w:r>
      <w:r>
        <w:rPr>
          <w:rFonts w:ascii="Consolas" w:hAnsi="Consolas"/>
          <w:color w:val="333333"/>
          <w:sz w:val="16"/>
        </w:rPr>
        <w:br/>
        <w:t xml:space="preserve">                    boolean acquired = globalQuerySemaphore.tryAcquire(</w:t>
      </w:r>
      <w:r>
        <w:rPr>
          <w:rFonts w:ascii="Consolas" w:hAnsi="Consolas"/>
          <w:color w:val="333333"/>
          <w:sz w:val="16"/>
        </w:rPr>
        <w:br/>
        <w:t xml:space="preserve">                        queueTimeoutSeconds, TimeUnit.SECONDS);</w:t>
      </w:r>
      <w:r>
        <w:rPr>
          <w:rFonts w:ascii="Consolas" w:hAnsi="Consolas"/>
          <w:color w:val="333333"/>
          <w:sz w:val="16"/>
        </w:rPr>
        <w:br/>
        <w:t xml:space="preserve">                    if (!acquired) {</w:t>
      </w:r>
      <w:r>
        <w:rPr>
          <w:rFonts w:ascii="Consolas" w:hAnsi="Consolas"/>
          <w:color w:val="333333"/>
          <w:sz w:val="16"/>
        </w:rPr>
        <w:br/>
        <w:t xml:space="preserve">                        throw new IllegalStateException(</w:t>
      </w:r>
      <w:r>
        <w:rPr>
          <w:rFonts w:ascii="Consolas" w:hAnsi="Consolas"/>
          <w:color w:val="333333"/>
          <w:sz w:val="16"/>
        </w:rPr>
        <w:br/>
        <w:t xml:space="preserve">                            "Query queue timeout after " + queueTimeoutSeconds + "s. " +</w:t>
      </w:r>
      <w:r>
        <w:rPr>
          <w:rFonts w:ascii="Consolas" w:hAnsi="Consolas"/>
          <w:color w:val="333333"/>
          <w:sz w:val="16"/>
        </w:rPr>
        <w:br/>
        <w:t xml:space="preserve">                            "Server is busy, please retry later.");</w:t>
      </w:r>
      <w:r>
        <w:rPr>
          <w:rFonts w:ascii="Consolas" w:hAnsi="Consolas"/>
          <w:color w:val="333333"/>
          <w:sz w:val="16"/>
        </w:rPr>
        <w:br/>
        <w:t xml:space="preserve">                    }</w:t>
      </w:r>
      <w:r>
        <w:rPr>
          <w:rFonts w:ascii="Consolas" w:hAnsi="Consolas"/>
          <w:color w:val="333333"/>
          <w:sz w:val="16"/>
        </w:rPr>
        <w:br/>
        <w:t xml:space="preserve">                } catch (InterruptedException e) {</w:t>
      </w:r>
      <w:r>
        <w:rPr>
          <w:rFonts w:ascii="Consolas" w:hAnsi="Consolas"/>
          <w:color w:val="333333"/>
          <w:sz w:val="16"/>
        </w:rPr>
        <w:br/>
        <w:t xml:space="preserve">                    Thread.currentThread().interrupt();</w:t>
      </w:r>
      <w:r>
        <w:rPr>
          <w:rFonts w:ascii="Consolas" w:hAnsi="Consolas"/>
          <w:color w:val="333333"/>
          <w:sz w:val="16"/>
        </w:rPr>
        <w:br/>
        <w:t xml:space="preserve">                    throw new IllegalStateException("Query interrupted while waiting");</w:t>
      </w:r>
      <w:r>
        <w:rPr>
          <w:rFonts w:ascii="Consolas" w:hAnsi="Consolas"/>
          <w:color w:val="333333"/>
          <w:sz w:val="16"/>
        </w:rPr>
        <w:br/>
        <w:t xml:space="preserve">                } finally {</w:t>
      </w:r>
      <w:r>
        <w:rPr>
          <w:rFonts w:ascii="Consolas" w:hAnsi="Consolas"/>
          <w:color w:val="333333"/>
          <w:sz w:val="16"/>
        </w:rPr>
        <w:br/>
        <w:t xml:space="preserve">                    waitingCount.decrementAndGet();</w:t>
      </w:r>
      <w:r>
        <w:rPr>
          <w:rFonts w:ascii="Consolas" w:hAnsi="Consolas"/>
          <w:color w:val="333333"/>
          <w:sz w:val="16"/>
        </w:rPr>
        <w:br/>
        <w:t xml:space="preserve">                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            queryCount.incrementAndGet();</w:t>
      </w:r>
      <w:r>
        <w:rPr>
          <w:rFonts w:ascii="Consolas" w:hAnsi="Consolas"/>
          <w:color w:val="333333"/>
          <w:sz w:val="16"/>
        </w:rPr>
        <w:br/>
        <w:t xml:space="preserve">            }</w:t>
      </w:r>
      <w:r>
        <w:rPr>
          <w:rFonts w:ascii="Consolas" w:hAnsi="Consolas"/>
          <w:color w:val="333333"/>
          <w:sz w:val="16"/>
        </w:rPr>
        <w:br/>
        <w:t xml:space="preserve">        }</w:t>
      </w:r>
      <w:r>
        <w:rPr>
          <w:rFonts w:ascii="Consolas" w:hAnsi="Consolas"/>
          <w:color w:val="333333"/>
          <w:sz w:val="16"/>
        </w:rPr>
        <w:br/>
        <w:t xml:space="preserve">        return message;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// ▼ [</w:t>
      </w:r>
      <w:r>
        <w:rPr>
          <w:rFonts w:ascii="Consolas" w:hAnsi="Consolas"/>
          <w:color w:val="333333"/>
          <w:sz w:val="16"/>
        </w:rPr>
        <w:t>추가</w:t>
      </w:r>
      <w:r>
        <w:rPr>
          <w:rFonts w:ascii="Consolas" w:hAnsi="Consolas"/>
          <w:color w:val="333333"/>
          <w:sz w:val="16"/>
        </w:rPr>
        <w:t xml:space="preserve">] </w:t>
      </w:r>
      <w:r>
        <w:rPr>
          <w:rFonts w:ascii="Consolas" w:hAnsi="Consolas"/>
          <w:color w:val="333333"/>
          <w:sz w:val="16"/>
        </w:rPr>
        <w:t>쿼리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완료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호출</w:t>
      </w:r>
      <w:r>
        <w:rPr>
          <w:rFonts w:ascii="Consolas" w:hAnsi="Consolas"/>
          <w:color w:val="333333"/>
          <w:sz w:val="16"/>
        </w:rPr>
        <w:t xml:space="preserve"> — Semaphore </w:t>
      </w:r>
      <w:r>
        <w:rPr>
          <w:rFonts w:ascii="Consolas" w:hAnsi="Consolas"/>
          <w:color w:val="333333"/>
          <w:sz w:val="16"/>
        </w:rPr>
        <w:t>반환</w:t>
      </w:r>
      <w:r>
        <w:rPr>
          <w:rFonts w:ascii="Consolas" w:hAnsi="Consolas"/>
          <w:color w:val="333333"/>
          <w:sz w:val="16"/>
        </w:rPr>
        <w:t xml:space="preserve"> + </w:t>
      </w:r>
      <w:r>
        <w:rPr>
          <w:rFonts w:ascii="Consolas" w:hAnsi="Consolas"/>
          <w:color w:val="333333"/>
          <w:sz w:val="16"/>
        </w:rPr>
        <w:t>카운트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감소</w:t>
      </w:r>
      <w:r>
        <w:rPr>
          <w:rFonts w:ascii="Consolas" w:hAnsi="Consolas"/>
          <w:color w:val="333333"/>
          <w:sz w:val="16"/>
        </w:rPr>
        <w:br/>
        <w:t xml:space="preserve">    public void releaseQuery(String sessionId) {</w:t>
      </w:r>
      <w:r>
        <w:rPr>
          <w:rFonts w:ascii="Consolas" w:hAnsi="Consolas"/>
          <w:color w:val="333333"/>
          <w:sz w:val="16"/>
        </w:rPr>
        <w:br/>
        <w:t xml:space="preserve">        globalQuerySemaphore.release();</w:t>
      </w:r>
      <w:r>
        <w:rPr>
          <w:rFonts w:ascii="Consolas" w:hAnsi="Consolas"/>
          <w:color w:val="333333"/>
          <w:sz w:val="16"/>
        </w:rPr>
        <w:br/>
        <w:t xml:space="preserve">        decrementQueryCount(sessionId);</w:t>
      </w:r>
      <w:r>
        <w:rPr>
          <w:rFonts w:ascii="Consolas" w:hAnsi="Consolas"/>
          <w:color w:val="333333"/>
          <w:sz w:val="16"/>
        </w:rPr>
        <w:br/>
        <w:t xml:space="preserve">        log.debug("Query released: session={}, available={}/{}",</w:t>
      </w:r>
      <w:r>
        <w:rPr>
          <w:rFonts w:ascii="Consolas" w:hAnsi="Consolas"/>
          <w:color w:val="333333"/>
          <w:sz w:val="16"/>
        </w:rPr>
        <w:br/>
        <w:t xml:space="preserve">                sessionId, globalQuerySemaphore.availablePermits(), maxConcurrentGlobal);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// </w:t>
      </w:r>
      <w:r>
        <w:rPr>
          <w:rFonts w:ascii="Consolas" w:hAnsi="Consolas"/>
          <w:color w:val="333333"/>
          <w:sz w:val="16"/>
        </w:rPr>
        <w:t>기존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메서드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유지</w:t>
      </w:r>
      <w:r>
        <w:rPr>
          <w:rFonts w:ascii="Consolas" w:hAnsi="Consolas"/>
          <w:color w:val="333333"/>
          <w:sz w:val="16"/>
        </w:rPr>
        <w:br/>
        <w:t xml:space="preserve">    public void decrementQueryCount(String sessionId) {</w:t>
      </w:r>
      <w:r>
        <w:rPr>
          <w:rFonts w:ascii="Consolas" w:hAnsi="Consolas"/>
          <w:color w:val="333333"/>
          <w:sz w:val="16"/>
        </w:rPr>
        <w:br/>
        <w:t xml:space="preserve">        AtomicInteger count = sessionQueries.get(sessionId);</w:t>
      </w:r>
      <w:r>
        <w:rPr>
          <w:rFonts w:ascii="Consolas" w:hAnsi="Consolas"/>
          <w:color w:val="333333"/>
          <w:sz w:val="16"/>
        </w:rPr>
        <w:br/>
        <w:t xml:space="preserve">        if (count != null &amp;&amp; count.get() &gt; 0) {</w:t>
      </w:r>
      <w:r>
        <w:rPr>
          <w:rFonts w:ascii="Consolas" w:hAnsi="Consolas"/>
          <w:color w:val="333333"/>
          <w:sz w:val="16"/>
        </w:rPr>
        <w:br/>
        <w:t xml:space="preserve">            count.decrementAndGet();</w:t>
      </w:r>
      <w:r>
        <w:rPr>
          <w:rFonts w:ascii="Consolas" w:hAnsi="Consolas"/>
          <w:color w:val="333333"/>
          <w:sz w:val="16"/>
        </w:rPr>
        <w:br/>
        <w:t xml:space="preserve">        }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// </w:t>
      </w:r>
      <w:r>
        <w:rPr>
          <w:rFonts w:ascii="Consolas" w:hAnsi="Consolas"/>
          <w:color w:val="333333"/>
          <w:sz w:val="16"/>
        </w:rPr>
        <w:t>모니터링용</w:t>
      </w:r>
      <w:r>
        <w:rPr>
          <w:rFonts w:ascii="Consolas" w:hAnsi="Consolas"/>
          <w:color w:val="333333"/>
          <w:sz w:val="16"/>
        </w:rPr>
        <w:br/>
        <w:t xml:space="preserve">    public int getActiveQueryCount() {</w:t>
      </w:r>
      <w:r>
        <w:rPr>
          <w:rFonts w:ascii="Consolas" w:hAnsi="Consolas"/>
          <w:color w:val="333333"/>
          <w:sz w:val="16"/>
        </w:rPr>
        <w:br/>
        <w:t xml:space="preserve">        return maxConcurrentGlobal - globalQuerySemaphore.availablePermits();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public int getWaitingCount() {</w:t>
      </w:r>
      <w:r>
        <w:rPr>
          <w:rFonts w:ascii="Consolas" w:hAnsi="Consolas"/>
          <w:color w:val="333333"/>
          <w:sz w:val="16"/>
        </w:rPr>
        <w:br/>
        <w:t xml:space="preserve">        return waitingCount.get();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>}</w:t>
      </w:r>
    </w:p>
    <w:p w14:paraId="397F29E2" w14:textId="77777777" w:rsidR="00281D6C" w:rsidRDefault="00000000">
      <w:r>
        <w:rPr>
          <w:b/>
        </w:rPr>
        <w:t xml:space="preserve">application.yml </w:t>
      </w:r>
      <w:r>
        <w:rPr>
          <w:b/>
        </w:rPr>
        <w:t>설정</w:t>
      </w:r>
      <w:r>
        <w:rPr>
          <w:b/>
        </w:rPr>
        <w:t xml:space="preserve"> </w:t>
      </w:r>
      <w:r>
        <w:rPr>
          <w:b/>
        </w:rPr>
        <w:t>추가</w:t>
      </w:r>
      <w:r>
        <w:t>:</w:t>
      </w:r>
    </w:p>
    <w:p w14:paraId="5E768975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lastRenderedPageBreak/>
        <w:t>websocket:</w:t>
      </w:r>
      <w:r>
        <w:rPr>
          <w:rFonts w:ascii="Consolas" w:hAnsi="Consolas"/>
          <w:color w:val="333333"/>
          <w:sz w:val="16"/>
        </w:rPr>
        <w:br/>
        <w:t xml:space="preserve">  query:</w:t>
      </w:r>
      <w:r>
        <w:rPr>
          <w:rFonts w:ascii="Consolas" w:hAnsi="Consolas"/>
          <w:color w:val="333333"/>
          <w:sz w:val="16"/>
        </w:rPr>
        <w:br/>
        <w:t xml:space="preserve">    max-concurrent-global: 60     # </w:t>
      </w:r>
      <w:r>
        <w:rPr>
          <w:rFonts w:ascii="Consolas" w:hAnsi="Consolas"/>
          <w:color w:val="333333"/>
          <w:sz w:val="16"/>
        </w:rPr>
        <w:t>서버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전체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동시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쿼리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상한</w:t>
      </w:r>
      <w:r>
        <w:rPr>
          <w:rFonts w:ascii="Consolas" w:hAnsi="Consolas"/>
          <w:color w:val="333333"/>
          <w:sz w:val="16"/>
        </w:rPr>
        <w:br/>
        <w:t xml:space="preserve">    max-per-session: 20           # </w:t>
      </w:r>
      <w:r>
        <w:rPr>
          <w:rFonts w:ascii="Consolas" w:hAnsi="Consolas"/>
          <w:color w:val="333333"/>
          <w:sz w:val="16"/>
        </w:rPr>
        <w:t>세션당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동시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쿼리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상한</w:t>
      </w:r>
      <w:r>
        <w:rPr>
          <w:rFonts w:ascii="Consolas" w:hAnsi="Consolas"/>
          <w:color w:val="333333"/>
          <w:sz w:val="16"/>
        </w:rPr>
        <w:br/>
        <w:t xml:space="preserve">    queue-timeout-seconds: 30     # </w:t>
      </w:r>
      <w:r>
        <w:rPr>
          <w:rFonts w:ascii="Consolas" w:hAnsi="Consolas"/>
          <w:color w:val="333333"/>
          <w:sz w:val="16"/>
        </w:rPr>
        <w:t>대기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큐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타임아웃</w:t>
      </w:r>
    </w:p>
    <w:p w14:paraId="04843CDA" w14:textId="77777777" w:rsidR="00281D6C" w:rsidRDefault="00000000">
      <w:pPr>
        <w:pStyle w:val="4"/>
        <w:rPr>
          <w:lang w:eastAsia="ko-KR"/>
        </w:rPr>
      </w:pPr>
      <w:r>
        <w:rPr>
          <w:lang w:eastAsia="ko-KR"/>
        </w:rPr>
        <w:t xml:space="preserve">3.1.2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완료</w:t>
      </w:r>
      <w:r>
        <w:rPr>
          <w:lang w:eastAsia="ko-KR"/>
        </w:rPr>
        <w:t>/</w:t>
      </w:r>
      <w:r>
        <w:rPr>
          <w:lang w:eastAsia="ko-KR"/>
        </w:rPr>
        <w:t>실패</w:t>
      </w:r>
      <w:r>
        <w:rPr>
          <w:lang w:eastAsia="ko-KR"/>
        </w:rPr>
        <w:t xml:space="preserve"> </w:t>
      </w:r>
      <w:r>
        <w:rPr>
          <w:lang w:eastAsia="ko-KR"/>
        </w:rPr>
        <w:t>시</w:t>
      </w:r>
      <w:r>
        <w:rPr>
          <w:lang w:eastAsia="ko-KR"/>
        </w:rPr>
        <w:t xml:space="preserve"> </w:t>
      </w:r>
      <w:r>
        <w:rPr>
          <w:lang w:eastAsia="ko-KR"/>
        </w:rPr>
        <w:t>리소스</w:t>
      </w:r>
      <w:r>
        <w:rPr>
          <w:lang w:eastAsia="ko-KR"/>
        </w:rPr>
        <w:t xml:space="preserve"> </w:t>
      </w:r>
      <w:r>
        <w:rPr>
          <w:lang w:eastAsia="ko-KR"/>
        </w:rPr>
        <w:t>반환</w:t>
      </w:r>
      <w:r>
        <w:rPr>
          <w:lang w:eastAsia="ko-KR"/>
        </w:rPr>
        <w:t xml:space="preserve"> </w:t>
      </w:r>
      <w:r>
        <w:rPr>
          <w:lang w:eastAsia="ko-KR"/>
        </w:rPr>
        <w:t>보장</w:t>
      </w:r>
    </w:p>
    <w:p w14:paraId="601F2786" w14:textId="77777777" w:rsidR="00281D6C" w:rsidRDefault="00000000">
      <w:r>
        <w:rPr>
          <w:b/>
        </w:rPr>
        <w:t>AS-IS</w:t>
      </w:r>
      <w:r>
        <w:t xml:space="preserve">: </w:t>
      </w:r>
      <w:proofErr w:type="spellStart"/>
      <w:proofErr w:type="gramStart"/>
      <w:r>
        <w:rPr>
          <w:rFonts w:ascii="Consolas" w:hAnsi="Consolas"/>
          <w:color w:val="800000"/>
        </w:rPr>
        <w:t>decrementQueryCount</w:t>
      </w:r>
      <w:proofErr w:type="spellEnd"/>
      <w:r>
        <w:rPr>
          <w:rFonts w:ascii="Consolas" w:hAnsi="Consolas"/>
          <w:color w:val="800000"/>
        </w:rPr>
        <w:t>(</w:t>
      </w:r>
      <w:proofErr w:type="gramEnd"/>
      <w:r>
        <w:rPr>
          <w:rFonts w:ascii="Consolas" w:hAnsi="Consolas"/>
          <w:color w:val="800000"/>
        </w:rPr>
        <w:t>)</w:t>
      </w:r>
      <w:r>
        <w:t xml:space="preserve"> </w:t>
      </w:r>
      <w:proofErr w:type="spellStart"/>
      <w:r>
        <w:t>호출부</w:t>
      </w:r>
      <w:proofErr w:type="spellEnd"/>
      <w:r>
        <w:t xml:space="preserve"> </w:t>
      </w:r>
      <w:proofErr w:type="spellStart"/>
      <w:r>
        <w:t>없음</w:t>
      </w:r>
      <w:proofErr w:type="spellEnd"/>
      <w:r>
        <w:t xml:space="preserve"> → </w:t>
      </w:r>
      <w:r>
        <w:t>세션당</w:t>
      </w:r>
      <w:r>
        <w:t xml:space="preserve"> </w:t>
      </w:r>
      <w:r>
        <w:t>제한이</w:t>
      </w:r>
      <w:r>
        <w:t xml:space="preserve"> </w:t>
      </w:r>
      <w:r>
        <w:t>해제되지</w:t>
      </w:r>
      <w:r>
        <w:t xml:space="preserve"> </w:t>
      </w:r>
      <w:r>
        <w:t>않음</w:t>
      </w:r>
    </w:p>
    <w:p w14:paraId="263C1F97" w14:textId="77777777" w:rsidR="00281D6C" w:rsidRDefault="00000000">
      <w:r>
        <w:rPr>
          <w:b/>
        </w:rPr>
        <w:t>TO-BE</w:t>
      </w:r>
      <w:r>
        <w:t xml:space="preserve">: </w:t>
      </w:r>
      <w:r>
        <w:t>스트리밍</w:t>
      </w:r>
      <w:r>
        <w:t xml:space="preserve"> </w:t>
      </w:r>
      <w:r>
        <w:t>서비스에서</w:t>
      </w:r>
      <w:r>
        <w:t xml:space="preserve"> </w:t>
      </w:r>
      <w:r>
        <w:t>쿼리</w:t>
      </w:r>
      <w:r>
        <w:t xml:space="preserve"> </w:t>
      </w:r>
      <w:r>
        <w:t>완료</w:t>
      </w:r>
      <w:r>
        <w:t>/</w:t>
      </w:r>
      <w:r>
        <w:t>실패</w:t>
      </w:r>
      <w:r>
        <w:t>/</w:t>
      </w:r>
      <w:r>
        <w:t>취소</w:t>
      </w:r>
      <w:r>
        <w:t xml:space="preserve"> </w:t>
      </w:r>
      <w:r>
        <w:t>시</w:t>
      </w:r>
      <w:r>
        <w:t xml:space="preserve"> </w:t>
      </w:r>
      <w:r>
        <w:t>반드시</w:t>
      </w:r>
      <w:r>
        <w:t xml:space="preserve"> </w:t>
      </w:r>
      <w:r>
        <w:rPr>
          <w:rFonts w:ascii="Consolas" w:hAnsi="Consolas"/>
          <w:color w:val="800000"/>
        </w:rPr>
        <w:t>releaseQuery()</w:t>
      </w:r>
      <w:r>
        <w:t xml:space="preserve"> </w:t>
      </w:r>
      <w:r>
        <w:t>호출</w:t>
      </w:r>
    </w:p>
    <w:p w14:paraId="6B94AA83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TO-BE: ChunkedTrackStreamingService.java — finally </w:t>
      </w:r>
      <w:r>
        <w:rPr>
          <w:rFonts w:ascii="Consolas" w:hAnsi="Consolas"/>
          <w:color w:val="333333"/>
          <w:sz w:val="16"/>
        </w:rPr>
        <w:t>블록에서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리소스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반환</w:t>
      </w:r>
      <w:r>
        <w:rPr>
          <w:rFonts w:ascii="Consolas" w:hAnsi="Consolas"/>
          <w:color w:val="333333"/>
          <w:sz w:val="16"/>
        </w:rPr>
        <w:br/>
        <w:t>@Async("trackStreamingExecutor")</w:t>
      </w:r>
      <w:r>
        <w:rPr>
          <w:rFonts w:ascii="Consolas" w:hAnsi="Consolas"/>
          <w:color w:val="333333"/>
          <w:sz w:val="16"/>
        </w:rPr>
        <w:br/>
        <w:t>public void streamChunkedTracks(TrackQueryRequest request,</w:t>
      </w:r>
      <w:r>
        <w:rPr>
          <w:rFonts w:ascii="Consolas" w:hAnsi="Consolas"/>
          <w:color w:val="333333"/>
          <w:sz w:val="16"/>
        </w:rPr>
        <w:br/>
        <w:t xml:space="preserve">                                String queryId, String sessionId,</w:t>
      </w:r>
      <w:r>
        <w:rPr>
          <w:rFonts w:ascii="Consolas" w:hAnsi="Consolas"/>
          <w:color w:val="333333"/>
          <w:sz w:val="16"/>
        </w:rPr>
        <w:br/>
        <w:t xml:space="preserve">                                Consumer&lt;TrackChunkResponse&gt; chunkConsumer,</w:t>
      </w:r>
      <w:r>
        <w:rPr>
          <w:rFonts w:ascii="Consolas" w:hAnsi="Consolas"/>
          <w:color w:val="333333"/>
          <w:sz w:val="16"/>
        </w:rPr>
        <w:br/>
        <w:t xml:space="preserve">                                Consumer&lt;QueryStatusUpdate&gt; statusConsumer) {</w:t>
      </w:r>
      <w:r>
        <w:rPr>
          <w:rFonts w:ascii="Consolas" w:hAnsi="Consolas"/>
          <w:color w:val="333333"/>
          <w:sz w:val="16"/>
        </w:rPr>
        <w:br/>
        <w:t xml:space="preserve">    try {</w:t>
      </w:r>
      <w:r>
        <w:rPr>
          <w:rFonts w:ascii="Consolas" w:hAnsi="Consolas"/>
          <w:color w:val="333333"/>
          <w:sz w:val="16"/>
        </w:rPr>
        <w:br/>
        <w:t xml:space="preserve">        // ... </w:t>
      </w:r>
      <w:r>
        <w:rPr>
          <w:rFonts w:ascii="Consolas" w:hAnsi="Consolas"/>
          <w:color w:val="333333"/>
          <w:sz w:val="16"/>
        </w:rPr>
        <w:t>기존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스트리밍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로직</w:t>
      </w:r>
      <w:r>
        <w:rPr>
          <w:rFonts w:ascii="Consolas" w:hAnsi="Consolas"/>
          <w:color w:val="333333"/>
          <w:sz w:val="16"/>
        </w:rPr>
        <w:t xml:space="preserve"> ...</w:t>
      </w:r>
      <w:r>
        <w:rPr>
          <w:rFonts w:ascii="Consolas" w:hAnsi="Consolas"/>
          <w:color w:val="333333"/>
          <w:sz w:val="16"/>
        </w:rPr>
        <w:br/>
        <w:t xml:space="preserve">    } catch (Exception e) {</w:t>
      </w:r>
      <w:r>
        <w:rPr>
          <w:rFonts w:ascii="Consolas" w:hAnsi="Consolas"/>
          <w:color w:val="333333"/>
          <w:sz w:val="16"/>
        </w:rPr>
        <w:br/>
        <w:t xml:space="preserve">        // ... </w:t>
      </w:r>
      <w:r>
        <w:rPr>
          <w:rFonts w:ascii="Consolas" w:hAnsi="Consolas"/>
          <w:color w:val="333333"/>
          <w:sz w:val="16"/>
        </w:rPr>
        <w:t>에러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처리</w:t>
      </w:r>
      <w:r>
        <w:rPr>
          <w:rFonts w:ascii="Consolas" w:hAnsi="Consolas"/>
          <w:color w:val="333333"/>
          <w:sz w:val="16"/>
        </w:rPr>
        <w:t xml:space="preserve"> ...</w:t>
      </w:r>
      <w:r>
        <w:rPr>
          <w:rFonts w:ascii="Consolas" w:hAnsi="Consolas"/>
          <w:color w:val="333333"/>
          <w:sz w:val="16"/>
        </w:rPr>
        <w:br/>
        <w:t xml:space="preserve">    } finally {</w:t>
      </w:r>
      <w:r>
        <w:rPr>
          <w:rFonts w:ascii="Consolas" w:hAnsi="Consolas"/>
          <w:color w:val="333333"/>
          <w:sz w:val="16"/>
        </w:rPr>
        <w:br/>
        <w:t xml:space="preserve">        // ▼ [</w:t>
      </w:r>
      <w:r>
        <w:rPr>
          <w:rFonts w:ascii="Consolas" w:hAnsi="Consolas"/>
          <w:color w:val="333333"/>
          <w:sz w:val="16"/>
        </w:rPr>
        <w:t>추가</w:t>
      </w:r>
      <w:r>
        <w:rPr>
          <w:rFonts w:ascii="Consolas" w:hAnsi="Consolas"/>
          <w:color w:val="333333"/>
          <w:sz w:val="16"/>
        </w:rPr>
        <w:t xml:space="preserve">] </w:t>
      </w:r>
      <w:r>
        <w:rPr>
          <w:rFonts w:ascii="Consolas" w:hAnsi="Consolas"/>
          <w:color w:val="333333"/>
          <w:sz w:val="16"/>
        </w:rPr>
        <w:t>반드시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리소스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반환</w:t>
      </w:r>
      <w:r>
        <w:rPr>
          <w:rFonts w:ascii="Consolas" w:hAnsi="Consolas"/>
          <w:color w:val="333333"/>
          <w:sz w:val="16"/>
        </w:rPr>
        <w:br/>
        <w:t xml:space="preserve">        trackQueryInterceptor.releaseQuery(sessionId);</w:t>
      </w:r>
      <w:r>
        <w:rPr>
          <w:rFonts w:ascii="Consolas" w:hAnsi="Consolas"/>
          <w:color w:val="333333"/>
          <w:sz w:val="16"/>
        </w:rPr>
        <w:br/>
        <w:t xml:space="preserve">        activeQueryManager.completeQuery(sessionId);</w:t>
      </w:r>
      <w:r>
        <w:rPr>
          <w:rFonts w:ascii="Consolas" w:hAnsi="Consolas"/>
          <w:color w:val="333333"/>
          <w:sz w:val="16"/>
        </w:rPr>
        <w:br/>
        <w:t xml:space="preserve">        cleanupQueryMetrics(queryId);</w:t>
      </w:r>
      <w:r>
        <w:rPr>
          <w:rFonts w:ascii="Consolas" w:hAnsi="Consolas"/>
          <w:color w:val="333333"/>
          <w:sz w:val="16"/>
        </w:rPr>
        <w:br/>
        <w:t xml:space="preserve">        log.info("Query resources released: queryId={}, sessionId={}", queryId, sessionId);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>}</w:t>
      </w:r>
    </w:p>
    <w:p w14:paraId="415E4872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TO-BE: StompTrackStreamingService.java — </w:t>
      </w:r>
      <w:r>
        <w:rPr>
          <w:rFonts w:ascii="Consolas" w:hAnsi="Consolas"/>
          <w:color w:val="333333"/>
          <w:sz w:val="16"/>
        </w:rPr>
        <w:t>동일하게</w:t>
      </w:r>
      <w:r>
        <w:rPr>
          <w:rFonts w:ascii="Consolas" w:hAnsi="Consolas"/>
          <w:color w:val="333333"/>
          <w:sz w:val="16"/>
        </w:rPr>
        <w:t xml:space="preserve"> finally </w:t>
      </w:r>
      <w:r>
        <w:rPr>
          <w:rFonts w:ascii="Consolas" w:hAnsi="Consolas"/>
          <w:color w:val="333333"/>
          <w:sz w:val="16"/>
        </w:rPr>
        <w:t>보장</w:t>
      </w:r>
      <w:r>
        <w:rPr>
          <w:rFonts w:ascii="Consolas" w:hAnsi="Consolas"/>
          <w:color w:val="333333"/>
          <w:sz w:val="16"/>
        </w:rPr>
        <w:br/>
        <w:t>@Async</w:t>
      </w:r>
      <w:r>
        <w:rPr>
          <w:rFonts w:ascii="Consolas" w:hAnsi="Consolas"/>
          <w:color w:val="333333"/>
          <w:sz w:val="16"/>
        </w:rPr>
        <w:br/>
        <w:t>public void streamTracks(TrackQueryRequest request, String queryId,</w:t>
      </w:r>
      <w:r>
        <w:rPr>
          <w:rFonts w:ascii="Consolas" w:hAnsi="Consolas"/>
          <w:color w:val="333333"/>
          <w:sz w:val="16"/>
        </w:rPr>
        <w:br/>
        <w:t xml:space="preserve">                         String sessionId, ...) {</w:t>
      </w:r>
      <w:r>
        <w:rPr>
          <w:rFonts w:ascii="Consolas" w:hAnsi="Consolas"/>
          <w:color w:val="333333"/>
          <w:sz w:val="16"/>
        </w:rPr>
        <w:br/>
        <w:t xml:space="preserve">    try {</w:t>
      </w:r>
      <w:r>
        <w:rPr>
          <w:rFonts w:ascii="Consolas" w:hAnsi="Consolas"/>
          <w:color w:val="333333"/>
          <w:sz w:val="16"/>
        </w:rPr>
        <w:br/>
        <w:t xml:space="preserve">        // ... </w:t>
      </w:r>
      <w:r>
        <w:rPr>
          <w:rFonts w:ascii="Consolas" w:hAnsi="Consolas"/>
          <w:color w:val="333333"/>
          <w:sz w:val="16"/>
        </w:rPr>
        <w:t>기존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스트리밍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로직</w:t>
      </w:r>
      <w:r>
        <w:rPr>
          <w:rFonts w:ascii="Consolas" w:hAnsi="Consolas"/>
          <w:color w:val="333333"/>
          <w:sz w:val="16"/>
        </w:rPr>
        <w:t xml:space="preserve"> ...</w:t>
      </w:r>
      <w:r>
        <w:rPr>
          <w:rFonts w:ascii="Consolas" w:hAnsi="Consolas"/>
          <w:color w:val="333333"/>
          <w:sz w:val="16"/>
        </w:rPr>
        <w:br/>
        <w:t xml:space="preserve">    } catch (Exception e) {</w:t>
      </w:r>
      <w:r>
        <w:rPr>
          <w:rFonts w:ascii="Consolas" w:hAnsi="Consolas"/>
          <w:color w:val="333333"/>
          <w:sz w:val="16"/>
        </w:rPr>
        <w:br/>
        <w:t xml:space="preserve">        // ... </w:t>
      </w:r>
      <w:r>
        <w:rPr>
          <w:rFonts w:ascii="Consolas" w:hAnsi="Consolas"/>
          <w:color w:val="333333"/>
          <w:sz w:val="16"/>
        </w:rPr>
        <w:t>에러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처리</w:t>
      </w:r>
      <w:r>
        <w:rPr>
          <w:rFonts w:ascii="Consolas" w:hAnsi="Consolas"/>
          <w:color w:val="333333"/>
          <w:sz w:val="16"/>
        </w:rPr>
        <w:t xml:space="preserve"> ...</w:t>
      </w:r>
      <w:r>
        <w:rPr>
          <w:rFonts w:ascii="Consolas" w:hAnsi="Consolas"/>
          <w:color w:val="333333"/>
          <w:sz w:val="16"/>
        </w:rPr>
        <w:br/>
        <w:t xml:space="preserve">    } finally {</w:t>
      </w:r>
      <w:r>
        <w:rPr>
          <w:rFonts w:ascii="Consolas" w:hAnsi="Consolas"/>
          <w:color w:val="333333"/>
          <w:sz w:val="16"/>
        </w:rPr>
        <w:br/>
        <w:t xml:space="preserve">        // ▼ [</w:t>
      </w:r>
      <w:r>
        <w:rPr>
          <w:rFonts w:ascii="Consolas" w:hAnsi="Consolas"/>
          <w:color w:val="333333"/>
          <w:sz w:val="16"/>
        </w:rPr>
        <w:t>추가</w:t>
      </w:r>
      <w:r>
        <w:rPr>
          <w:rFonts w:ascii="Consolas" w:hAnsi="Consolas"/>
          <w:color w:val="333333"/>
          <w:sz w:val="16"/>
        </w:rPr>
        <w:t xml:space="preserve">] </w:t>
      </w:r>
      <w:r>
        <w:rPr>
          <w:rFonts w:ascii="Consolas" w:hAnsi="Consolas"/>
          <w:color w:val="333333"/>
          <w:sz w:val="16"/>
        </w:rPr>
        <w:t>반드시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리소스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반환</w:t>
      </w:r>
      <w:r>
        <w:rPr>
          <w:rFonts w:ascii="Consolas" w:hAnsi="Consolas"/>
          <w:color w:val="333333"/>
          <w:sz w:val="16"/>
        </w:rPr>
        <w:br/>
        <w:t xml:space="preserve">        activeQueries.remove(queryId);</w:t>
      </w:r>
      <w:r>
        <w:rPr>
          <w:rFonts w:ascii="Consolas" w:hAnsi="Consolas"/>
          <w:color w:val="333333"/>
          <w:sz w:val="16"/>
        </w:rPr>
        <w:br/>
        <w:t xml:space="preserve">        trackQueryInterceptor.releaseQuery(sessionId);</w:t>
      </w:r>
      <w:r>
        <w:rPr>
          <w:rFonts w:ascii="Consolas" w:hAnsi="Consolas"/>
          <w:color w:val="333333"/>
          <w:sz w:val="16"/>
        </w:rPr>
        <w:br/>
        <w:t xml:space="preserve">        log.info("Query resources released: queryId={}, sessionId={}", queryId, sessionId);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>}</w:t>
      </w:r>
    </w:p>
    <w:p w14:paraId="590E03C5" w14:textId="77777777" w:rsidR="00281D6C" w:rsidRDefault="00000000">
      <w:pPr>
        <w:pStyle w:val="4"/>
      </w:pPr>
      <w:r>
        <w:t xml:space="preserve">3.1.3 CachedThreadPool → </w:t>
      </w:r>
      <w:r>
        <w:t>제한된</w:t>
      </w:r>
      <w:r>
        <w:t xml:space="preserve"> ThreadPoolExecutor </w:t>
      </w:r>
      <w:r>
        <w:t>교체</w:t>
      </w:r>
    </w:p>
    <w:p w14:paraId="09B38BEA" w14:textId="77777777" w:rsidR="00281D6C" w:rsidRDefault="00000000">
      <w:r>
        <w:rPr>
          <w:b/>
        </w:rPr>
        <w:t>AS-IS</w:t>
      </w:r>
      <w:r>
        <w:t xml:space="preserve">: </w:t>
      </w:r>
      <w:r>
        <w:rPr>
          <w:rFonts w:ascii="Consolas" w:hAnsi="Consolas"/>
          <w:color w:val="800000"/>
        </w:rPr>
        <w:t>CancellableQueryManager</w:t>
      </w:r>
      <w:r>
        <w:t>의</w:t>
      </w:r>
      <w:r>
        <w:t xml:space="preserve"> </w:t>
      </w:r>
      <w:r>
        <w:t>무제한</w:t>
      </w:r>
      <w:r>
        <w:t xml:space="preserve"> </w:t>
      </w:r>
      <w:r>
        <w:t>스레드</w:t>
      </w:r>
      <w:r>
        <w:t xml:space="preserve"> </w:t>
      </w:r>
      <w:r>
        <w:t>풀</w:t>
      </w:r>
    </w:p>
    <w:p w14:paraId="480B4056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>// AS-IS</w:t>
      </w:r>
      <w:r>
        <w:rPr>
          <w:rFonts w:ascii="Consolas" w:hAnsi="Consolas"/>
          <w:color w:val="333333"/>
          <w:sz w:val="16"/>
        </w:rPr>
        <w:br/>
        <w:t>private final ExecutorService queryExecutor = Executors.newCachedThreadPool(...);</w:t>
      </w:r>
    </w:p>
    <w:p w14:paraId="72B00326" w14:textId="77777777" w:rsidR="00281D6C" w:rsidRDefault="00000000">
      <w:r>
        <w:rPr>
          <w:b/>
        </w:rPr>
        <w:lastRenderedPageBreak/>
        <w:t>TO-BE</w:t>
      </w:r>
      <w:r>
        <w:t xml:space="preserve">: </w:t>
      </w:r>
      <w:r>
        <w:t>상한이</w:t>
      </w:r>
      <w:r>
        <w:t xml:space="preserve"> </w:t>
      </w:r>
      <w:r>
        <w:t>있는</w:t>
      </w:r>
      <w:r>
        <w:t xml:space="preserve"> ThreadPoolExecutor</w:t>
      </w:r>
      <w:r>
        <w:t>로</w:t>
      </w:r>
      <w:r>
        <w:t xml:space="preserve"> </w:t>
      </w:r>
      <w:r>
        <w:t>교체</w:t>
      </w:r>
    </w:p>
    <w:p w14:paraId="6575B5D3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>// TO-BE: CancellableQueryManager.java</w:t>
      </w:r>
      <w:r>
        <w:rPr>
          <w:rFonts w:ascii="Consolas" w:hAnsi="Consolas"/>
          <w:color w:val="333333"/>
          <w:sz w:val="16"/>
        </w:rPr>
        <w:br/>
        <w:t>private final ExecutorService queryExecutor = new ThreadPoolExecutor(</w:t>
      </w:r>
      <w:r>
        <w:rPr>
          <w:rFonts w:ascii="Consolas" w:hAnsi="Consolas"/>
          <w:color w:val="333333"/>
          <w:sz w:val="16"/>
        </w:rPr>
        <w:br/>
        <w:t xml:space="preserve">    5,                                    // corePoolSize</w:t>
      </w:r>
      <w:r>
        <w:rPr>
          <w:rFonts w:ascii="Consolas" w:hAnsi="Consolas"/>
          <w:color w:val="333333"/>
          <w:sz w:val="16"/>
        </w:rPr>
        <w:br/>
        <w:t xml:space="preserve">    20,                                   // maximumPoolSize (</w:t>
      </w:r>
      <w:r>
        <w:rPr>
          <w:rFonts w:ascii="Consolas" w:hAnsi="Consolas"/>
          <w:color w:val="333333"/>
          <w:sz w:val="16"/>
        </w:rPr>
        <w:t>상한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설정</w:t>
      </w:r>
      <w:r>
        <w:rPr>
          <w:rFonts w:ascii="Consolas" w:hAnsi="Consolas"/>
          <w:color w:val="333333"/>
          <w:sz w:val="16"/>
        </w:rPr>
        <w:t>)</w:t>
      </w:r>
      <w:r>
        <w:rPr>
          <w:rFonts w:ascii="Consolas" w:hAnsi="Consolas"/>
          <w:color w:val="333333"/>
          <w:sz w:val="16"/>
        </w:rPr>
        <w:br/>
        <w:t xml:space="preserve">    60L, TimeUnit.SECONDS,               // keepAliveTime</w:t>
      </w:r>
      <w:r>
        <w:rPr>
          <w:rFonts w:ascii="Consolas" w:hAnsi="Consolas"/>
          <w:color w:val="333333"/>
          <w:sz w:val="16"/>
        </w:rPr>
        <w:br/>
        <w:t xml:space="preserve">    new LinkedBlockingQueue&lt;&gt;(100),       // </w:t>
      </w:r>
      <w:r>
        <w:rPr>
          <w:rFonts w:ascii="Consolas" w:hAnsi="Consolas"/>
          <w:color w:val="333333"/>
          <w:sz w:val="16"/>
        </w:rPr>
        <w:t>대기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큐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크기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제한</w:t>
      </w:r>
      <w:r>
        <w:rPr>
          <w:rFonts w:ascii="Consolas" w:hAnsi="Consolas"/>
          <w:color w:val="333333"/>
          <w:sz w:val="16"/>
        </w:rPr>
        <w:br/>
        <w:t xml:space="preserve">    r -&gt; {</w:t>
      </w:r>
      <w:r>
        <w:rPr>
          <w:rFonts w:ascii="Consolas" w:hAnsi="Consolas"/>
          <w:color w:val="333333"/>
          <w:sz w:val="16"/>
        </w:rPr>
        <w:br/>
        <w:t xml:space="preserve">        Thread thread = new Thread(r);</w:t>
      </w:r>
      <w:r>
        <w:rPr>
          <w:rFonts w:ascii="Consolas" w:hAnsi="Consolas"/>
          <w:color w:val="333333"/>
          <w:sz w:val="16"/>
        </w:rPr>
        <w:br/>
        <w:t xml:space="preserve">        thread.setName("query-executor-" + thread.getId());</w:t>
      </w:r>
      <w:r>
        <w:rPr>
          <w:rFonts w:ascii="Consolas" w:hAnsi="Consolas"/>
          <w:color w:val="333333"/>
          <w:sz w:val="16"/>
        </w:rPr>
        <w:br/>
        <w:t xml:space="preserve">        thread.setDaemon(true);</w:t>
      </w:r>
      <w:r>
        <w:rPr>
          <w:rFonts w:ascii="Consolas" w:hAnsi="Consolas"/>
          <w:color w:val="333333"/>
          <w:sz w:val="16"/>
        </w:rPr>
        <w:br/>
        <w:t xml:space="preserve">        return thread;</w:t>
      </w:r>
      <w:r>
        <w:rPr>
          <w:rFonts w:ascii="Consolas" w:hAnsi="Consolas"/>
          <w:color w:val="333333"/>
          <w:sz w:val="16"/>
        </w:rPr>
        <w:br/>
        <w:t xml:space="preserve">    },</w:t>
      </w:r>
      <w:r>
        <w:rPr>
          <w:rFonts w:ascii="Consolas" w:hAnsi="Consolas"/>
          <w:color w:val="333333"/>
          <w:sz w:val="16"/>
        </w:rPr>
        <w:br/>
        <w:t xml:space="preserve">    new ThreadPoolExecutor.CallerRunsPolicy() // </w:t>
      </w:r>
      <w:r>
        <w:rPr>
          <w:rFonts w:ascii="Consolas" w:hAnsi="Consolas"/>
          <w:color w:val="333333"/>
          <w:sz w:val="16"/>
        </w:rPr>
        <w:t>큐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포화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호출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스레드에서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실행</w:t>
      </w:r>
      <w:r>
        <w:rPr>
          <w:rFonts w:ascii="Consolas" w:hAnsi="Consolas"/>
          <w:color w:val="333333"/>
          <w:sz w:val="16"/>
        </w:rPr>
        <w:br/>
        <w:t>);</w:t>
      </w:r>
    </w:p>
    <w:p w14:paraId="6FCD4494" w14:textId="77777777" w:rsidR="00281D6C" w:rsidRDefault="00281D6C">
      <w:pPr>
        <w:spacing w:before="120" w:after="120"/>
      </w:pPr>
    </w:p>
    <w:p w14:paraId="30CCD54E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 xml:space="preserve">3.2 Phase 2 — </w:t>
      </w:r>
      <w:r>
        <w:rPr>
          <w:lang w:eastAsia="ko-KR"/>
        </w:rPr>
        <w:t>취소</w:t>
      </w:r>
      <w:r>
        <w:rPr>
          <w:lang w:eastAsia="ko-KR"/>
        </w:rPr>
        <w:t xml:space="preserve"> </w:t>
      </w:r>
      <w:r>
        <w:rPr>
          <w:lang w:eastAsia="ko-KR"/>
        </w:rPr>
        <w:t>및</w:t>
      </w:r>
      <w:r>
        <w:rPr>
          <w:lang w:eastAsia="ko-KR"/>
        </w:rPr>
        <w:t xml:space="preserve"> </w:t>
      </w:r>
      <w:r>
        <w:rPr>
          <w:lang w:eastAsia="ko-KR"/>
        </w:rPr>
        <w:t>정리</w:t>
      </w:r>
      <w:r>
        <w:rPr>
          <w:lang w:eastAsia="ko-KR"/>
        </w:rPr>
        <w:t xml:space="preserve"> </w:t>
      </w:r>
      <w:r>
        <w:rPr>
          <w:lang w:eastAsia="ko-KR"/>
        </w:rPr>
        <w:t>로직</w:t>
      </w:r>
      <w:r>
        <w:rPr>
          <w:lang w:eastAsia="ko-KR"/>
        </w:rPr>
        <w:t xml:space="preserve"> </w:t>
      </w:r>
      <w:r>
        <w:rPr>
          <w:lang w:eastAsia="ko-KR"/>
        </w:rPr>
        <w:t>완성</w:t>
      </w:r>
    </w:p>
    <w:p w14:paraId="3D1FEEC6" w14:textId="77777777" w:rsidR="00281D6C" w:rsidRDefault="00000000">
      <w:pPr>
        <w:ind w:left="567"/>
        <w:rPr>
          <w:lang w:eastAsia="ko-KR"/>
        </w:rPr>
      </w:pPr>
      <w:r>
        <w:rPr>
          <w:i/>
          <w:color w:val="555555"/>
          <w:lang w:eastAsia="ko-KR"/>
        </w:rPr>
        <w:t>목표</w:t>
      </w:r>
      <w:r>
        <w:rPr>
          <w:i/>
          <w:color w:val="555555"/>
          <w:lang w:eastAsia="ko-KR"/>
        </w:rPr>
        <w:t xml:space="preserve">: </w:t>
      </w:r>
      <w:r>
        <w:rPr>
          <w:i/>
          <w:color w:val="555555"/>
          <w:lang w:eastAsia="ko-KR"/>
        </w:rPr>
        <w:t>불필요한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리소스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점유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방지</w:t>
      </w:r>
      <w:r>
        <w:rPr>
          <w:i/>
          <w:color w:val="555555"/>
          <w:lang w:eastAsia="ko-KR"/>
        </w:rPr>
        <w:t xml:space="preserve">, </w:t>
      </w:r>
      <w:r>
        <w:rPr>
          <w:i/>
          <w:color w:val="555555"/>
          <w:lang w:eastAsia="ko-KR"/>
        </w:rPr>
        <w:t>쿼리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생명주기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완전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관리</w:t>
      </w:r>
    </w:p>
    <w:p w14:paraId="0D17E8D1" w14:textId="77777777" w:rsidR="00281D6C" w:rsidRDefault="00000000">
      <w:pPr>
        <w:pStyle w:val="4"/>
      </w:pPr>
      <w:r>
        <w:t xml:space="preserve">3.2.1 </w:t>
      </w:r>
      <w:proofErr w:type="spellStart"/>
      <w:r>
        <w:t>ChunkedTrackStreamingService</w:t>
      </w:r>
      <w:proofErr w:type="spellEnd"/>
      <w:r>
        <w:t xml:space="preserve"> </w:t>
      </w:r>
      <w:proofErr w:type="spellStart"/>
      <w:r>
        <w:t>쿼리</w:t>
      </w:r>
      <w:proofErr w:type="spellEnd"/>
      <w:r>
        <w:t xml:space="preserve"> </w:t>
      </w:r>
      <w:proofErr w:type="spellStart"/>
      <w:r>
        <w:t>취소</w:t>
      </w:r>
      <w:proofErr w:type="spellEnd"/>
      <w:r>
        <w:t xml:space="preserve"> </w:t>
      </w:r>
      <w:r>
        <w:t>구현</w:t>
      </w:r>
    </w:p>
    <w:p w14:paraId="694B46F5" w14:textId="77777777" w:rsidR="00281D6C" w:rsidRDefault="00000000">
      <w:r>
        <w:rPr>
          <w:b/>
        </w:rPr>
        <w:t>AS-IS</w:t>
      </w:r>
      <w:r>
        <w:t xml:space="preserve">: TODO </w:t>
      </w:r>
      <w:r>
        <w:t>주석만</w:t>
      </w:r>
      <w:r>
        <w:t xml:space="preserve"> </w:t>
      </w:r>
      <w:r>
        <w:t>존재</w:t>
      </w:r>
    </w:p>
    <w:p w14:paraId="07EE0537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>// AS-IS</w:t>
      </w:r>
      <w:r>
        <w:rPr>
          <w:rFonts w:ascii="Consolas" w:hAnsi="Consolas"/>
          <w:color w:val="333333"/>
          <w:sz w:val="16"/>
        </w:rPr>
        <w:br/>
        <w:t>public void cancelQuery(String queryId) {</w:t>
      </w:r>
      <w:r>
        <w:rPr>
          <w:rFonts w:ascii="Consolas" w:hAnsi="Consolas"/>
          <w:color w:val="333333"/>
          <w:sz w:val="16"/>
        </w:rPr>
        <w:br/>
        <w:t xml:space="preserve">    log.info("Cancelling chunked query: {}", queryId);</w:t>
      </w:r>
      <w:r>
        <w:rPr>
          <w:rFonts w:ascii="Consolas" w:hAnsi="Consolas"/>
          <w:color w:val="333333"/>
          <w:sz w:val="16"/>
        </w:rPr>
        <w:br/>
        <w:t xml:space="preserve">    // TODO: </w:t>
      </w:r>
      <w:r>
        <w:rPr>
          <w:rFonts w:ascii="Consolas" w:hAnsi="Consolas"/>
          <w:color w:val="333333"/>
          <w:sz w:val="16"/>
        </w:rPr>
        <w:t>실제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취소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로직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구현</w:t>
      </w:r>
      <w:r>
        <w:rPr>
          <w:rFonts w:ascii="Consolas" w:hAnsi="Consolas"/>
          <w:color w:val="333333"/>
          <w:sz w:val="16"/>
        </w:rPr>
        <w:br/>
        <w:t xml:space="preserve">    cleanupQueryMetrics(queryId);</w:t>
      </w:r>
      <w:r>
        <w:rPr>
          <w:rFonts w:ascii="Consolas" w:hAnsi="Consolas"/>
          <w:color w:val="333333"/>
          <w:sz w:val="16"/>
        </w:rPr>
        <w:br/>
        <w:t>}</w:t>
      </w:r>
    </w:p>
    <w:p w14:paraId="514ACB26" w14:textId="77777777" w:rsidR="00281D6C" w:rsidRDefault="00000000">
      <w:r>
        <w:rPr>
          <w:b/>
        </w:rPr>
        <w:t>TO-BE</w:t>
      </w:r>
      <w:r>
        <w:t xml:space="preserve">: AtomicBoolean </w:t>
      </w:r>
      <w:r>
        <w:t>취소</w:t>
      </w:r>
      <w:r>
        <w:t xml:space="preserve"> </w:t>
      </w:r>
      <w:r>
        <w:t>플래그</w:t>
      </w:r>
      <w:r>
        <w:t xml:space="preserve"> + </w:t>
      </w:r>
      <w:r>
        <w:t>쿼리</w:t>
      </w:r>
      <w:r>
        <w:t xml:space="preserve"> </w:t>
      </w:r>
      <w:r>
        <w:t>루프</w:t>
      </w:r>
      <w:r>
        <w:t xml:space="preserve"> </w:t>
      </w:r>
      <w:r>
        <w:t>내</w:t>
      </w:r>
      <w:r>
        <w:t xml:space="preserve"> </w:t>
      </w:r>
      <w:r>
        <w:t>체크</w:t>
      </w:r>
      <w:r>
        <w:t xml:space="preserve"> </w:t>
      </w:r>
      <w:r>
        <w:t>포인트</w:t>
      </w:r>
    </w:p>
    <w:p w14:paraId="3D60452D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>// TO-BE: ChunkedTrackStreamingService.java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>// ▼ [</w:t>
      </w:r>
      <w:r>
        <w:rPr>
          <w:rFonts w:ascii="Consolas" w:hAnsi="Consolas"/>
          <w:color w:val="333333"/>
          <w:sz w:val="16"/>
        </w:rPr>
        <w:t>추가</w:t>
      </w:r>
      <w:r>
        <w:rPr>
          <w:rFonts w:ascii="Consolas" w:hAnsi="Consolas"/>
          <w:color w:val="333333"/>
          <w:sz w:val="16"/>
        </w:rPr>
        <w:t xml:space="preserve">] </w:t>
      </w:r>
      <w:r>
        <w:rPr>
          <w:rFonts w:ascii="Consolas" w:hAnsi="Consolas"/>
          <w:color w:val="333333"/>
          <w:sz w:val="16"/>
        </w:rPr>
        <w:t>쿼리별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취소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플래그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관리</w:t>
      </w:r>
      <w:r>
        <w:rPr>
          <w:rFonts w:ascii="Consolas" w:hAnsi="Consolas"/>
          <w:color w:val="333333"/>
          <w:sz w:val="16"/>
        </w:rPr>
        <w:br/>
        <w:t>private final ConcurrentHashMap&lt;String, AtomicBoolean&gt; queryCancelFlags = new ConcurrentHashMap&lt;&gt;();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>@Async("trackStreamingExecutor")</w:t>
      </w:r>
      <w:r>
        <w:rPr>
          <w:rFonts w:ascii="Consolas" w:hAnsi="Consolas"/>
          <w:color w:val="333333"/>
          <w:sz w:val="16"/>
        </w:rPr>
        <w:br/>
        <w:t>public void streamChunkedTracks(TrackQueryRequest request,</w:t>
      </w:r>
      <w:r>
        <w:rPr>
          <w:rFonts w:ascii="Consolas" w:hAnsi="Consolas"/>
          <w:color w:val="333333"/>
          <w:sz w:val="16"/>
        </w:rPr>
        <w:br/>
        <w:t xml:space="preserve">                                String queryId, String sessionId, ...) {</w:t>
      </w:r>
      <w:r>
        <w:rPr>
          <w:rFonts w:ascii="Consolas" w:hAnsi="Consolas"/>
          <w:color w:val="333333"/>
          <w:sz w:val="16"/>
        </w:rPr>
        <w:br/>
        <w:t xml:space="preserve">    // ▼ [</w:t>
      </w:r>
      <w:r>
        <w:rPr>
          <w:rFonts w:ascii="Consolas" w:hAnsi="Consolas"/>
          <w:color w:val="333333"/>
          <w:sz w:val="16"/>
        </w:rPr>
        <w:t>추가</w:t>
      </w:r>
      <w:r>
        <w:rPr>
          <w:rFonts w:ascii="Consolas" w:hAnsi="Consolas"/>
          <w:color w:val="333333"/>
          <w:sz w:val="16"/>
        </w:rPr>
        <w:t xml:space="preserve">] </w:t>
      </w:r>
      <w:r>
        <w:rPr>
          <w:rFonts w:ascii="Consolas" w:hAnsi="Consolas"/>
          <w:color w:val="333333"/>
          <w:sz w:val="16"/>
        </w:rPr>
        <w:t>취소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플래그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등록</w:t>
      </w:r>
      <w:r>
        <w:rPr>
          <w:rFonts w:ascii="Consolas" w:hAnsi="Consolas"/>
          <w:color w:val="333333"/>
          <w:sz w:val="16"/>
        </w:rPr>
        <w:br/>
        <w:t xml:space="preserve">    AtomicBoolean cancelFlag = new AtomicBoolean(false);</w:t>
      </w:r>
      <w:r>
        <w:rPr>
          <w:rFonts w:ascii="Consolas" w:hAnsi="Consolas"/>
          <w:color w:val="333333"/>
          <w:sz w:val="16"/>
        </w:rPr>
        <w:br/>
        <w:t xml:space="preserve">    queryCancelFlags.put(queryId, cancelFlag);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try {</w:t>
      </w:r>
      <w:r>
        <w:rPr>
          <w:rFonts w:ascii="Consolas" w:hAnsi="Consolas"/>
          <w:color w:val="333333"/>
          <w:sz w:val="16"/>
        </w:rPr>
        <w:br/>
        <w:t xml:space="preserve">        // ... </w:t>
      </w:r>
      <w:r>
        <w:rPr>
          <w:rFonts w:ascii="Consolas" w:hAnsi="Consolas"/>
          <w:color w:val="333333"/>
          <w:sz w:val="16"/>
        </w:rPr>
        <w:t>기존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로직에서</w:t>
      </w:r>
      <w:r>
        <w:rPr>
          <w:rFonts w:ascii="Consolas" w:hAnsi="Consolas"/>
          <w:color w:val="333333"/>
          <w:sz w:val="16"/>
        </w:rPr>
        <w:t xml:space="preserve"> processTableRange </w:t>
      </w:r>
      <w:r>
        <w:rPr>
          <w:rFonts w:ascii="Consolas" w:hAnsi="Consolas"/>
          <w:color w:val="333333"/>
          <w:sz w:val="16"/>
        </w:rPr>
        <w:t>호출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시</w:t>
      </w:r>
      <w:r>
        <w:rPr>
          <w:rFonts w:ascii="Consolas" w:hAnsi="Consolas"/>
          <w:color w:val="333333"/>
          <w:sz w:val="16"/>
        </w:rPr>
        <w:t xml:space="preserve"> cancelFlag </w:t>
      </w:r>
      <w:r>
        <w:rPr>
          <w:rFonts w:ascii="Consolas" w:hAnsi="Consolas"/>
          <w:color w:val="333333"/>
          <w:sz w:val="16"/>
        </w:rPr>
        <w:t>전달</w:t>
      </w:r>
      <w:r>
        <w:rPr>
          <w:rFonts w:ascii="Consolas" w:hAnsi="Consolas"/>
          <w:color w:val="333333"/>
          <w:sz w:val="16"/>
        </w:rPr>
        <w:t xml:space="preserve"> ...</w:t>
      </w:r>
      <w:r>
        <w:rPr>
          <w:rFonts w:ascii="Consolas" w:hAnsi="Consolas"/>
          <w:color w:val="333333"/>
          <w:sz w:val="16"/>
        </w:rPr>
        <w:br/>
        <w:t xml:space="preserve">        for (Map.Entry&lt;TableStrategy, List&lt;TimeRange&gt;&gt; entry : strategyMap.entrySet()) {</w:t>
      </w:r>
      <w:r>
        <w:rPr>
          <w:rFonts w:ascii="Consolas" w:hAnsi="Consolas"/>
          <w:color w:val="333333"/>
          <w:sz w:val="16"/>
        </w:rPr>
        <w:br/>
        <w:t xml:space="preserve">            // ▼ [</w:t>
      </w:r>
      <w:r>
        <w:rPr>
          <w:rFonts w:ascii="Consolas" w:hAnsi="Consolas"/>
          <w:color w:val="333333"/>
          <w:sz w:val="16"/>
        </w:rPr>
        <w:t>추가</w:t>
      </w:r>
      <w:r>
        <w:rPr>
          <w:rFonts w:ascii="Consolas" w:hAnsi="Consolas"/>
          <w:color w:val="333333"/>
          <w:sz w:val="16"/>
        </w:rPr>
        <w:t xml:space="preserve">] </w:t>
      </w:r>
      <w:r>
        <w:rPr>
          <w:rFonts w:ascii="Consolas" w:hAnsi="Consolas"/>
          <w:color w:val="333333"/>
          <w:sz w:val="16"/>
        </w:rPr>
        <w:t>테이블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처리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전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취소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확인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lastRenderedPageBreak/>
        <w:t xml:space="preserve">            if (cancelFlag.get()) {</w:t>
      </w:r>
      <w:r>
        <w:rPr>
          <w:rFonts w:ascii="Consolas" w:hAnsi="Consolas"/>
          <w:color w:val="333333"/>
          <w:sz w:val="16"/>
        </w:rPr>
        <w:br/>
        <w:t xml:space="preserve">                log.info("Query {} cancelled before processing table {}", queryId, entry.getKey());</w:t>
      </w:r>
      <w:r>
        <w:rPr>
          <w:rFonts w:ascii="Consolas" w:hAnsi="Consolas"/>
          <w:color w:val="333333"/>
          <w:sz w:val="16"/>
        </w:rPr>
        <w:br/>
        <w:t xml:space="preserve">                break;</w:t>
      </w:r>
      <w:r>
        <w:rPr>
          <w:rFonts w:ascii="Consolas" w:hAnsi="Consolas"/>
          <w:color w:val="333333"/>
          <w:sz w:val="16"/>
        </w:rPr>
        <w:br/>
        <w:t xml:space="preserve">            }</w:t>
      </w:r>
      <w:r>
        <w:rPr>
          <w:rFonts w:ascii="Consolas" w:hAnsi="Consolas"/>
          <w:color w:val="333333"/>
          <w:sz w:val="16"/>
        </w:rPr>
        <w:br/>
        <w:t xml:space="preserve">            // processTableRange(request, strategy, range, sessionId, viewportVesselIds, cancelFlag);</w:t>
      </w:r>
      <w:r>
        <w:rPr>
          <w:rFonts w:ascii="Consolas" w:hAnsi="Consolas"/>
          <w:color w:val="333333"/>
          <w:sz w:val="16"/>
        </w:rPr>
        <w:br/>
        <w:t xml:space="preserve">        }</w:t>
      </w:r>
      <w:r>
        <w:rPr>
          <w:rFonts w:ascii="Consolas" w:hAnsi="Consolas"/>
          <w:color w:val="333333"/>
          <w:sz w:val="16"/>
        </w:rPr>
        <w:br/>
        <w:t xml:space="preserve">    } finally {</w:t>
      </w:r>
      <w:r>
        <w:rPr>
          <w:rFonts w:ascii="Consolas" w:hAnsi="Consolas"/>
          <w:color w:val="333333"/>
          <w:sz w:val="16"/>
        </w:rPr>
        <w:br/>
        <w:t xml:space="preserve">        queryCancelFlags.remove(queryId);</w:t>
      </w:r>
      <w:r>
        <w:rPr>
          <w:rFonts w:ascii="Consolas" w:hAnsi="Consolas"/>
          <w:color w:val="333333"/>
          <w:sz w:val="16"/>
        </w:rPr>
        <w:br/>
        <w:t xml:space="preserve">        trackQueryInterceptor.releaseQuery(sessionId);</w:t>
      </w:r>
      <w:r>
        <w:rPr>
          <w:rFonts w:ascii="Consolas" w:hAnsi="Consolas"/>
          <w:color w:val="333333"/>
          <w:sz w:val="16"/>
        </w:rPr>
        <w:br/>
        <w:t xml:space="preserve">        activeQueryManager.completeQuery(sessionId);</w:t>
      </w:r>
      <w:r>
        <w:rPr>
          <w:rFonts w:ascii="Consolas" w:hAnsi="Consolas"/>
          <w:color w:val="333333"/>
          <w:sz w:val="16"/>
        </w:rPr>
        <w:br/>
        <w:t xml:space="preserve">        cleanupQueryMetrics(queryId);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>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>// ▼ [</w:t>
      </w:r>
      <w:r>
        <w:rPr>
          <w:rFonts w:ascii="Consolas" w:hAnsi="Consolas"/>
          <w:color w:val="333333"/>
          <w:sz w:val="16"/>
        </w:rPr>
        <w:t>개선</w:t>
      </w:r>
      <w:r>
        <w:rPr>
          <w:rFonts w:ascii="Consolas" w:hAnsi="Consolas"/>
          <w:color w:val="333333"/>
          <w:sz w:val="16"/>
        </w:rPr>
        <w:t xml:space="preserve">] </w:t>
      </w:r>
      <w:r>
        <w:rPr>
          <w:rFonts w:ascii="Consolas" w:hAnsi="Consolas"/>
          <w:color w:val="333333"/>
          <w:sz w:val="16"/>
        </w:rPr>
        <w:t>실제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취소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로직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구현</w:t>
      </w:r>
      <w:r>
        <w:rPr>
          <w:rFonts w:ascii="Consolas" w:hAnsi="Consolas"/>
          <w:color w:val="333333"/>
          <w:sz w:val="16"/>
        </w:rPr>
        <w:br/>
        <w:t>public void cancelQuery(String queryId) {</w:t>
      </w:r>
      <w:r>
        <w:rPr>
          <w:rFonts w:ascii="Consolas" w:hAnsi="Consolas"/>
          <w:color w:val="333333"/>
          <w:sz w:val="16"/>
        </w:rPr>
        <w:br/>
        <w:t xml:space="preserve">    AtomicBoolean flag = queryCancelFlags.get(queryId);</w:t>
      </w:r>
      <w:r>
        <w:rPr>
          <w:rFonts w:ascii="Consolas" w:hAnsi="Consolas"/>
          <w:color w:val="333333"/>
          <w:sz w:val="16"/>
        </w:rPr>
        <w:br/>
        <w:t xml:space="preserve">    if (flag != null) {</w:t>
      </w:r>
      <w:r>
        <w:rPr>
          <w:rFonts w:ascii="Consolas" w:hAnsi="Consolas"/>
          <w:color w:val="333333"/>
          <w:sz w:val="16"/>
        </w:rPr>
        <w:br/>
        <w:t xml:space="preserve">        flag.set(true);</w:t>
      </w:r>
      <w:r>
        <w:rPr>
          <w:rFonts w:ascii="Consolas" w:hAnsi="Consolas"/>
          <w:color w:val="333333"/>
          <w:sz w:val="16"/>
        </w:rPr>
        <w:br/>
        <w:t xml:space="preserve">        log.info("Cancel flag set for query: {}", queryId);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 xml:space="preserve">    cleanupQueryMetrics(queryId);</w:t>
      </w:r>
      <w:r>
        <w:rPr>
          <w:rFonts w:ascii="Consolas" w:hAnsi="Consolas"/>
          <w:color w:val="333333"/>
          <w:sz w:val="16"/>
        </w:rPr>
        <w:br/>
        <w:t>}</w:t>
      </w:r>
    </w:p>
    <w:p w14:paraId="314A970E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TO-BE: processTableRange </w:t>
      </w:r>
      <w:r>
        <w:rPr>
          <w:rFonts w:ascii="Consolas" w:hAnsi="Consolas"/>
          <w:color w:val="333333"/>
          <w:sz w:val="16"/>
        </w:rPr>
        <w:t>내부</w:t>
      </w:r>
      <w:r>
        <w:rPr>
          <w:rFonts w:ascii="Consolas" w:hAnsi="Consolas"/>
          <w:color w:val="333333"/>
          <w:sz w:val="16"/>
        </w:rPr>
        <w:t xml:space="preserve"> — </w:t>
      </w:r>
      <w:r>
        <w:rPr>
          <w:rFonts w:ascii="Consolas" w:hAnsi="Consolas"/>
          <w:color w:val="333333"/>
          <w:sz w:val="16"/>
        </w:rPr>
        <w:t>주기적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취소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확인</w:t>
      </w:r>
      <w:r>
        <w:rPr>
          <w:rFonts w:ascii="Consolas" w:hAnsi="Consolas"/>
          <w:color w:val="333333"/>
          <w:sz w:val="16"/>
        </w:rPr>
        <w:br/>
        <w:t>while (rs.next() &amp;&amp; trackCount &lt; MAX_TRACKS_PER_CHUNK) {</w:t>
      </w:r>
      <w:r>
        <w:rPr>
          <w:rFonts w:ascii="Consolas" w:hAnsi="Consolas"/>
          <w:color w:val="333333"/>
          <w:sz w:val="16"/>
        </w:rPr>
        <w:br/>
        <w:t xml:space="preserve">    // ▼ [</w:t>
      </w:r>
      <w:r>
        <w:rPr>
          <w:rFonts w:ascii="Consolas" w:hAnsi="Consolas"/>
          <w:color w:val="333333"/>
          <w:sz w:val="16"/>
        </w:rPr>
        <w:t>추가</w:t>
      </w:r>
      <w:r>
        <w:rPr>
          <w:rFonts w:ascii="Consolas" w:hAnsi="Consolas"/>
          <w:color w:val="333333"/>
          <w:sz w:val="16"/>
        </w:rPr>
        <w:t>] 1000</w:t>
      </w:r>
      <w:r>
        <w:rPr>
          <w:rFonts w:ascii="Consolas" w:hAnsi="Consolas"/>
          <w:color w:val="333333"/>
          <w:sz w:val="16"/>
        </w:rPr>
        <w:t>건마다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취소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확인</w:t>
      </w:r>
      <w:r>
        <w:rPr>
          <w:rFonts w:ascii="Consolas" w:hAnsi="Consolas"/>
          <w:color w:val="333333"/>
          <w:sz w:val="16"/>
        </w:rPr>
        <w:br/>
        <w:t xml:space="preserve">    if (trackCount % 1000 == 0 &amp;&amp; cancelFlag.get()) {</w:t>
      </w:r>
      <w:r>
        <w:rPr>
          <w:rFonts w:ascii="Consolas" w:hAnsi="Consolas"/>
          <w:color w:val="333333"/>
          <w:sz w:val="16"/>
        </w:rPr>
        <w:br/>
        <w:t xml:space="preserve">        log.info("Query cancelled during processing: table={}, processed={}", tableName, trackCount);</w:t>
      </w:r>
      <w:r>
        <w:rPr>
          <w:rFonts w:ascii="Consolas" w:hAnsi="Consolas"/>
          <w:color w:val="333333"/>
          <w:sz w:val="16"/>
        </w:rPr>
        <w:br/>
        <w:t xml:space="preserve">        return Collections.emptyList();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 xml:space="preserve">    // ... </w:t>
      </w:r>
      <w:r>
        <w:rPr>
          <w:rFonts w:ascii="Consolas" w:hAnsi="Consolas"/>
          <w:color w:val="333333"/>
          <w:sz w:val="16"/>
        </w:rPr>
        <w:t>기존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처리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로직</w:t>
      </w:r>
      <w:r>
        <w:rPr>
          <w:rFonts w:ascii="Consolas" w:hAnsi="Consolas"/>
          <w:color w:val="333333"/>
          <w:sz w:val="16"/>
        </w:rPr>
        <w:t xml:space="preserve"> ...</w:t>
      </w:r>
      <w:r>
        <w:rPr>
          <w:rFonts w:ascii="Consolas" w:hAnsi="Consolas"/>
          <w:color w:val="333333"/>
          <w:sz w:val="16"/>
        </w:rPr>
        <w:br/>
        <w:t>}</w:t>
      </w:r>
    </w:p>
    <w:p w14:paraId="1591C769" w14:textId="77777777" w:rsidR="00281D6C" w:rsidRDefault="00000000">
      <w:pPr>
        <w:pStyle w:val="4"/>
      </w:pPr>
      <w:r>
        <w:t xml:space="preserve">3.2.2 </w:t>
      </w:r>
      <w:r>
        <w:t>쿼리</w:t>
      </w:r>
      <w:r>
        <w:t xml:space="preserve"> </w:t>
      </w:r>
      <w:r>
        <w:t>관리</w:t>
      </w:r>
      <w:r>
        <w:t xml:space="preserve"> </w:t>
      </w:r>
      <w:r>
        <w:t>시스템</w:t>
      </w:r>
      <w:r>
        <w:t xml:space="preserve"> </w:t>
      </w:r>
      <w:r>
        <w:t>통합</w:t>
      </w:r>
    </w:p>
    <w:p w14:paraId="149BBA06" w14:textId="77777777" w:rsidR="00281D6C" w:rsidRDefault="00000000">
      <w:r>
        <w:rPr>
          <w:b/>
        </w:rPr>
        <w:t>AS-IS</w:t>
      </w:r>
      <w:r>
        <w:t xml:space="preserve">: </w:t>
      </w:r>
      <w:r>
        <w:rPr>
          <w:rFonts w:ascii="Consolas" w:hAnsi="Consolas"/>
          <w:color w:val="800000"/>
        </w:rPr>
        <w:t>ActiveQueryManager</w:t>
      </w:r>
      <w:r>
        <w:t>와</w:t>
      </w:r>
      <w:r>
        <w:t xml:space="preserve"> </w:t>
      </w:r>
      <w:r>
        <w:rPr>
          <w:rFonts w:ascii="Consolas" w:hAnsi="Consolas"/>
          <w:color w:val="800000"/>
        </w:rPr>
        <w:t>StompTrackStreamingService.activeQueries</w:t>
      </w:r>
      <w:r>
        <w:t xml:space="preserve"> </w:t>
      </w:r>
      <w:r>
        <w:t>이원화</w:t>
      </w:r>
    </w:p>
    <w:p w14:paraId="353C3878" w14:textId="77777777" w:rsidR="00281D6C" w:rsidRDefault="00000000">
      <w:r>
        <w:rPr>
          <w:b/>
        </w:rPr>
        <w:t>TO-BE</w:t>
      </w:r>
      <w:r>
        <w:t xml:space="preserve">: </w:t>
      </w:r>
      <w:r>
        <w:rPr>
          <w:rFonts w:ascii="Consolas" w:hAnsi="Consolas"/>
          <w:color w:val="800000"/>
        </w:rPr>
        <w:t>ActiveQueryManager</w:t>
      </w:r>
      <w:r>
        <w:t>를</w:t>
      </w:r>
      <w:r>
        <w:t xml:space="preserve"> </w:t>
      </w:r>
      <w:r>
        <w:t>단일</w:t>
      </w:r>
      <w:r>
        <w:t xml:space="preserve"> </w:t>
      </w:r>
      <w:r>
        <w:t>진실의</w:t>
      </w:r>
      <w:r>
        <w:t xml:space="preserve"> </w:t>
      </w:r>
      <w:r>
        <w:t>원천</w:t>
      </w:r>
      <w:r>
        <w:t>(Single Source of Truth)</w:t>
      </w:r>
      <w:r>
        <w:t>으로</w:t>
      </w:r>
      <w:r>
        <w:t xml:space="preserve"> </w:t>
      </w:r>
      <w:r>
        <w:t>통합</w:t>
      </w:r>
    </w:p>
    <w:p w14:paraId="624F2796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TO-BE: ActiveQueryManager.java — </w:t>
      </w:r>
      <w:r>
        <w:rPr>
          <w:rFonts w:ascii="Consolas" w:hAnsi="Consolas"/>
          <w:color w:val="333333"/>
          <w:sz w:val="16"/>
        </w:rPr>
        <w:t>취소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플래그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및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릴리즈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콜백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통합</w:t>
      </w:r>
      <w:r>
        <w:rPr>
          <w:rFonts w:ascii="Consolas" w:hAnsi="Consolas"/>
          <w:color w:val="333333"/>
          <w:sz w:val="16"/>
        </w:rPr>
        <w:br/>
        <w:t>public static class ActiveQuery {</w:t>
      </w:r>
      <w:r>
        <w:rPr>
          <w:rFonts w:ascii="Consolas" w:hAnsi="Consolas"/>
          <w:color w:val="333333"/>
          <w:sz w:val="16"/>
        </w:rPr>
        <w:br/>
        <w:t xml:space="preserve">    private final String sessionId;</w:t>
      </w:r>
      <w:r>
        <w:rPr>
          <w:rFonts w:ascii="Consolas" w:hAnsi="Consolas"/>
          <w:color w:val="333333"/>
          <w:sz w:val="16"/>
        </w:rPr>
        <w:br/>
        <w:t xml:space="preserve">    private final String queryId;</w:t>
      </w:r>
      <w:r>
        <w:rPr>
          <w:rFonts w:ascii="Consolas" w:hAnsi="Consolas"/>
          <w:color w:val="333333"/>
          <w:sz w:val="16"/>
        </w:rPr>
        <w:br/>
        <w:t xml:space="preserve">    private final LocalDateTime startTime;</w:t>
      </w:r>
      <w:r>
        <w:rPr>
          <w:rFonts w:ascii="Consolas" w:hAnsi="Consolas"/>
          <w:color w:val="333333"/>
          <w:sz w:val="16"/>
        </w:rPr>
        <w:br/>
        <w:t xml:space="preserve">    private final AtomicBoolean cancelled = new AtomicBoolean(false);</w:t>
      </w:r>
      <w:r>
        <w:rPr>
          <w:rFonts w:ascii="Consolas" w:hAnsi="Consolas"/>
          <w:color w:val="333333"/>
          <w:sz w:val="16"/>
        </w:rPr>
        <w:br/>
        <w:t xml:space="preserve">    private volatile String currentTable;</w:t>
      </w:r>
      <w:r>
        <w:rPr>
          <w:rFonts w:ascii="Consolas" w:hAnsi="Consolas"/>
          <w:color w:val="333333"/>
          <w:sz w:val="16"/>
        </w:rPr>
        <w:br/>
        <w:t xml:space="preserve">    private volatile int processedChunks;</w:t>
      </w:r>
      <w:r>
        <w:rPr>
          <w:rFonts w:ascii="Consolas" w:hAnsi="Consolas"/>
          <w:color w:val="333333"/>
          <w:sz w:val="16"/>
        </w:rPr>
        <w:br/>
        <w:t xml:space="preserve">    private Runnable onComplete;  // ▼ [</w:t>
      </w:r>
      <w:r>
        <w:rPr>
          <w:rFonts w:ascii="Consolas" w:hAnsi="Consolas"/>
          <w:color w:val="333333"/>
          <w:sz w:val="16"/>
        </w:rPr>
        <w:t>추가</w:t>
      </w:r>
      <w:r>
        <w:rPr>
          <w:rFonts w:ascii="Consolas" w:hAnsi="Consolas"/>
          <w:color w:val="333333"/>
          <w:sz w:val="16"/>
        </w:rPr>
        <w:t xml:space="preserve">] </w:t>
      </w:r>
      <w:r>
        <w:rPr>
          <w:rFonts w:ascii="Consolas" w:hAnsi="Consolas"/>
          <w:color w:val="333333"/>
          <w:sz w:val="16"/>
        </w:rPr>
        <w:t>완료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콜백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public void setOnComplete(Runnable callback) {</w:t>
      </w:r>
      <w:r>
        <w:rPr>
          <w:rFonts w:ascii="Consolas" w:hAnsi="Consolas"/>
          <w:color w:val="333333"/>
          <w:sz w:val="16"/>
        </w:rPr>
        <w:br/>
        <w:t xml:space="preserve">        this.onComplete = callback;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lastRenderedPageBreak/>
        <w:t>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>public void completeQuery(String sessionId) {</w:t>
      </w:r>
      <w:r>
        <w:rPr>
          <w:rFonts w:ascii="Consolas" w:hAnsi="Consolas"/>
          <w:color w:val="333333"/>
          <w:sz w:val="16"/>
        </w:rPr>
        <w:br/>
        <w:t xml:space="preserve">    ActiveQuery query = activeQueries.remove(sessionId);</w:t>
      </w:r>
      <w:r>
        <w:rPr>
          <w:rFonts w:ascii="Consolas" w:hAnsi="Consolas"/>
          <w:color w:val="333333"/>
          <w:sz w:val="16"/>
        </w:rPr>
        <w:br/>
        <w:t xml:space="preserve">    if (query != null) {</w:t>
      </w:r>
      <w:r>
        <w:rPr>
          <w:rFonts w:ascii="Consolas" w:hAnsi="Consolas"/>
          <w:color w:val="333333"/>
          <w:sz w:val="16"/>
        </w:rPr>
        <w:br/>
        <w:t xml:space="preserve">        // ▼ [</w:t>
      </w:r>
      <w:r>
        <w:rPr>
          <w:rFonts w:ascii="Consolas" w:hAnsi="Consolas"/>
          <w:color w:val="333333"/>
          <w:sz w:val="16"/>
        </w:rPr>
        <w:t>추가</w:t>
      </w:r>
      <w:r>
        <w:rPr>
          <w:rFonts w:ascii="Consolas" w:hAnsi="Consolas"/>
          <w:color w:val="333333"/>
          <w:sz w:val="16"/>
        </w:rPr>
        <w:t xml:space="preserve">] </w:t>
      </w:r>
      <w:r>
        <w:rPr>
          <w:rFonts w:ascii="Consolas" w:hAnsi="Consolas"/>
          <w:color w:val="333333"/>
          <w:sz w:val="16"/>
        </w:rPr>
        <w:t>등록된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콜백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실행</w:t>
      </w:r>
      <w:r>
        <w:rPr>
          <w:rFonts w:ascii="Consolas" w:hAnsi="Consolas"/>
          <w:color w:val="333333"/>
          <w:sz w:val="16"/>
        </w:rPr>
        <w:t xml:space="preserve"> (Semaphore </w:t>
      </w:r>
      <w:r>
        <w:rPr>
          <w:rFonts w:ascii="Consolas" w:hAnsi="Consolas"/>
          <w:color w:val="333333"/>
          <w:sz w:val="16"/>
        </w:rPr>
        <w:t>반환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등</w:t>
      </w:r>
      <w:r>
        <w:rPr>
          <w:rFonts w:ascii="Consolas" w:hAnsi="Consolas"/>
          <w:color w:val="333333"/>
          <w:sz w:val="16"/>
        </w:rPr>
        <w:t>)</w:t>
      </w:r>
      <w:r>
        <w:rPr>
          <w:rFonts w:ascii="Consolas" w:hAnsi="Consolas"/>
          <w:color w:val="333333"/>
          <w:sz w:val="16"/>
        </w:rPr>
        <w:br/>
        <w:t xml:space="preserve">        if (query.onComplete != null) {</w:t>
      </w:r>
      <w:r>
        <w:rPr>
          <w:rFonts w:ascii="Consolas" w:hAnsi="Consolas"/>
          <w:color w:val="333333"/>
          <w:sz w:val="16"/>
        </w:rPr>
        <w:br/>
        <w:t xml:space="preserve">            query.onComplete.run();</w:t>
      </w:r>
      <w:r>
        <w:rPr>
          <w:rFonts w:ascii="Consolas" w:hAnsi="Consolas"/>
          <w:color w:val="333333"/>
          <w:sz w:val="16"/>
        </w:rPr>
        <w:br/>
        <w:t xml:space="preserve">        }</w:t>
      </w:r>
      <w:r>
        <w:rPr>
          <w:rFonts w:ascii="Consolas" w:hAnsi="Consolas"/>
          <w:color w:val="333333"/>
          <w:sz w:val="16"/>
        </w:rPr>
        <w:br/>
        <w:t xml:space="preserve">        log.debug("Query completed: sessionId={}, queryId={}", sessionId, query.getQueryId());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>}</w:t>
      </w:r>
    </w:p>
    <w:p w14:paraId="11AE9716" w14:textId="77777777" w:rsidR="00281D6C" w:rsidRDefault="00281D6C">
      <w:pPr>
        <w:spacing w:before="120" w:after="120"/>
      </w:pPr>
    </w:p>
    <w:p w14:paraId="71E6E88D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 xml:space="preserve">3.3 Phase 3 — </w:t>
      </w:r>
      <w:proofErr w:type="spellStart"/>
      <w:r>
        <w:rPr>
          <w:lang w:eastAsia="ko-KR"/>
        </w:rPr>
        <w:t>백프레셔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고도화</w:t>
      </w:r>
    </w:p>
    <w:p w14:paraId="427466F4" w14:textId="77777777" w:rsidR="00281D6C" w:rsidRDefault="00000000">
      <w:pPr>
        <w:ind w:left="567"/>
        <w:rPr>
          <w:lang w:eastAsia="ko-KR"/>
        </w:rPr>
      </w:pPr>
      <w:r>
        <w:rPr>
          <w:i/>
          <w:color w:val="555555"/>
          <w:lang w:eastAsia="ko-KR"/>
        </w:rPr>
        <w:t>목표</w:t>
      </w:r>
      <w:r>
        <w:rPr>
          <w:i/>
          <w:color w:val="555555"/>
          <w:lang w:eastAsia="ko-KR"/>
        </w:rPr>
        <w:t xml:space="preserve">: </w:t>
      </w:r>
      <w:r>
        <w:rPr>
          <w:i/>
          <w:color w:val="555555"/>
          <w:lang w:eastAsia="ko-KR"/>
        </w:rPr>
        <w:t>정확한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버퍼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추적</w:t>
      </w:r>
      <w:r>
        <w:rPr>
          <w:i/>
          <w:color w:val="555555"/>
          <w:lang w:eastAsia="ko-KR"/>
        </w:rPr>
        <w:t xml:space="preserve">, </w:t>
      </w:r>
      <w:r>
        <w:rPr>
          <w:i/>
          <w:color w:val="555555"/>
          <w:lang w:eastAsia="ko-KR"/>
        </w:rPr>
        <w:t>클라이언트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소비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속도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반영</w:t>
      </w:r>
    </w:p>
    <w:p w14:paraId="069E70B1" w14:textId="77777777" w:rsidR="00281D6C" w:rsidRDefault="00000000">
      <w:pPr>
        <w:pStyle w:val="4"/>
        <w:rPr>
          <w:lang w:eastAsia="ko-KR"/>
        </w:rPr>
      </w:pPr>
      <w:r>
        <w:rPr>
          <w:lang w:eastAsia="ko-KR"/>
        </w:rPr>
        <w:t xml:space="preserve">3.3.1 </w:t>
      </w:r>
      <w:proofErr w:type="spellStart"/>
      <w:r>
        <w:rPr>
          <w:lang w:eastAsia="ko-KR"/>
        </w:rPr>
        <w:t>콜백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기반</w:t>
      </w:r>
      <w:r>
        <w:rPr>
          <w:lang w:eastAsia="ko-KR"/>
        </w:rPr>
        <w:t xml:space="preserve"> </w:t>
      </w:r>
      <w:r>
        <w:rPr>
          <w:lang w:eastAsia="ko-KR"/>
        </w:rPr>
        <w:t>버퍼</w:t>
      </w:r>
      <w:r>
        <w:rPr>
          <w:lang w:eastAsia="ko-KR"/>
        </w:rPr>
        <w:t xml:space="preserve"> </w:t>
      </w:r>
      <w:r>
        <w:rPr>
          <w:lang w:eastAsia="ko-KR"/>
        </w:rPr>
        <w:t>추적</w:t>
      </w:r>
    </w:p>
    <w:p w14:paraId="0755E5CF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AS-IS</w:t>
      </w:r>
      <w:r>
        <w:rPr>
          <w:lang w:eastAsia="ko-KR"/>
        </w:rPr>
        <w:t xml:space="preserve">: </w:t>
      </w:r>
      <w:proofErr w:type="spellStart"/>
      <w:r>
        <w:rPr>
          <w:rFonts w:ascii="Consolas" w:hAnsi="Consolas"/>
          <w:color w:val="800000"/>
          <w:lang w:eastAsia="ko-KR"/>
        </w:rPr>
        <w:t>Thread.sleep</w:t>
      </w:r>
      <w:proofErr w:type="spellEnd"/>
      <w:r>
        <w:rPr>
          <w:rFonts w:ascii="Consolas" w:hAnsi="Consolas"/>
          <w:color w:val="800000"/>
          <w:lang w:eastAsia="ko-KR"/>
        </w:rPr>
        <w:t>(100ms)</w:t>
      </w:r>
      <w:r>
        <w:rPr>
          <w:lang w:eastAsia="ko-KR"/>
        </w:rPr>
        <w:t xml:space="preserve"> </w:t>
      </w:r>
      <w:r>
        <w:rPr>
          <w:lang w:eastAsia="ko-KR"/>
        </w:rPr>
        <w:t>후</w:t>
      </w:r>
      <w:r>
        <w:rPr>
          <w:lang w:eastAsia="ko-KR"/>
        </w:rPr>
        <w:t xml:space="preserve"> </w:t>
      </w:r>
      <w:r>
        <w:rPr>
          <w:lang w:eastAsia="ko-KR"/>
        </w:rPr>
        <w:t>무조건</w:t>
      </w:r>
      <w:r>
        <w:rPr>
          <w:lang w:eastAsia="ko-KR"/>
        </w:rPr>
        <w:t xml:space="preserve"> </w:t>
      </w:r>
      <w:r>
        <w:rPr>
          <w:lang w:eastAsia="ko-KR"/>
        </w:rPr>
        <w:t>버퍼</w:t>
      </w:r>
      <w:r>
        <w:rPr>
          <w:lang w:eastAsia="ko-KR"/>
        </w:rPr>
        <w:t xml:space="preserve"> </w:t>
      </w:r>
      <w:r>
        <w:rPr>
          <w:lang w:eastAsia="ko-KR"/>
        </w:rPr>
        <w:t>감소</w:t>
      </w:r>
      <w:r>
        <w:rPr>
          <w:lang w:eastAsia="ko-KR"/>
        </w:rPr>
        <w:t xml:space="preserve"> (</w:t>
      </w:r>
      <w:r>
        <w:rPr>
          <w:lang w:eastAsia="ko-KR"/>
        </w:rPr>
        <w:t>추정치</w:t>
      </w:r>
      <w:r>
        <w:rPr>
          <w:lang w:eastAsia="ko-KR"/>
        </w:rPr>
        <w:t>)</w:t>
      </w:r>
    </w:p>
    <w:p w14:paraId="055DEFD3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TO-BE</w:t>
      </w:r>
      <w:r>
        <w:rPr>
          <w:lang w:eastAsia="ko-KR"/>
        </w:rPr>
        <w:t xml:space="preserve">: </w:t>
      </w:r>
      <w:r>
        <w:rPr>
          <w:lang w:eastAsia="ko-KR"/>
        </w:rPr>
        <w:t>전송</w:t>
      </w:r>
      <w:r>
        <w:rPr>
          <w:lang w:eastAsia="ko-KR"/>
        </w:rPr>
        <w:t xml:space="preserve"> </w:t>
      </w:r>
      <w:r>
        <w:rPr>
          <w:lang w:eastAsia="ko-KR"/>
        </w:rPr>
        <w:t>완료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콜백에서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정확히</w:t>
      </w:r>
      <w:r>
        <w:rPr>
          <w:lang w:eastAsia="ko-KR"/>
        </w:rPr>
        <w:t xml:space="preserve"> </w:t>
      </w:r>
      <w:r>
        <w:rPr>
          <w:lang w:eastAsia="ko-KR"/>
        </w:rPr>
        <w:t>버퍼</w:t>
      </w:r>
      <w:r>
        <w:rPr>
          <w:lang w:eastAsia="ko-KR"/>
        </w:rPr>
        <w:t xml:space="preserve"> </w:t>
      </w:r>
      <w:r>
        <w:rPr>
          <w:lang w:eastAsia="ko-KR"/>
        </w:rPr>
        <w:t>감소</w:t>
      </w:r>
    </w:p>
    <w:p w14:paraId="7FC618E9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TO-BE: </w:t>
      </w:r>
      <w:proofErr w:type="spellStart"/>
      <w:r>
        <w:rPr>
          <w:rFonts w:ascii="Consolas" w:hAnsi="Consolas"/>
          <w:color w:val="333333"/>
          <w:sz w:val="16"/>
        </w:rPr>
        <w:t>전송</w:t>
      </w:r>
      <w:proofErr w:type="spellEnd"/>
      <w:r>
        <w:rPr>
          <w:rFonts w:ascii="Consolas" w:hAnsi="Consolas"/>
          <w:color w:val="333333"/>
          <w:sz w:val="16"/>
        </w:rPr>
        <w:t xml:space="preserve"> </w:t>
      </w:r>
      <w:proofErr w:type="spellStart"/>
      <w:r>
        <w:rPr>
          <w:rFonts w:ascii="Consolas" w:hAnsi="Consolas"/>
          <w:color w:val="333333"/>
          <w:sz w:val="16"/>
        </w:rPr>
        <w:t>완료</w:t>
      </w:r>
      <w:proofErr w:type="spellEnd"/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콜백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기반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버퍼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관리</w:t>
      </w:r>
      <w:r>
        <w:rPr>
          <w:rFonts w:ascii="Consolas" w:hAnsi="Consolas"/>
          <w:color w:val="333333"/>
          <w:sz w:val="16"/>
        </w:rPr>
        <w:br/>
        <w:t>// SimpMessagingTemplate</w:t>
      </w:r>
      <w:r>
        <w:rPr>
          <w:rFonts w:ascii="Consolas" w:hAnsi="Consolas"/>
          <w:color w:val="333333"/>
          <w:sz w:val="16"/>
        </w:rPr>
        <w:t>의</w:t>
      </w:r>
      <w:r>
        <w:rPr>
          <w:rFonts w:ascii="Consolas" w:hAnsi="Consolas"/>
          <w:color w:val="333333"/>
          <w:sz w:val="16"/>
        </w:rPr>
        <w:t xml:space="preserve"> convertAndSendToUser </w:t>
      </w:r>
      <w:r>
        <w:rPr>
          <w:rFonts w:ascii="Consolas" w:hAnsi="Consolas"/>
          <w:color w:val="333333"/>
          <w:sz w:val="16"/>
        </w:rPr>
        <w:t>대신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직접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전송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제어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// WebSocket </w:t>
      </w:r>
      <w:r>
        <w:rPr>
          <w:rFonts w:ascii="Consolas" w:hAnsi="Consolas"/>
          <w:color w:val="333333"/>
          <w:sz w:val="16"/>
        </w:rPr>
        <w:t>메시지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전송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래퍼</w:t>
      </w:r>
      <w:r>
        <w:rPr>
          <w:rFonts w:ascii="Consolas" w:hAnsi="Consolas"/>
          <w:color w:val="333333"/>
          <w:sz w:val="16"/>
        </w:rPr>
        <w:br/>
        <w:t>private void sendWithBackpressureTracking(String sessionId, String destination,</w:t>
      </w:r>
      <w:r>
        <w:rPr>
          <w:rFonts w:ascii="Consolas" w:hAnsi="Consolas"/>
          <w:color w:val="333333"/>
          <w:sz w:val="16"/>
        </w:rPr>
        <w:br/>
        <w:t xml:space="preserve">                                          TrackChunkResponse response, int chunkSize) {</w:t>
      </w:r>
      <w:r>
        <w:rPr>
          <w:rFonts w:ascii="Consolas" w:hAnsi="Consolas"/>
          <w:color w:val="333333"/>
          <w:sz w:val="16"/>
        </w:rPr>
        <w:br/>
        <w:t xml:space="preserve">    pendingBufferSize.addAndGet(chunkSize);</w:t>
      </w:r>
      <w:r>
        <w:rPr>
          <w:rFonts w:ascii="Consolas" w:hAnsi="Consolas"/>
          <w:color w:val="333333"/>
          <w:sz w:val="16"/>
        </w:rPr>
        <w:br/>
        <w:t xml:space="preserve">    try {</w:t>
      </w:r>
      <w:r>
        <w:rPr>
          <w:rFonts w:ascii="Consolas" w:hAnsi="Consolas"/>
          <w:color w:val="333333"/>
          <w:sz w:val="16"/>
        </w:rPr>
        <w:br/>
        <w:t xml:space="preserve">        messagingTemplate.convertAndSendToUser(sessionId, destination, response);</w:t>
      </w:r>
      <w:r>
        <w:rPr>
          <w:rFonts w:ascii="Consolas" w:hAnsi="Consolas"/>
          <w:color w:val="333333"/>
          <w:sz w:val="16"/>
        </w:rPr>
        <w:br/>
        <w:t xml:space="preserve">        // </w:t>
      </w:r>
      <w:r>
        <w:rPr>
          <w:rFonts w:ascii="Consolas" w:hAnsi="Consolas"/>
          <w:color w:val="333333"/>
          <w:sz w:val="16"/>
        </w:rPr>
        <w:t>전송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성공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즉시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버퍼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감소</w:t>
      </w:r>
      <w:r>
        <w:rPr>
          <w:rFonts w:ascii="Consolas" w:hAnsi="Consolas"/>
          <w:color w:val="333333"/>
          <w:sz w:val="16"/>
        </w:rPr>
        <w:br/>
        <w:t xml:space="preserve">        pendingBufferSize.addAndGet(-chunkSize);</w:t>
      </w:r>
      <w:r>
        <w:rPr>
          <w:rFonts w:ascii="Consolas" w:hAnsi="Consolas"/>
          <w:color w:val="333333"/>
          <w:sz w:val="16"/>
        </w:rPr>
        <w:br/>
        <w:t xml:space="preserve">    } catch (Exception e) {</w:t>
      </w:r>
      <w:r>
        <w:rPr>
          <w:rFonts w:ascii="Consolas" w:hAnsi="Consolas"/>
          <w:color w:val="333333"/>
          <w:sz w:val="16"/>
        </w:rPr>
        <w:br/>
        <w:t xml:space="preserve">        // </w:t>
      </w:r>
      <w:r>
        <w:rPr>
          <w:rFonts w:ascii="Consolas" w:hAnsi="Consolas"/>
          <w:color w:val="333333"/>
          <w:sz w:val="16"/>
        </w:rPr>
        <w:t>전송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실패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시에도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버퍼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감소</w:t>
      </w:r>
      <w:r>
        <w:rPr>
          <w:rFonts w:ascii="Consolas" w:hAnsi="Consolas"/>
          <w:color w:val="333333"/>
          <w:sz w:val="16"/>
        </w:rPr>
        <w:br/>
        <w:t xml:space="preserve">        pendingBufferSize.addAndGet(-chunkSize);</w:t>
      </w:r>
      <w:r>
        <w:rPr>
          <w:rFonts w:ascii="Consolas" w:hAnsi="Consolas"/>
          <w:color w:val="333333"/>
          <w:sz w:val="16"/>
        </w:rPr>
        <w:br/>
        <w:t xml:space="preserve">        throw e;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>}</w:t>
      </w:r>
    </w:p>
    <w:p w14:paraId="6DB6A9BD" w14:textId="77777777" w:rsidR="00281D6C" w:rsidRDefault="00000000">
      <w:pPr>
        <w:pStyle w:val="4"/>
        <w:rPr>
          <w:lang w:eastAsia="ko-KR"/>
        </w:rPr>
      </w:pPr>
      <w:r>
        <w:rPr>
          <w:lang w:eastAsia="ko-KR"/>
        </w:rPr>
        <w:t xml:space="preserve">3.3.2 </w:t>
      </w:r>
      <w:r>
        <w:rPr>
          <w:lang w:eastAsia="ko-KR"/>
        </w:rPr>
        <w:t>적응형</w:t>
      </w:r>
      <w:r>
        <w:rPr>
          <w:lang w:eastAsia="ko-KR"/>
        </w:rPr>
        <w:t xml:space="preserve"> </w:t>
      </w:r>
      <w:r>
        <w:rPr>
          <w:lang w:eastAsia="ko-KR"/>
        </w:rPr>
        <w:t>전송</w:t>
      </w:r>
      <w:r>
        <w:rPr>
          <w:lang w:eastAsia="ko-KR"/>
        </w:rPr>
        <w:t xml:space="preserve"> </w:t>
      </w:r>
      <w:r>
        <w:rPr>
          <w:lang w:eastAsia="ko-KR"/>
        </w:rPr>
        <w:t>지연</w:t>
      </w:r>
    </w:p>
    <w:p w14:paraId="139AA4AF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AS-IS</w:t>
      </w:r>
      <w:r>
        <w:rPr>
          <w:lang w:eastAsia="ko-KR"/>
        </w:rPr>
        <w:t xml:space="preserve">: </w:t>
      </w:r>
      <w:r>
        <w:rPr>
          <w:lang w:eastAsia="ko-KR"/>
        </w:rPr>
        <w:t>총</w:t>
      </w:r>
      <w:r>
        <w:rPr>
          <w:lang w:eastAsia="ko-KR"/>
        </w:rPr>
        <w:t xml:space="preserve"> </w:t>
      </w:r>
      <w:r>
        <w:rPr>
          <w:lang w:eastAsia="ko-KR"/>
        </w:rPr>
        <w:t>트랙</w:t>
      </w:r>
      <w:r>
        <w:rPr>
          <w:lang w:eastAsia="ko-KR"/>
        </w:rPr>
        <w:t xml:space="preserve"> </w:t>
      </w:r>
      <w:r>
        <w:rPr>
          <w:lang w:eastAsia="ko-KR"/>
        </w:rPr>
        <w:t>수에</w:t>
      </w:r>
      <w:r>
        <w:rPr>
          <w:lang w:eastAsia="ko-KR"/>
        </w:rPr>
        <w:t xml:space="preserve"> </w:t>
      </w:r>
      <w:r>
        <w:rPr>
          <w:lang w:eastAsia="ko-KR"/>
        </w:rPr>
        <w:t>따른</w:t>
      </w:r>
      <w:r>
        <w:rPr>
          <w:lang w:eastAsia="ko-KR"/>
        </w:rPr>
        <w:t xml:space="preserve"> </w:t>
      </w:r>
      <w:r>
        <w:rPr>
          <w:lang w:eastAsia="ko-KR"/>
        </w:rPr>
        <w:t>정적</w:t>
      </w:r>
      <w:r>
        <w:rPr>
          <w:lang w:eastAsia="ko-KR"/>
        </w:rPr>
        <w:t xml:space="preserve"> </w:t>
      </w:r>
      <w:r>
        <w:rPr>
          <w:lang w:eastAsia="ko-KR"/>
        </w:rPr>
        <w:t>지연</w:t>
      </w:r>
    </w:p>
    <w:p w14:paraId="2EAC8C24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TO-BE</w:t>
      </w:r>
      <w:r>
        <w:rPr>
          <w:lang w:eastAsia="ko-KR"/>
        </w:rPr>
        <w:t xml:space="preserve">: </w:t>
      </w:r>
      <w:r>
        <w:rPr>
          <w:lang w:eastAsia="ko-KR"/>
        </w:rPr>
        <w:t>실시간</w:t>
      </w:r>
      <w:r>
        <w:rPr>
          <w:lang w:eastAsia="ko-KR"/>
        </w:rPr>
        <w:t xml:space="preserve"> </w:t>
      </w:r>
      <w:r>
        <w:rPr>
          <w:lang w:eastAsia="ko-KR"/>
        </w:rPr>
        <w:t>버퍼</w:t>
      </w:r>
      <w:r>
        <w:rPr>
          <w:lang w:eastAsia="ko-KR"/>
        </w:rPr>
        <w:t xml:space="preserve"> </w:t>
      </w:r>
      <w:r>
        <w:rPr>
          <w:lang w:eastAsia="ko-KR"/>
        </w:rPr>
        <w:t>사용률</w:t>
      </w:r>
      <w:r>
        <w:rPr>
          <w:lang w:eastAsia="ko-KR"/>
        </w:rPr>
        <w:t xml:space="preserve"> + </w:t>
      </w:r>
      <w:r>
        <w:rPr>
          <w:lang w:eastAsia="ko-KR"/>
        </w:rPr>
        <w:t>최근</w:t>
      </w:r>
      <w:r>
        <w:rPr>
          <w:lang w:eastAsia="ko-KR"/>
        </w:rPr>
        <w:t xml:space="preserve"> </w:t>
      </w:r>
      <w:r>
        <w:rPr>
          <w:lang w:eastAsia="ko-KR"/>
        </w:rPr>
        <w:t>전송</w:t>
      </w:r>
      <w:r>
        <w:rPr>
          <w:lang w:eastAsia="ko-KR"/>
        </w:rPr>
        <w:t xml:space="preserve"> </w:t>
      </w:r>
      <w:r>
        <w:rPr>
          <w:lang w:eastAsia="ko-KR"/>
        </w:rPr>
        <w:t>성공률에</w:t>
      </w:r>
      <w:r>
        <w:rPr>
          <w:lang w:eastAsia="ko-KR"/>
        </w:rPr>
        <w:t xml:space="preserve"> </w:t>
      </w:r>
      <w:r>
        <w:rPr>
          <w:lang w:eastAsia="ko-KR"/>
        </w:rPr>
        <w:t>따른</w:t>
      </w:r>
      <w:r>
        <w:rPr>
          <w:lang w:eastAsia="ko-KR"/>
        </w:rPr>
        <w:t xml:space="preserve"> </w:t>
      </w:r>
      <w:r>
        <w:rPr>
          <w:lang w:eastAsia="ko-KR"/>
        </w:rPr>
        <w:t>동적</w:t>
      </w:r>
      <w:r>
        <w:rPr>
          <w:lang w:eastAsia="ko-KR"/>
        </w:rPr>
        <w:t xml:space="preserve"> </w:t>
      </w:r>
      <w:r>
        <w:rPr>
          <w:lang w:eastAsia="ko-KR"/>
        </w:rPr>
        <w:t>지연</w:t>
      </w:r>
    </w:p>
    <w:p w14:paraId="2C890E41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 xml:space="preserve">// TO-BE: </w:t>
      </w:r>
      <w:proofErr w:type="spellStart"/>
      <w:r>
        <w:rPr>
          <w:rFonts w:ascii="Consolas" w:hAnsi="Consolas"/>
          <w:color w:val="333333"/>
          <w:sz w:val="16"/>
        </w:rPr>
        <w:t>동적</w:t>
      </w:r>
      <w:proofErr w:type="spellEnd"/>
      <w:r>
        <w:rPr>
          <w:rFonts w:ascii="Consolas" w:hAnsi="Consolas"/>
          <w:color w:val="333333"/>
          <w:sz w:val="16"/>
        </w:rPr>
        <w:t xml:space="preserve"> </w:t>
      </w:r>
      <w:proofErr w:type="spellStart"/>
      <w:r>
        <w:rPr>
          <w:rFonts w:ascii="Consolas" w:hAnsi="Consolas"/>
          <w:color w:val="333333"/>
          <w:sz w:val="16"/>
        </w:rPr>
        <w:t>지연</w:t>
      </w:r>
      <w:proofErr w:type="spellEnd"/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계산</w:t>
      </w:r>
      <w:r>
        <w:rPr>
          <w:rFonts w:ascii="Consolas" w:hAnsi="Consolas"/>
          <w:color w:val="333333"/>
          <w:sz w:val="16"/>
        </w:rPr>
        <w:br/>
        <w:t>private int calculateAdaptiveDelay(BackpressureMetrics metrics) {</w:t>
      </w:r>
      <w:r>
        <w:rPr>
          <w:rFonts w:ascii="Consolas" w:hAnsi="Consolas"/>
          <w:color w:val="333333"/>
          <w:sz w:val="16"/>
        </w:rPr>
        <w:br/>
        <w:t xml:space="preserve">    double bufferUsage = (double) pendingBufferSize.get() / MAX_PENDING_BUFFER;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lastRenderedPageBreak/>
        <w:t xml:space="preserve">    if (bufferUsage &gt; 0.8) return 200;       // 80% </w:t>
      </w:r>
      <w:r>
        <w:rPr>
          <w:rFonts w:ascii="Consolas" w:hAnsi="Consolas"/>
          <w:color w:val="333333"/>
          <w:sz w:val="16"/>
        </w:rPr>
        <w:t>이상</w:t>
      </w:r>
      <w:r>
        <w:rPr>
          <w:rFonts w:ascii="Consolas" w:hAnsi="Consolas"/>
          <w:color w:val="333333"/>
          <w:sz w:val="16"/>
        </w:rPr>
        <w:t xml:space="preserve">: </w:t>
      </w:r>
      <w:r>
        <w:rPr>
          <w:rFonts w:ascii="Consolas" w:hAnsi="Consolas"/>
          <w:color w:val="333333"/>
          <w:sz w:val="16"/>
        </w:rPr>
        <w:t>강한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억제</w:t>
      </w:r>
      <w:r>
        <w:rPr>
          <w:rFonts w:ascii="Consolas" w:hAnsi="Consolas"/>
          <w:color w:val="333333"/>
          <w:sz w:val="16"/>
        </w:rPr>
        <w:br/>
        <w:t xml:space="preserve">    else if (bufferUsage &gt; 0.5) return 100;  // 50% </w:t>
      </w:r>
      <w:r>
        <w:rPr>
          <w:rFonts w:ascii="Consolas" w:hAnsi="Consolas"/>
          <w:color w:val="333333"/>
          <w:sz w:val="16"/>
        </w:rPr>
        <w:t>이상</w:t>
      </w:r>
      <w:r>
        <w:rPr>
          <w:rFonts w:ascii="Consolas" w:hAnsi="Consolas"/>
          <w:color w:val="333333"/>
          <w:sz w:val="16"/>
        </w:rPr>
        <w:t xml:space="preserve">: </w:t>
      </w:r>
      <w:r>
        <w:rPr>
          <w:rFonts w:ascii="Consolas" w:hAnsi="Consolas"/>
          <w:color w:val="333333"/>
          <w:sz w:val="16"/>
        </w:rPr>
        <w:t>중간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억제</w:t>
      </w:r>
      <w:r>
        <w:rPr>
          <w:rFonts w:ascii="Consolas" w:hAnsi="Consolas"/>
          <w:color w:val="333333"/>
          <w:sz w:val="16"/>
        </w:rPr>
        <w:br/>
        <w:t xml:space="preserve">    else if (bufferUsage &gt; 0.3) return 50;   // 30% </w:t>
      </w:r>
      <w:r>
        <w:rPr>
          <w:rFonts w:ascii="Consolas" w:hAnsi="Consolas"/>
          <w:color w:val="333333"/>
          <w:sz w:val="16"/>
        </w:rPr>
        <w:t>이상</w:t>
      </w:r>
      <w:r>
        <w:rPr>
          <w:rFonts w:ascii="Consolas" w:hAnsi="Consolas"/>
          <w:color w:val="333333"/>
          <w:sz w:val="16"/>
        </w:rPr>
        <w:t xml:space="preserve">: </w:t>
      </w:r>
      <w:r>
        <w:rPr>
          <w:rFonts w:ascii="Consolas" w:hAnsi="Consolas"/>
          <w:color w:val="333333"/>
          <w:sz w:val="16"/>
        </w:rPr>
        <w:t>약한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억제</w:t>
      </w:r>
      <w:r>
        <w:rPr>
          <w:rFonts w:ascii="Consolas" w:hAnsi="Consolas"/>
          <w:color w:val="333333"/>
          <w:sz w:val="16"/>
        </w:rPr>
        <w:br/>
        <w:t xml:space="preserve">    return 10;                                // </w:t>
      </w:r>
      <w:r>
        <w:rPr>
          <w:rFonts w:ascii="Consolas" w:hAnsi="Consolas"/>
          <w:color w:val="333333"/>
          <w:sz w:val="16"/>
        </w:rPr>
        <w:t>정상</w:t>
      </w:r>
      <w:r>
        <w:rPr>
          <w:rFonts w:ascii="Consolas" w:hAnsi="Consolas"/>
          <w:color w:val="333333"/>
          <w:sz w:val="16"/>
        </w:rPr>
        <w:t xml:space="preserve">: </w:t>
      </w:r>
      <w:r>
        <w:rPr>
          <w:rFonts w:ascii="Consolas" w:hAnsi="Consolas"/>
          <w:color w:val="333333"/>
          <w:sz w:val="16"/>
        </w:rPr>
        <w:t>최소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지연</w:t>
      </w:r>
      <w:r>
        <w:rPr>
          <w:rFonts w:ascii="Consolas" w:hAnsi="Consolas"/>
          <w:color w:val="333333"/>
          <w:sz w:val="16"/>
        </w:rPr>
        <w:br/>
        <w:t>}</w:t>
      </w:r>
    </w:p>
    <w:p w14:paraId="20F4B0E7" w14:textId="77777777" w:rsidR="00281D6C" w:rsidRDefault="00281D6C">
      <w:pPr>
        <w:spacing w:before="120" w:after="120"/>
      </w:pPr>
    </w:p>
    <w:p w14:paraId="663346DD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 xml:space="preserve">3.4 Phase 4 — </w:t>
      </w:r>
      <w:r>
        <w:rPr>
          <w:lang w:eastAsia="ko-KR"/>
        </w:rPr>
        <w:t>설정</w:t>
      </w:r>
      <w:r>
        <w:rPr>
          <w:lang w:eastAsia="ko-KR"/>
        </w:rPr>
        <w:t xml:space="preserve"> </w:t>
      </w:r>
      <w:r>
        <w:rPr>
          <w:lang w:eastAsia="ko-KR"/>
        </w:rPr>
        <w:t>외부화</w:t>
      </w:r>
      <w:r>
        <w:rPr>
          <w:lang w:eastAsia="ko-KR"/>
        </w:rPr>
        <w:t xml:space="preserve"> </w:t>
      </w:r>
      <w:r>
        <w:rPr>
          <w:lang w:eastAsia="ko-KR"/>
        </w:rPr>
        <w:t>및</w:t>
      </w:r>
      <w:r>
        <w:rPr>
          <w:lang w:eastAsia="ko-KR"/>
        </w:rPr>
        <w:t xml:space="preserve"> </w:t>
      </w:r>
      <w:r>
        <w:rPr>
          <w:lang w:eastAsia="ko-KR"/>
        </w:rPr>
        <w:t>모니터링</w:t>
      </w:r>
    </w:p>
    <w:p w14:paraId="583267EC" w14:textId="77777777" w:rsidR="00281D6C" w:rsidRDefault="00000000">
      <w:pPr>
        <w:ind w:left="567"/>
        <w:rPr>
          <w:lang w:eastAsia="ko-KR"/>
        </w:rPr>
      </w:pPr>
      <w:r>
        <w:rPr>
          <w:i/>
          <w:color w:val="555555"/>
          <w:lang w:eastAsia="ko-KR"/>
        </w:rPr>
        <w:t>목표</w:t>
      </w:r>
      <w:r>
        <w:rPr>
          <w:i/>
          <w:color w:val="555555"/>
          <w:lang w:eastAsia="ko-KR"/>
        </w:rPr>
        <w:t xml:space="preserve">: </w:t>
      </w:r>
      <w:r>
        <w:rPr>
          <w:i/>
          <w:color w:val="555555"/>
          <w:lang w:eastAsia="ko-KR"/>
        </w:rPr>
        <w:t>운영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중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튜닝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가능</w:t>
      </w:r>
      <w:r>
        <w:rPr>
          <w:i/>
          <w:color w:val="555555"/>
          <w:lang w:eastAsia="ko-KR"/>
        </w:rPr>
        <w:t xml:space="preserve">, </w:t>
      </w:r>
      <w:r>
        <w:rPr>
          <w:i/>
          <w:color w:val="555555"/>
          <w:lang w:eastAsia="ko-KR"/>
        </w:rPr>
        <w:t>실시간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상황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파악</w:t>
      </w:r>
    </w:p>
    <w:p w14:paraId="20C9A832" w14:textId="77777777" w:rsidR="00281D6C" w:rsidRDefault="00000000">
      <w:pPr>
        <w:pStyle w:val="4"/>
      </w:pPr>
      <w:r>
        <w:t xml:space="preserve">3.4.1 WebSocket </w:t>
      </w:r>
      <w:proofErr w:type="spellStart"/>
      <w:r>
        <w:t>설정</w:t>
      </w:r>
      <w:proofErr w:type="spellEnd"/>
      <w:r>
        <w:t xml:space="preserve"> Properties </w:t>
      </w:r>
      <w:r>
        <w:t>클래스</w:t>
      </w:r>
      <w:r>
        <w:t xml:space="preserve"> </w:t>
      </w:r>
      <w:r>
        <w:t>도입</w:t>
      </w:r>
    </w:p>
    <w:p w14:paraId="7346495F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>// TO-BE: WebSocketProperties.java (</w:t>
      </w:r>
      <w:r>
        <w:rPr>
          <w:rFonts w:ascii="Consolas" w:hAnsi="Consolas"/>
          <w:color w:val="333333"/>
          <w:sz w:val="16"/>
        </w:rPr>
        <w:t>신규</w:t>
      </w:r>
      <w:r>
        <w:rPr>
          <w:rFonts w:ascii="Consolas" w:hAnsi="Consolas"/>
          <w:color w:val="333333"/>
          <w:sz w:val="16"/>
        </w:rPr>
        <w:t>)</w:t>
      </w:r>
      <w:r>
        <w:rPr>
          <w:rFonts w:ascii="Consolas" w:hAnsi="Consolas"/>
          <w:color w:val="333333"/>
          <w:sz w:val="16"/>
        </w:rPr>
        <w:br/>
        <w:t>@Data</w:t>
      </w:r>
      <w:r>
        <w:rPr>
          <w:rFonts w:ascii="Consolas" w:hAnsi="Consolas"/>
          <w:color w:val="333333"/>
          <w:sz w:val="16"/>
        </w:rPr>
        <w:br/>
        <w:t>@Component</w:t>
      </w:r>
      <w:r>
        <w:rPr>
          <w:rFonts w:ascii="Consolas" w:hAnsi="Consolas"/>
          <w:color w:val="333333"/>
          <w:sz w:val="16"/>
        </w:rPr>
        <w:br/>
        <w:t>@ConfigurationProperties(prefix = "websocket")</w:t>
      </w:r>
      <w:r>
        <w:rPr>
          <w:rFonts w:ascii="Consolas" w:hAnsi="Consolas"/>
          <w:color w:val="333333"/>
          <w:sz w:val="16"/>
        </w:rPr>
        <w:br/>
        <w:t>public class WebSocketProperties {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private QueryProperties query = new QueryProperties();</w:t>
      </w:r>
      <w:r>
        <w:rPr>
          <w:rFonts w:ascii="Consolas" w:hAnsi="Consolas"/>
          <w:color w:val="333333"/>
          <w:sz w:val="16"/>
        </w:rPr>
        <w:br/>
        <w:t xml:space="preserve">    private TransportProperties transport = new TransportProperties();</w:t>
      </w:r>
      <w:r>
        <w:rPr>
          <w:rFonts w:ascii="Consolas" w:hAnsi="Consolas"/>
          <w:color w:val="333333"/>
          <w:sz w:val="16"/>
        </w:rPr>
        <w:br/>
        <w:t xml:space="preserve">    private BackpressureProperties backpressure = new BackpressureProperties();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@Data</w:t>
      </w:r>
      <w:r>
        <w:rPr>
          <w:rFonts w:ascii="Consolas" w:hAnsi="Consolas"/>
          <w:color w:val="333333"/>
          <w:sz w:val="16"/>
        </w:rPr>
        <w:br/>
        <w:t xml:space="preserve">    public static class QueryProperties {</w:t>
      </w:r>
      <w:r>
        <w:rPr>
          <w:rFonts w:ascii="Consolas" w:hAnsi="Consolas"/>
          <w:color w:val="333333"/>
          <w:sz w:val="16"/>
        </w:rPr>
        <w:br/>
        <w:t xml:space="preserve">        private int maxConcurrentGlobal = 60;</w:t>
      </w:r>
      <w:r>
        <w:rPr>
          <w:rFonts w:ascii="Consolas" w:hAnsi="Consolas"/>
          <w:color w:val="333333"/>
          <w:sz w:val="16"/>
        </w:rPr>
        <w:br/>
        <w:t xml:space="preserve">        private int maxPerSession = 20;</w:t>
      </w:r>
      <w:r>
        <w:rPr>
          <w:rFonts w:ascii="Consolas" w:hAnsi="Consolas"/>
          <w:color w:val="333333"/>
          <w:sz w:val="16"/>
        </w:rPr>
        <w:br/>
        <w:t xml:space="preserve">        private int queueTimeoutSeconds = 30;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@Data</w:t>
      </w:r>
      <w:r>
        <w:rPr>
          <w:rFonts w:ascii="Consolas" w:hAnsi="Consolas"/>
          <w:color w:val="333333"/>
          <w:sz w:val="16"/>
        </w:rPr>
        <w:br/>
        <w:t xml:space="preserve">    public static class TransportProperties {</w:t>
      </w:r>
      <w:r>
        <w:rPr>
          <w:rFonts w:ascii="Consolas" w:hAnsi="Consolas"/>
          <w:color w:val="333333"/>
          <w:sz w:val="16"/>
        </w:rPr>
        <w:br/>
        <w:t xml:space="preserve">        private int inboundCorePoolSize = 10;</w:t>
      </w:r>
      <w:r>
        <w:rPr>
          <w:rFonts w:ascii="Consolas" w:hAnsi="Consolas"/>
          <w:color w:val="333333"/>
          <w:sz w:val="16"/>
        </w:rPr>
        <w:br/>
        <w:t xml:space="preserve">        private int inboundMaxPoolSize = 20;</w:t>
      </w:r>
      <w:r>
        <w:rPr>
          <w:rFonts w:ascii="Consolas" w:hAnsi="Consolas"/>
          <w:color w:val="333333"/>
          <w:sz w:val="16"/>
        </w:rPr>
        <w:br/>
        <w:t xml:space="preserve">        private int inboundQueueCapacity = 100;</w:t>
      </w:r>
      <w:r>
        <w:rPr>
          <w:rFonts w:ascii="Consolas" w:hAnsi="Consolas"/>
          <w:color w:val="333333"/>
          <w:sz w:val="16"/>
        </w:rPr>
        <w:br/>
        <w:t xml:space="preserve">        private int outboundCorePoolSize = 20;</w:t>
      </w:r>
      <w:r>
        <w:rPr>
          <w:rFonts w:ascii="Consolas" w:hAnsi="Consolas"/>
          <w:color w:val="333333"/>
          <w:sz w:val="16"/>
        </w:rPr>
        <w:br/>
        <w:t xml:space="preserve">        private int outboundMaxPoolSize = 40;</w:t>
      </w:r>
      <w:r>
        <w:rPr>
          <w:rFonts w:ascii="Consolas" w:hAnsi="Consolas"/>
          <w:color w:val="333333"/>
          <w:sz w:val="16"/>
        </w:rPr>
        <w:br/>
        <w:t xml:space="preserve">        private int outboundQueueCapacity = 5000;</w:t>
      </w:r>
      <w:r>
        <w:rPr>
          <w:rFonts w:ascii="Consolas" w:hAnsi="Consolas"/>
          <w:color w:val="333333"/>
          <w:sz w:val="16"/>
        </w:rPr>
        <w:br/>
        <w:t xml:space="preserve">        private int messageSizeLimitMb = 50;</w:t>
      </w:r>
      <w:r>
        <w:rPr>
          <w:rFonts w:ascii="Consolas" w:hAnsi="Consolas"/>
          <w:color w:val="333333"/>
          <w:sz w:val="16"/>
        </w:rPr>
        <w:br/>
        <w:t xml:space="preserve">        private int sendBufferSizeLimitMb = 256;</w:t>
      </w:r>
      <w:r>
        <w:rPr>
          <w:rFonts w:ascii="Consolas" w:hAnsi="Consolas"/>
          <w:color w:val="333333"/>
          <w:sz w:val="16"/>
        </w:rPr>
        <w:br/>
        <w:t xml:space="preserve">        private int sendTimeLimitSeconds = 120;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@Data</w:t>
      </w:r>
      <w:r>
        <w:rPr>
          <w:rFonts w:ascii="Consolas" w:hAnsi="Consolas"/>
          <w:color w:val="333333"/>
          <w:sz w:val="16"/>
        </w:rPr>
        <w:br/>
        <w:t xml:space="preserve">    public static class BackpressureProperties {</w:t>
      </w:r>
      <w:r>
        <w:rPr>
          <w:rFonts w:ascii="Consolas" w:hAnsi="Consolas"/>
          <w:color w:val="333333"/>
          <w:sz w:val="16"/>
        </w:rPr>
        <w:br/>
        <w:t xml:space="preserve">        private long maxPendingBufferMb = 50;</w:t>
      </w:r>
      <w:r>
        <w:rPr>
          <w:rFonts w:ascii="Consolas" w:hAnsi="Consolas"/>
          <w:color w:val="333333"/>
          <w:sz w:val="16"/>
        </w:rPr>
        <w:br/>
        <w:t xml:space="preserve">        private int maxMessageSizeKb = 1024;</w:t>
      </w:r>
      <w:r>
        <w:rPr>
          <w:rFonts w:ascii="Consolas" w:hAnsi="Consolas"/>
          <w:color w:val="333333"/>
          <w:sz w:val="16"/>
        </w:rPr>
        <w:br/>
        <w:t xml:space="preserve">        private int minMessageSizeKb = 256;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>}</w:t>
      </w:r>
    </w:p>
    <w:p w14:paraId="6A79BF17" w14:textId="77777777" w:rsidR="00281D6C" w:rsidRDefault="00000000">
      <w:r>
        <w:rPr>
          <w:b/>
        </w:rPr>
        <w:t xml:space="preserve">application.yml </w:t>
      </w:r>
      <w:r>
        <w:rPr>
          <w:b/>
        </w:rPr>
        <w:t>통합</w:t>
      </w:r>
      <w:r>
        <w:rPr>
          <w:b/>
        </w:rPr>
        <w:t xml:space="preserve"> </w:t>
      </w:r>
      <w:r>
        <w:rPr>
          <w:b/>
        </w:rPr>
        <w:t>설정</w:t>
      </w:r>
      <w:r>
        <w:t>:</w:t>
      </w:r>
    </w:p>
    <w:p w14:paraId="5BA4BFAD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>websocket:</w:t>
      </w:r>
      <w:r>
        <w:rPr>
          <w:rFonts w:ascii="Consolas" w:hAnsi="Consolas"/>
          <w:color w:val="333333"/>
          <w:sz w:val="16"/>
        </w:rPr>
        <w:br/>
        <w:t xml:space="preserve">  query: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lastRenderedPageBreak/>
        <w:t xml:space="preserve">    max-concurrent-global: 60</w:t>
      </w:r>
      <w:r>
        <w:rPr>
          <w:rFonts w:ascii="Consolas" w:hAnsi="Consolas"/>
          <w:color w:val="333333"/>
          <w:sz w:val="16"/>
        </w:rPr>
        <w:br/>
        <w:t xml:space="preserve">    max-per-session: 20</w:t>
      </w:r>
      <w:r>
        <w:rPr>
          <w:rFonts w:ascii="Consolas" w:hAnsi="Consolas"/>
          <w:color w:val="333333"/>
          <w:sz w:val="16"/>
        </w:rPr>
        <w:br/>
        <w:t xml:space="preserve">    queue-timeout-seconds: 30</w:t>
      </w:r>
      <w:r>
        <w:rPr>
          <w:rFonts w:ascii="Consolas" w:hAnsi="Consolas"/>
          <w:color w:val="333333"/>
          <w:sz w:val="16"/>
        </w:rPr>
        <w:br/>
        <w:t xml:space="preserve">  transport:</w:t>
      </w:r>
      <w:r>
        <w:rPr>
          <w:rFonts w:ascii="Consolas" w:hAnsi="Consolas"/>
          <w:color w:val="333333"/>
          <w:sz w:val="16"/>
        </w:rPr>
        <w:br/>
        <w:t xml:space="preserve">    inbound-core-pool-size: 10</w:t>
      </w:r>
      <w:r>
        <w:rPr>
          <w:rFonts w:ascii="Consolas" w:hAnsi="Consolas"/>
          <w:color w:val="333333"/>
          <w:sz w:val="16"/>
        </w:rPr>
        <w:br/>
        <w:t xml:space="preserve">    inbound-max-pool-size: 20</w:t>
      </w:r>
      <w:r>
        <w:rPr>
          <w:rFonts w:ascii="Consolas" w:hAnsi="Consolas"/>
          <w:color w:val="333333"/>
          <w:sz w:val="16"/>
        </w:rPr>
        <w:br/>
        <w:t xml:space="preserve">    inbound-queue-capacity: 100</w:t>
      </w:r>
      <w:r>
        <w:rPr>
          <w:rFonts w:ascii="Consolas" w:hAnsi="Consolas"/>
          <w:color w:val="333333"/>
          <w:sz w:val="16"/>
        </w:rPr>
        <w:br/>
        <w:t xml:space="preserve">    outbound-core-pool-size: 20</w:t>
      </w:r>
      <w:r>
        <w:rPr>
          <w:rFonts w:ascii="Consolas" w:hAnsi="Consolas"/>
          <w:color w:val="333333"/>
          <w:sz w:val="16"/>
        </w:rPr>
        <w:br/>
        <w:t xml:space="preserve">    outbound-max-pool-size: 40</w:t>
      </w:r>
      <w:r>
        <w:rPr>
          <w:rFonts w:ascii="Consolas" w:hAnsi="Consolas"/>
          <w:color w:val="333333"/>
          <w:sz w:val="16"/>
        </w:rPr>
        <w:br/>
        <w:t xml:space="preserve">    outbound-queue-capacity: 5000</w:t>
      </w:r>
      <w:r>
        <w:rPr>
          <w:rFonts w:ascii="Consolas" w:hAnsi="Consolas"/>
          <w:color w:val="333333"/>
          <w:sz w:val="16"/>
        </w:rPr>
        <w:br/>
        <w:t xml:space="preserve">    message-size-limit-mb: 50</w:t>
      </w:r>
      <w:r>
        <w:rPr>
          <w:rFonts w:ascii="Consolas" w:hAnsi="Consolas"/>
          <w:color w:val="333333"/>
          <w:sz w:val="16"/>
        </w:rPr>
        <w:br/>
        <w:t xml:space="preserve">    send-buffer-size-limit-mb: 256</w:t>
      </w:r>
      <w:r>
        <w:rPr>
          <w:rFonts w:ascii="Consolas" w:hAnsi="Consolas"/>
          <w:color w:val="333333"/>
          <w:sz w:val="16"/>
        </w:rPr>
        <w:br/>
        <w:t xml:space="preserve">    send-time-limit-seconds: 120</w:t>
      </w:r>
      <w:r>
        <w:rPr>
          <w:rFonts w:ascii="Consolas" w:hAnsi="Consolas"/>
          <w:color w:val="333333"/>
          <w:sz w:val="16"/>
        </w:rPr>
        <w:br/>
        <w:t xml:space="preserve">  backpressure:</w:t>
      </w:r>
      <w:r>
        <w:rPr>
          <w:rFonts w:ascii="Consolas" w:hAnsi="Consolas"/>
          <w:color w:val="333333"/>
          <w:sz w:val="16"/>
        </w:rPr>
        <w:br/>
        <w:t xml:space="preserve">    max-pending-buffer-mb: 50</w:t>
      </w:r>
      <w:r>
        <w:rPr>
          <w:rFonts w:ascii="Consolas" w:hAnsi="Consolas"/>
          <w:color w:val="333333"/>
          <w:sz w:val="16"/>
        </w:rPr>
        <w:br/>
        <w:t xml:space="preserve">    max-message-size-kb: 1024</w:t>
      </w:r>
      <w:r>
        <w:rPr>
          <w:rFonts w:ascii="Consolas" w:hAnsi="Consolas"/>
          <w:color w:val="333333"/>
          <w:sz w:val="16"/>
        </w:rPr>
        <w:br/>
        <w:t xml:space="preserve">    min-message-size-kb: 256</w:t>
      </w:r>
    </w:p>
    <w:p w14:paraId="5A5A4662" w14:textId="77777777" w:rsidR="00281D6C" w:rsidRDefault="00000000">
      <w:pPr>
        <w:pStyle w:val="4"/>
        <w:rPr>
          <w:lang w:eastAsia="ko-KR"/>
        </w:rPr>
      </w:pPr>
      <w:r>
        <w:rPr>
          <w:lang w:eastAsia="ko-KR"/>
        </w:rPr>
        <w:t xml:space="preserve">3.4.2 </w:t>
      </w:r>
      <w:r>
        <w:rPr>
          <w:lang w:eastAsia="ko-KR"/>
        </w:rPr>
        <w:t>모니터링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엔드포인트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추가</w:t>
      </w:r>
    </w:p>
    <w:p w14:paraId="544B0514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>// TO-BE: WebSocketMonitorController.java (</w:t>
      </w:r>
      <w:proofErr w:type="spellStart"/>
      <w:r>
        <w:rPr>
          <w:rFonts w:ascii="Consolas" w:hAnsi="Consolas"/>
          <w:color w:val="333333"/>
          <w:sz w:val="16"/>
        </w:rPr>
        <w:t>신규</w:t>
      </w:r>
      <w:proofErr w:type="spellEnd"/>
      <w:r>
        <w:rPr>
          <w:rFonts w:ascii="Consolas" w:hAnsi="Consolas"/>
          <w:color w:val="333333"/>
          <w:sz w:val="16"/>
        </w:rPr>
        <w:t>)</w:t>
      </w:r>
      <w:r>
        <w:rPr>
          <w:rFonts w:ascii="Consolas" w:hAnsi="Consolas"/>
          <w:color w:val="333333"/>
          <w:sz w:val="16"/>
        </w:rPr>
        <w:br/>
        <w:t>@RestController</w:t>
      </w:r>
      <w:r>
        <w:rPr>
          <w:rFonts w:ascii="Consolas" w:hAnsi="Consolas"/>
          <w:color w:val="333333"/>
          <w:sz w:val="16"/>
        </w:rPr>
        <w:br/>
        <w:t>@RequestMapping("/api/v1/monitor/websocket")</w:t>
      </w:r>
      <w:r>
        <w:rPr>
          <w:rFonts w:ascii="Consolas" w:hAnsi="Consolas"/>
          <w:color w:val="333333"/>
          <w:sz w:val="16"/>
        </w:rPr>
        <w:br/>
        <w:t>@RequiredArgsConstructor</w:t>
      </w:r>
      <w:r>
        <w:rPr>
          <w:rFonts w:ascii="Consolas" w:hAnsi="Consolas"/>
          <w:color w:val="333333"/>
          <w:sz w:val="16"/>
        </w:rPr>
        <w:br/>
        <w:t>public class WebSocketMonitorController {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private final TrackQueryInterceptor queryInterceptor;</w:t>
      </w:r>
      <w:r>
        <w:rPr>
          <w:rFonts w:ascii="Consolas" w:hAnsi="Consolas"/>
          <w:color w:val="333333"/>
          <w:sz w:val="16"/>
        </w:rPr>
        <w:br/>
        <w:t xml:space="preserve">    private final ActiveQueryManager activeQueryManager;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    @GetMapping("/status")</w:t>
      </w:r>
      <w:r>
        <w:rPr>
          <w:rFonts w:ascii="Consolas" w:hAnsi="Consolas"/>
          <w:color w:val="333333"/>
          <w:sz w:val="16"/>
        </w:rPr>
        <w:br/>
        <w:t xml:space="preserve">    public Map&lt;String, Object&gt; getStatus() {</w:t>
      </w:r>
      <w:r>
        <w:rPr>
          <w:rFonts w:ascii="Consolas" w:hAnsi="Consolas"/>
          <w:color w:val="333333"/>
          <w:sz w:val="16"/>
        </w:rPr>
        <w:br/>
        <w:t xml:space="preserve">        return Map.of(</w:t>
      </w:r>
      <w:r>
        <w:rPr>
          <w:rFonts w:ascii="Consolas" w:hAnsi="Consolas"/>
          <w:color w:val="333333"/>
          <w:sz w:val="16"/>
        </w:rPr>
        <w:br/>
        <w:t xml:space="preserve">            "activeQueries", queryInterceptor.getActiveQueryCount(),</w:t>
      </w:r>
      <w:r>
        <w:rPr>
          <w:rFonts w:ascii="Consolas" w:hAnsi="Consolas"/>
          <w:color w:val="333333"/>
          <w:sz w:val="16"/>
        </w:rPr>
        <w:br/>
        <w:t xml:space="preserve">            "waitingInQueue", queryInterceptor.getWaitingCount(),</w:t>
      </w:r>
      <w:r>
        <w:rPr>
          <w:rFonts w:ascii="Consolas" w:hAnsi="Consolas"/>
          <w:color w:val="333333"/>
          <w:sz w:val="16"/>
        </w:rPr>
        <w:br/>
        <w:t xml:space="preserve">            "queryDetails", activeQueryManager.getAllActiveQueries().entrySet().stream()</w:t>
      </w:r>
      <w:r>
        <w:rPr>
          <w:rFonts w:ascii="Consolas" w:hAnsi="Consolas"/>
          <w:color w:val="333333"/>
          <w:sz w:val="16"/>
        </w:rPr>
        <w:br/>
        <w:t xml:space="preserve">                .map(e -&gt; Map.of(</w:t>
      </w:r>
      <w:r>
        <w:rPr>
          <w:rFonts w:ascii="Consolas" w:hAnsi="Consolas"/>
          <w:color w:val="333333"/>
          <w:sz w:val="16"/>
        </w:rPr>
        <w:br/>
        <w:t xml:space="preserve">                    "sessionId", e.getKey(),</w:t>
      </w:r>
      <w:r>
        <w:rPr>
          <w:rFonts w:ascii="Consolas" w:hAnsi="Consolas"/>
          <w:color w:val="333333"/>
          <w:sz w:val="16"/>
        </w:rPr>
        <w:br/>
        <w:t xml:space="preserve">                    "queryId", e.getValue().getQueryId(),</w:t>
      </w:r>
      <w:r>
        <w:rPr>
          <w:rFonts w:ascii="Consolas" w:hAnsi="Consolas"/>
          <w:color w:val="333333"/>
          <w:sz w:val="16"/>
        </w:rPr>
        <w:br/>
        <w:t xml:space="preserve">                    "startTime", e.getValue().getStartTime().toString(),</w:t>
      </w:r>
      <w:r>
        <w:rPr>
          <w:rFonts w:ascii="Consolas" w:hAnsi="Consolas"/>
          <w:color w:val="333333"/>
          <w:sz w:val="16"/>
        </w:rPr>
        <w:br/>
        <w:t xml:space="preserve">                    "table", String.valueOf(e.getValue().getCurrentTable()),</w:t>
      </w:r>
      <w:r>
        <w:rPr>
          <w:rFonts w:ascii="Consolas" w:hAnsi="Consolas"/>
          <w:color w:val="333333"/>
          <w:sz w:val="16"/>
        </w:rPr>
        <w:br/>
        <w:t xml:space="preserve">                    "chunks", e.getValue().getProcessedChunks()</w:t>
      </w:r>
      <w:r>
        <w:rPr>
          <w:rFonts w:ascii="Consolas" w:hAnsi="Consolas"/>
          <w:color w:val="333333"/>
          <w:sz w:val="16"/>
        </w:rPr>
        <w:br/>
        <w:t xml:space="preserve">                )).collect(Collectors.toList())</w:t>
      </w:r>
      <w:r>
        <w:rPr>
          <w:rFonts w:ascii="Consolas" w:hAnsi="Consolas"/>
          <w:color w:val="333333"/>
          <w:sz w:val="16"/>
        </w:rPr>
        <w:br/>
        <w:t xml:space="preserve">        );</w:t>
      </w:r>
      <w:r>
        <w:rPr>
          <w:rFonts w:ascii="Consolas" w:hAnsi="Consolas"/>
          <w:color w:val="333333"/>
          <w:sz w:val="16"/>
        </w:rPr>
        <w:br/>
        <w:t xml:space="preserve">    }</w:t>
      </w:r>
      <w:r>
        <w:rPr>
          <w:rFonts w:ascii="Consolas" w:hAnsi="Consolas"/>
          <w:color w:val="333333"/>
          <w:sz w:val="16"/>
        </w:rPr>
        <w:br/>
        <w:t>}</w:t>
      </w:r>
    </w:p>
    <w:p w14:paraId="5D0EA42F" w14:textId="77777777" w:rsidR="00281D6C" w:rsidRDefault="00281D6C">
      <w:pPr>
        <w:spacing w:before="120" w:after="120"/>
      </w:pPr>
    </w:p>
    <w:p w14:paraId="15BD89B3" w14:textId="77777777" w:rsidR="00281D6C" w:rsidRDefault="00000000">
      <w:pPr>
        <w:pStyle w:val="21"/>
        <w:rPr>
          <w:lang w:eastAsia="ko-KR"/>
        </w:rPr>
      </w:pPr>
      <w:r>
        <w:rPr>
          <w:lang w:eastAsia="ko-KR"/>
        </w:rPr>
        <w:t xml:space="preserve">4. </w:t>
      </w:r>
      <w:r>
        <w:rPr>
          <w:lang w:eastAsia="ko-KR"/>
        </w:rPr>
        <w:t>개선</w:t>
      </w:r>
      <w:r>
        <w:rPr>
          <w:lang w:eastAsia="ko-KR"/>
        </w:rPr>
        <w:t xml:space="preserve"> </w:t>
      </w:r>
      <w:r>
        <w:rPr>
          <w:lang w:eastAsia="ko-KR"/>
        </w:rPr>
        <w:t>우선순위</w:t>
      </w:r>
      <w:r>
        <w:rPr>
          <w:lang w:eastAsia="ko-KR"/>
        </w:rPr>
        <w:t xml:space="preserve"> </w:t>
      </w:r>
      <w:r>
        <w:rPr>
          <w:lang w:eastAsia="ko-KR"/>
        </w:rPr>
        <w:t>및</w:t>
      </w:r>
      <w:r>
        <w:rPr>
          <w:lang w:eastAsia="ko-KR"/>
        </w:rPr>
        <w:t xml:space="preserve"> </w:t>
      </w:r>
      <w:r>
        <w:rPr>
          <w:lang w:eastAsia="ko-KR"/>
        </w:rPr>
        <w:t>기대</w:t>
      </w:r>
      <w:r>
        <w:rPr>
          <w:lang w:eastAsia="ko-KR"/>
        </w:rPr>
        <w:t xml:space="preserve"> </w:t>
      </w:r>
      <w:r>
        <w:rPr>
          <w:lang w:eastAsia="ko-KR"/>
        </w:rPr>
        <w:t>효과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3576"/>
        <w:gridCol w:w="818"/>
        <w:gridCol w:w="756"/>
        <w:gridCol w:w="3031"/>
      </w:tblGrid>
      <w:tr w:rsidR="00281D6C" w14:paraId="394C19B2" w14:textId="77777777" w:rsidTr="007B78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23585DB6" w14:textId="77777777" w:rsidR="00281D6C" w:rsidRDefault="00000000">
            <w:proofErr w:type="spellStart"/>
            <w:r>
              <w:t>순위</w:t>
            </w:r>
            <w:proofErr w:type="spellEnd"/>
          </w:p>
        </w:tc>
        <w:tc>
          <w:tcPr>
            <w:tcW w:w="3576" w:type="dxa"/>
          </w:tcPr>
          <w:p w14:paraId="100FE61D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개선</w:t>
            </w:r>
            <w:proofErr w:type="spellEnd"/>
            <w:r>
              <w:t xml:space="preserve"> </w:t>
            </w:r>
            <w:proofErr w:type="spellStart"/>
            <w:r>
              <w:t>항목</w:t>
            </w:r>
            <w:proofErr w:type="spellEnd"/>
          </w:p>
        </w:tc>
        <w:tc>
          <w:tcPr>
            <w:tcW w:w="818" w:type="dxa"/>
          </w:tcPr>
          <w:p w14:paraId="4CFB9597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심각도</w:t>
            </w:r>
            <w:proofErr w:type="spellEnd"/>
          </w:p>
        </w:tc>
        <w:tc>
          <w:tcPr>
            <w:tcW w:w="756" w:type="dxa"/>
          </w:tcPr>
          <w:p w14:paraId="6AA69E64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난이도</w:t>
            </w:r>
            <w:proofErr w:type="spellEnd"/>
          </w:p>
        </w:tc>
        <w:tc>
          <w:tcPr>
            <w:tcW w:w="3031" w:type="dxa"/>
          </w:tcPr>
          <w:p w14:paraId="151748AF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기대</w:t>
            </w:r>
            <w:proofErr w:type="spellEnd"/>
            <w:r>
              <w:t xml:space="preserve"> </w:t>
            </w:r>
            <w:proofErr w:type="spellStart"/>
            <w:r>
              <w:t>효과</w:t>
            </w:r>
            <w:proofErr w:type="spellEnd"/>
          </w:p>
        </w:tc>
      </w:tr>
      <w:tr w:rsidR="00281D6C" w14:paraId="30233018" w14:textId="77777777" w:rsidTr="007B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37829D61" w14:textId="77777777" w:rsidR="00281D6C" w:rsidRDefault="00000000">
            <w:r>
              <w:t>1</w:t>
            </w:r>
          </w:p>
        </w:tc>
        <w:tc>
          <w:tcPr>
            <w:tcW w:w="3576" w:type="dxa"/>
          </w:tcPr>
          <w:p w14:paraId="28DC524E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글로벌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동시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쿼리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제한</w:t>
            </w:r>
            <w:r>
              <w:rPr>
                <w:lang w:eastAsia="ko-KR"/>
              </w:rPr>
              <w:t xml:space="preserve"> (Semaphore)</w:t>
            </w:r>
          </w:p>
        </w:tc>
        <w:tc>
          <w:tcPr>
            <w:tcW w:w="818" w:type="dxa"/>
          </w:tcPr>
          <w:p w14:paraId="274E396D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심각</w:t>
            </w:r>
            <w:proofErr w:type="spellEnd"/>
          </w:p>
        </w:tc>
        <w:tc>
          <w:tcPr>
            <w:tcW w:w="756" w:type="dxa"/>
          </w:tcPr>
          <w:p w14:paraId="7EFDE22F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낮음</w:t>
            </w:r>
            <w:proofErr w:type="spellEnd"/>
          </w:p>
        </w:tc>
        <w:tc>
          <w:tcPr>
            <w:tcW w:w="3031" w:type="dxa"/>
          </w:tcPr>
          <w:p w14:paraId="6CDB323D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동시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요청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폭주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서비스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마비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방지</w:t>
            </w:r>
          </w:p>
        </w:tc>
      </w:tr>
      <w:tr w:rsidR="00281D6C" w14:paraId="5B2FADB9" w14:textId="77777777" w:rsidTr="007B78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50F8CBC7" w14:textId="77777777" w:rsidR="00281D6C" w:rsidRDefault="00000000">
            <w:r>
              <w:t>2</w:t>
            </w:r>
          </w:p>
        </w:tc>
        <w:tc>
          <w:tcPr>
            <w:tcW w:w="3576" w:type="dxa"/>
          </w:tcPr>
          <w:p w14:paraId="73AE80EF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쿼리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완료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리소스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반환</w:t>
            </w:r>
            <w:r>
              <w:rPr>
                <w:lang w:eastAsia="ko-KR"/>
              </w:rPr>
              <w:t xml:space="preserve"> (</w:t>
            </w:r>
            <w:proofErr w:type="spellStart"/>
            <w:r>
              <w:rPr>
                <w:rFonts w:ascii="Consolas" w:hAnsi="Consolas"/>
                <w:color w:val="800000"/>
                <w:lang w:eastAsia="ko-KR"/>
              </w:rPr>
              <w:t>releaseQuery</w:t>
            </w:r>
            <w:proofErr w:type="spellEnd"/>
            <w:r>
              <w:rPr>
                <w:lang w:eastAsia="ko-KR"/>
              </w:rPr>
              <w:t>)</w:t>
            </w:r>
          </w:p>
        </w:tc>
        <w:tc>
          <w:tcPr>
            <w:tcW w:w="818" w:type="dxa"/>
          </w:tcPr>
          <w:p w14:paraId="08954365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>
              <w:t>심각</w:t>
            </w:r>
            <w:proofErr w:type="spellEnd"/>
          </w:p>
        </w:tc>
        <w:tc>
          <w:tcPr>
            <w:tcW w:w="756" w:type="dxa"/>
          </w:tcPr>
          <w:p w14:paraId="614722D3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낮음</w:t>
            </w:r>
          </w:p>
        </w:tc>
        <w:tc>
          <w:tcPr>
            <w:tcW w:w="3031" w:type="dxa"/>
          </w:tcPr>
          <w:p w14:paraId="010FEE25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세션당</w:t>
            </w:r>
            <w:r>
              <w:t xml:space="preserve"> </w:t>
            </w:r>
            <w:r>
              <w:t>제한</w:t>
            </w:r>
            <w:r>
              <w:t xml:space="preserve"> </w:t>
            </w:r>
            <w:r>
              <w:t>정상</w:t>
            </w:r>
            <w:r>
              <w:t xml:space="preserve"> </w:t>
            </w:r>
            <w:r>
              <w:t>동작</w:t>
            </w:r>
          </w:p>
        </w:tc>
      </w:tr>
      <w:tr w:rsidR="00281D6C" w14:paraId="66EA4BD2" w14:textId="77777777" w:rsidTr="007B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4F287975" w14:textId="77777777" w:rsidR="00281D6C" w:rsidRDefault="00000000">
            <w:r>
              <w:lastRenderedPageBreak/>
              <w:t>3</w:t>
            </w:r>
          </w:p>
        </w:tc>
        <w:tc>
          <w:tcPr>
            <w:tcW w:w="3576" w:type="dxa"/>
          </w:tcPr>
          <w:p w14:paraId="5EC86E58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CachedThreadPool </w:t>
            </w:r>
            <w:r>
              <w:t>교체</w:t>
            </w:r>
          </w:p>
        </w:tc>
        <w:tc>
          <w:tcPr>
            <w:tcW w:w="818" w:type="dxa"/>
          </w:tcPr>
          <w:p w14:paraId="4A3E14F0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심각</w:t>
            </w:r>
          </w:p>
        </w:tc>
        <w:tc>
          <w:tcPr>
            <w:tcW w:w="756" w:type="dxa"/>
          </w:tcPr>
          <w:p w14:paraId="4AB61567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낮음</w:t>
            </w:r>
          </w:p>
        </w:tc>
        <w:tc>
          <w:tcPr>
            <w:tcW w:w="3031" w:type="dxa"/>
          </w:tcPr>
          <w:p w14:paraId="465FDE91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무제한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스레드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생성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방지</w:t>
            </w:r>
          </w:p>
        </w:tc>
      </w:tr>
      <w:tr w:rsidR="00281D6C" w14:paraId="2E8B62D1" w14:textId="77777777" w:rsidTr="007B78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456BADC0" w14:textId="77777777" w:rsidR="00281D6C" w:rsidRDefault="00000000">
            <w:r>
              <w:t>4</w:t>
            </w:r>
          </w:p>
        </w:tc>
        <w:tc>
          <w:tcPr>
            <w:tcW w:w="3576" w:type="dxa"/>
          </w:tcPr>
          <w:p w14:paraId="4EF57F42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ChunkedTrackStreamingService </w:t>
            </w:r>
            <w:r>
              <w:t>취소</w:t>
            </w:r>
            <w:r>
              <w:t xml:space="preserve"> </w:t>
            </w:r>
            <w:r>
              <w:t>구현</w:t>
            </w:r>
          </w:p>
        </w:tc>
        <w:tc>
          <w:tcPr>
            <w:tcW w:w="818" w:type="dxa"/>
          </w:tcPr>
          <w:p w14:paraId="3B1FDF05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심각</w:t>
            </w:r>
          </w:p>
        </w:tc>
        <w:tc>
          <w:tcPr>
            <w:tcW w:w="756" w:type="dxa"/>
          </w:tcPr>
          <w:p w14:paraId="50BB86B3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중간</w:t>
            </w:r>
          </w:p>
        </w:tc>
        <w:tc>
          <w:tcPr>
            <w:tcW w:w="3031" w:type="dxa"/>
          </w:tcPr>
          <w:p w14:paraId="452B7098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불필요한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리소스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점유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해소</w:t>
            </w:r>
          </w:p>
        </w:tc>
      </w:tr>
      <w:tr w:rsidR="00281D6C" w14:paraId="6C4B0750" w14:textId="77777777" w:rsidTr="007B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345ABF79" w14:textId="77777777" w:rsidR="00281D6C" w:rsidRDefault="00000000">
            <w:r>
              <w:t>5</w:t>
            </w:r>
          </w:p>
        </w:tc>
        <w:tc>
          <w:tcPr>
            <w:tcW w:w="3576" w:type="dxa"/>
          </w:tcPr>
          <w:p w14:paraId="18704CBE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쿼리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시스템</w:t>
            </w:r>
            <w:r>
              <w:t xml:space="preserve"> </w:t>
            </w:r>
            <w:r>
              <w:t>통합</w:t>
            </w:r>
          </w:p>
        </w:tc>
        <w:tc>
          <w:tcPr>
            <w:tcW w:w="818" w:type="dxa"/>
          </w:tcPr>
          <w:p w14:paraId="273CC8F3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중간</w:t>
            </w:r>
          </w:p>
        </w:tc>
        <w:tc>
          <w:tcPr>
            <w:tcW w:w="756" w:type="dxa"/>
          </w:tcPr>
          <w:p w14:paraId="61F5E765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중간</w:t>
            </w:r>
          </w:p>
        </w:tc>
        <w:tc>
          <w:tcPr>
            <w:tcW w:w="3031" w:type="dxa"/>
          </w:tcPr>
          <w:p w14:paraId="31BAF4B8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상태</w:t>
            </w:r>
            <w:r>
              <w:t xml:space="preserve"> </w:t>
            </w:r>
            <w:r>
              <w:t>불일치</w:t>
            </w:r>
            <w:r>
              <w:t xml:space="preserve"> </w:t>
            </w:r>
            <w:r>
              <w:t>해소</w:t>
            </w:r>
          </w:p>
        </w:tc>
      </w:tr>
      <w:tr w:rsidR="00281D6C" w14:paraId="4922BD45" w14:textId="77777777" w:rsidTr="007B78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15648B6A" w14:textId="77777777" w:rsidR="00281D6C" w:rsidRDefault="00000000">
            <w:r>
              <w:t>6</w:t>
            </w:r>
          </w:p>
        </w:tc>
        <w:tc>
          <w:tcPr>
            <w:tcW w:w="3576" w:type="dxa"/>
          </w:tcPr>
          <w:p w14:paraId="4D452505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proofErr w:type="spellStart"/>
            <w:r>
              <w:rPr>
                <w:lang w:eastAsia="ko-KR"/>
              </w:rPr>
              <w:t>백프레셔</w:t>
            </w:r>
            <w:proofErr w:type="spellEnd"/>
            <w:r>
              <w:rPr>
                <w:lang w:eastAsia="ko-KR"/>
              </w:rPr>
              <w:t xml:space="preserve"> </w:t>
            </w:r>
            <w:proofErr w:type="spellStart"/>
            <w:r>
              <w:rPr>
                <w:lang w:eastAsia="ko-KR"/>
              </w:rPr>
              <w:t>콜백</w:t>
            </w:r>
            <w:proofErr w:type="spellEnd"/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기반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전환</w:t>
            </w:r>
          </w:p>
        </w:tc>
        <w:tc>
          <w:tcPr>
            <w:tcW w:w="818" w:type="dxa"/>
          </w:tcPr>
          <w:p w14:paraId="70A9FD8A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proofErr w:type="spellStart"/>
            <w:r>
              <w:t>중간</w:t>
            </w:r>
            <w:proofErr w:type="spellEnd"/>
          </w:p>
        </w:tc>
        <w:tc>
          <w:tcPr>
            <w:tcW w:w="756" w:type="dxa"/>
          </w:tcPr>
          <w:p w14:paraId="44709756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중간</w:t>
            </w:r>
          </w:p>
        </w:tc>
        <w:tc>
          <w:tcPr>
            <w:tcW w:w="3031" w:type="dxa"/>
          </w:tcPr>
          <w:p w14:paraId="2E6A8FFE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정확한</w:t>
            </w:r>
            <w:r>
              <w:t xml:space="preserve"> </w:t>
            </w:r>
            <w:r>
              <w:t>메모리</w:t>
            </w:r>
            <w:r>
              <w:t xml:space="preserve"> </w:t>
            </w:r>
            <w:r>
              <w:t>관리</w:t>
            </w:r>
          </w:p>
        </w:tc>
      </w:tr>
      <w:tr w:rsidR="00281D6C" w14:paraId="38C69853" w14:textId="77777777" w:rsidTr="007B7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54C3CA2B" w14:textId="77777777" w:rsidR="00281D6C" w:rsidRDefault="00000000">
            <w:r>
              <w:t>7</w:t>
            </w:r>
          </w:p>
        </w:tc>
        <w:tc>
          <w:tcPr>
            <w:tcW w:w="3576" w:type="dxa"/>
          </w:tcPr>
          <w:p w14:paraId="762FC61C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설정</w:t>
            </w:r>
            <w:r>
              <w:t xml:space="preserve"> </w:t>
            </w:r>
            <w:r>
              <w:t>외부화</w:t>
            </w:r>
          </w:p>
        </w:tc>
        <w:tc>
          <w:tcPr>
            <w:tcW w:w="818" w:type="dxa"/>
          </w:tcPr>
          <w:p w14:paraId="21D00EFE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낮음</w:t>
            </w:r>
          </w:p>
        </w:tc>
        <w:tc>
          <w:tcPr>
            <w:tcW w:w="756" w:type="dxa"/>
          </w:tcPr>
          <w:p w14:paraId="45DBF2A0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낮음</w:t>
            </w:r>
          </w:p>
        </w:tc>
        <w:tc>
          <w:tcPr>
            <w:tcW w:w="3031" w:type="dxa"/>
          </w:tcPr>
          <w:p w14:paraId="21F7C17D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운영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튜닝</w:t>
            </w:r>
            <w:r>
              <w:t xml:space="preserve"> </w:t>
            </w:r>
            <w:r>
              <w:t>가능</w:t>
            </w:r>
          </w:p>
        </w:tc>
      </w:tr>
      <w:tr w:rsidR="00281D6C" w14:paraId="6942BB0D" w14:textId="77777777" w:rsidTr="007B78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35CE7FAB" w14:textId="77777777" w:rsidR="00281D6C" w:rsidRDefault="00000000">
            <w:r>
              <w:t>8</w:t>
            </w:r>
          </w:p>
        </w:tc>
        <w:tc>
          <w:tcPr>
            <w:tcW w:w="3576" w:type="dxa"/>
          </w:tcPr>
          <w:p w14:paraId="4E04A2F4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모니터링</w:t>
            </w:r>
            <w:r>
              <w:t xml:space="preserve"> </w:t>
            </w:r>
            <w:r>
              <w:t>엔드포인트</w:t>
            </w:r>
          </w:p>
        </w:tc>
        <w:tc>
          <w:tcPr>
            <w:tcW w:w="818" w:type="dxa"/>
          </w:tcPr>
          <w:p w14:paraId="22EC50B2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낮음</w:t>
            </w:r>
          </w:p>
        </w:tc>
        <w:tc>
          <w:tcPr>
            <w:tcW w:w="756" w:type="dxa"/>
          </w:tcPr>
          <w:p w14:paraId="5EE07F46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낮음</w:t>
            </w:r>
          </w:p>
        </w:tc>
        <w:tc>
          <w:tcPr>
            <w:tcW w:w="3031" w:type="dxa"/>
          </w:tcPr>
          <w:p w14:paraId="657F8CA0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실시간</w:t>
            </w:r>
            <w:r>
              <w:t xml:space="preserve"> </w:t>
            </w:r>
            <w:r>
              <w:t>상태</w:t>
            </w:r>
            <w:r>
              <w:t xml:space="preserve"> </w:t>
            </w:r>
            <w:r>
              <w:t>파악</w:t>
            </w:r>
          </w:p>
        </w:tc>
      </w:tr>
    </w:tbl>
    <w:p w14:paraId="400ED543" w14:textId="77777777" w:rsidR="00281D6C" w:rsidRDefault="00281D6C"/>
    <w:p w14:paraId="141848A1" w14:textId="77777777" w:rsidR="00281D6C" w:rsidRDefault="00281D6C">
      <w:pPr>
        <w:spacing w:before="120" w:after="120"/>
      </w:pPr>
    </w:p>
    <w:p w14:paraId="02A70170" w14:textId="77777777" w:rsidR="00281D6C" w:rsidRDefault="00000000">
      <w:pPr>
        <w:pStyle w:val="21"/>
      </w:pPr>
      <w:r>
        <w:t xml:space="preserve">5.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고려</w:t>
      </w:r>
      <w:r>
        <w:t xml:space="preserve"> </w:t>
      </w:r>
      <w:r>
        <w:t>사항</w:t>
      </w:r>
    </w:p>
    <w:p w14:paraId="5BEEDAF6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 xml:space="preserve">5.1 </w:t>
      </w:r>
      <w:r>
        <w:rPr>
          <w:lang w:eastAsia="ko-KR"/>
        </w:rPr>
        <w:t>글로벌</w:t>
      </w:r>
      <w:r>
        <w:rPr>
          <w:lang w:eastAsia="ko-KR"/>
        </w:rPr>
        <w:t xml:space="preserve"> </w:t>
      </w:r>
      <w:r>
        <w:rPr>
          <w:lang w:eastAsia="ko-KR"/>
        </w:rPr>
        <w:t>동시</w:t>
      </w:r>
      <w:r>
        <w:rPr>
          <w:lang w:eastAsia="ko-KR"/>
        </w:rPr>
        <w:t xml:space="preserve"> </w:t>
      </w:r>
      <w:r>
        <w:rPr>
          <w:lang w:eastAsia="ko-KR"/>
        </w:rPr>
        <w:t>제한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</w:t>
      </w:r>
      <w:r>
        <w:rPr>
          <w:lang w:eastAsia="ko-KR"/>
        </w:rPr>
        <w:t>결정</w:t>
      </w:r>
      <w:r>
        <w:rPr>
          <w:lang w:eastAsia="ko-KR"/>
        </w:rPr>
        <w:t xml:space="preserve"> </w:t>
      </w:r>
      <w:r>
        <w:rPr>
          <w:lang w:eastAsia="ko-KR"/>
        </w:rPr>
        <w:t>기준</w:t>
      </w:r>
    </w:p>
    <w:p w14:paraId="7552EED3" w14:textId="77777777" w:rsidR="00281D6C" w:rsidRDefault="00000000">
      <w:pPr>
        <w:ind w:left="283"/>
      </w:pPr>
      <w:proofErr w:type="spellStart"/>
      <w:r>
        <w:rPr>
          <w:rFonts w:ascii="Consolas" w:hAnsi="Consolas"/>
          <w:color w:val="333333"/>
          <w:sz w:val="16"/>
        </w:rPr>
        <w:t>maxConcurrentGlobal</w:t>
      </w:r>
      <w:proofErr w:type="spellEnd"/>
      <w:r>
        <w:rPr>
          <w:rFonts w:ascii="Consolas" w:hAnsi="Consolas"/>
          <w:color w:val="333333"/>
          <w:sz w:val="16"/>
        </w:rPr>
        <w:t xml:space="preserve"> = </w:t>
      </w:r>
      <w:proofErr w:type="spellStart"/>
      <w:r>
        <w:rPr>
          <w:rFonts w:ascii="Consolas" w:hAnsi="Consolas"/>
          <w:color w:val="333333"/>
          <w:sz w:val="16"/>
        </w:rPr>
        <w:t>DB</w:t>
      </w:r>
      <w:r>
        <w:rPr>
          <w:rFonts w:ascii="Consolas" w:hAnsi="Consolas"/>
          <w:color w:val="333333"/>
          <w:sz w:val="16"/>
        </w:rPr>
        <w:t>커넥션풀</w:t>
      </w:r>
      <w:proofErr w:type="spellEnd"/>
      <w:r>
        <w:rPr>
          <w:rFonts w:ascii="Consolas" w:hAnsi="Consolas"/>
          <w:color w:val="333333"/>
          <w:sz w:val="16"/>
        </w:rPr>
        <w:t xml:space="preserve"> / </w:t>
      </w:r>
      <w:r>
        <w:rPr>
          <w:rFonts w:ascii="Consolas" w:hAnsi="Consolas"/>
          <w:color w:val="333333"/>
          <w:sz w:val="16"/>
        </w:rPr>
        <w:t>평균쿼리당커넥션</w:t>
      </w:r>
      <w:r>
        <w:rPr>
          <w:rFonts w:ascii="Consolas" w:hAnsi="Consolas"/>
          <w:color w:val="333333"/>
          <w:sz w:val="16"/>
        </w:rPr>
        <w:br/>
        <w:t xml:space="preserve">                    = 180 / 3</w:t>
      </w:r>
      <w:r>
        <w:rPr>
          <w:rFonts w:ascii="Consolas" w:hAnsi="Consolas"/>
          <w:color w:val="333333"/>
          <w:sz w:val="16"/>
        </w:rPr>
        <w:br/>
        <w:t xml:space="preserve">                    = 60</w:t>
      </w:r>
    </w:p>
    <w:p w14:paraId="09A1153C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 xml:space="preserve">DB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풀</w:t>
      </w:r>
      <w:r>
        <w:rPr>
          <w:lang w:eastAsia="ko-KR"/>
        </w:rPr>
        <w:t>(180</w:t>
      </w:r>
      <w:r>
        <w:rPr>
          <w:lang w:eastAsia="ko-KR"/>
        </w:rPr>
        <w:t>개</w:t>
      </w:r>
      <w:r>
        <w:rPr>
          <w:lang w:eastAsia="ko-KR"/>
        </w:rPr>
        <w:t xml:space="preserve">) </w:t>
      </w:r>
      <w:r>
        <w:rPr>
          <w:lang w:eastAsia="ko-KR"/>
        </w:rPr>
        <w:t>기준</w:t>
      </w:r>
      <w:r>
        <w:rPr>
          <w:lang w:eastAsia="ko-KR"/>
        </w:rPr>
        <w:t xml:space="preserve"> </w:t>
      </w:r>
      <w:r>
        <w:rPr>
          <w:lang w:eastAsia="ko-KR"/>
        </w:rPr>
        <w:t>쿼리당</w:t>
      </w:r>
      <w:r>
        <w:rPr>
          <w:lang w:eastAsia="ko-KR"/>
        </w:rPr>
        <w:t xml:space="preserve"> </w:t>
      </w:r>
      <w:r>
        <w:rPr>
          <w:lang w:eastAsia="ko-KR"/>
        </w:rPr>
        <w:t>평균</w:t>
      </w:r>
      <w:r>
        <w:rPr>
          <w:lang w:eastAsia="ko-KR"/>
        </w:rPr>
        <w:t xml:space="preserve"> 3</w:t>
      </w:r>
      <w:r>
        <w:rPr>
          <w:lang w:eastAsia="ko-KR"/>
        </w:rPr>
        <w:t>개</w:t>
      </w:r>
      <w:r>
        <w:rPr>
          <w:lang w:eastAsia="ko-KR"/>
        </w:rPr>
        <w:t xml:space="preserve">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사용을</w:t>
      </w:r>
      <w:r>
        <w:rPr>
          <w:lang w:eastAsia="ko-KR"/>
        </w:rPr>
        <w:t xml:space="preserve"> </w:t>
      </w:r>
      <w:r>
        <w:rPr>
          <w:lang w:eastAsia="ko-KR"/>
        </w:rPr>
        <w:t>고려하여</w:t>
      </w:r>
      <w:r>
        <w:rPr>
          <w:lang w:eastAsia="ko-KR"/>
        </w:rPr>
        <w:t xml:space="preserve"> 60</w:t>
      </w:r>
      <w:r>
        <w:rPr>
          <w:lang w:eastAsia="ko-KR"/>
        </w:rPr>
        <w:t>개</w:t>
      </w:r>
      <w:r>
        <w:rPr>
          <w:lang w:eastAsia="ko-KR"/>
        </w:rPr>
        <w:t xml:space="preserve"> </w:t>
      </w:r>
      <w:r>
        <w:rPr>
          <w:lang w:eastAsia="ko-KR"/>
        </w:rPr>
        <w:t>설정</w:t>
      </w:r>
    </w:p>
    <w:p w14:paraId="03B84696" w14:textId="77777777" w:rsidR="00281D6C" w:rsidRDefault="00000000">
      <w:pPr>
        <w:pStyle w:val="a0"/>
      </w:pPr>
      <w:r>
        <w:t xml:space="preserve">REST API, </w:t>
      </w:r>
      <w:proofErr w:type="spellStart"/>
      <w:r>
        <w:t>배치</w:t>
      </w:r>
      <w:proofErr w:type="spellEnd"/>
      <w:r>
        <w:t xml:space="preserve"> </w:t>
      </w:r>
      <w:proofErr w:type="spellStart"/>
      <w:r>
        <w:t>작업</w:t>
      </w:r>
      <w:proofErr w:type="spellEnd"/>
      <w:r>
        <w:t xml:space="preserve"> </w:t>
      </w:r>
      <w:r>
        <w:t>등은</w:t>
      </w:r>
      <w:r>
        <w:t xml:space="preserve"> </w:t>
      </w:r>
      <w:r>
        <w:t>별도</w:t>
      </w:r>
      <w:r>
        <w:t xml:space="preserve"> DataSource </w:t>
      </w:r>
      <w:proofErr w:type="gramStart"/>
      <w:r>
        <w:t>풀</w:t>
      </w:r>
      <w:r>
        <w:t>(</w:t>
      </w:r>
      <w:proofErr w:type="gramEnd"/>
      <w:r>
        <w:t xml:space="preserve">Collect 80, Batch </w:t>
      </w:r>
      <w:proofErr w:type="gramStart"/>
      <w:r>
        <w:t>30)</w:t>
      </w:r>
      <w:r>
        <w:t>을</w:t>
      </w:r>
      <w:proofErr w:type="gramEnd"/>
      <w:r>
        <w:t xml:space="preserve"> </w:t>
      </w:r>
      <w:r>
        <w:t>사용하므로</w:t>
      </w:r>
      <w:r>
        <w:t xml:space="preserve"> Query </w:t>
      </w:r>
      <w:r>
        <w:t>풀</w:t>
      </w:r>
      <w:r>
        <w:t xml:space="preserve"> </w:t>
      </w:r>
      <w:r>
        <w:t>전체</w:t>
      </w:r>
      <w:r>
        <w:t xml:space="preserve"> </w:t>
      </w:r>
      <w:r>
        <w:t>활용</w:t>
      </w:r>
      <w:r>
        <w:t xml:space="preserve"> </w:t>
      </w:r>
      <w:r>
        <w:t>가능</w:t>
      </w:r>
    </w:p>
    <w:p w14:paraId="4F78AD47" w14:textId="77777777" w:rsidR="00281D6C" w:rsidRDefault="00000000">
      <w:pPr>
        <w:pStyle w:val="a0"/>
      </w:pPr>
      <w:r>
        <w:rPr>
          <w:rFonts w:ascii="Consolas" w:hAnsi="Consolas"/>
          <w:color w:val="800000"/>
        </w:rPr>
        <w:t>trackStreamingExecutor</w:t>
      </w:r>
      <w:r>
        <w:t xml:space="preserve"> max(120) </w:t>
      </w:r>
      <w:r>
        <w:t>이내로</w:t>
      </w:r>
      <w:r>
        <w:t xml:space="preserve"> </w:t>
      </w:r>
      <w:r>
        <w:t>설정하여</w:t>
      </w:r>
      <w:r>
        <w:t xml:space="preserve"> </w:t>
      </w:r>
      <w:r>
        <w:t>스레드</w:t>
      </w:r>
      <w:r>
        <w:t xml:space="preserve"> </w:t>
      </w:r>
      <w:r>
        <w:t>풀</w:t>
      </w:r>
      <w:r>
        <w:t xml:space="preserve"> </w:t>
      </w:r>
      <w:r>
        <w:t>여유</w:t>
      </w:r>
      <w:r>
        <w:t xml:space="preserve"> </w:t>
      </w:r>
      <w:r>
        <w:t>확보</w:t>
      </w:r>
    </w:p>
    <w:p w14:paraId="639C4CE4" w14:textId="77777777" w:rsidR="00281D6C" w:rsidRDefault="00000000">
      <w:pPr>
        <w:pStyle w:val="31"/>
      </w:pPr>
      <w:r>
        <w:t xml:space="preserve">5.2 </w:t>
      </w:r>
      <w:r>
        <w:t>대기</w:t>
      </w:r>
      <w:r>
        <w:t xml:space="preserve"> </w:t>
      </w:r>
      <w:r>
        <w:t>큐</w:t>
      </w:r>
      <w:r>
        <w:t xml:space="preserve"> </w:t>
      </w:r>
      <w:r>
        <w:t>타임아웃</w:t>
      </w:r>
    </w:p>
    <w:p w14:paraId="7E3EA755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30</w:t>
      </w:r>
      <w:r>
        <w:rPr>
          <w:lang w:eastAsia="ko-KR"/>
        </w:rPr>
        <w:t>초</w:t>
      </w:r>
      <w:r>
        <w:rPr>
          <w:lang w:eastAsia="ko-KR"/>
        </w:rPr>
        <w:t xml:space="preserve"> </w:t>
      </w:r>
      <w:r>
        <w:rPr>
          <w:lang w:eastAsia="ko-KR"/>
        </w:rPr>
        <w:t>권장</w:t>
      </w:r>
      <w:r>
        <w:rPr>
          <w:lang w:eastAsia="ko-KR"/>
        </w:rPr>
        <w:t xml:space="preserve"> (</w:t>
      </w:r>
      <w:r>
        <w:rPr>
          <w:lang w:eastAsia="ko-KR"/>
        </w:rPr>
        <w:t>클라이언트</w:t>
      </w:r>
      <w:r>
        <w:rPr>
          <w:lang w:eastAsia="ko-KR"/>
        </w:rPr>
        <w:t xml:space="preserve"> UX </w:t>
      </w:r>
      <w:r>
        <w:rPr>
          <w:lang w:eastAsia="ko-KR"/>
        </w:rPr>
        <w:t>고려</w:t>
      </w:r>
      <w:r>
        <w:rPr>
          <w:lang w:eastAsia="ko-KR"/>
        </w:rPr>
        <w:t>)</w:t>
      </w:r>
    </w:p>
    <w:p w14:paraId="44A66648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타임아웃</w:t>
      </w:r>
      <w:r>
        <w:rPr>
          <w:lang w:eastAsia="ko-KR"/>
        </w:rPr>
        <w:t xml:space="preserve"> </w:t>
      </w:r>
      <w:r>
        <w:rPr>
          <w:lang w:eastAsia="ko-KR"/>
        </w:rPr>
        <w:t>시</w:t>
      </w:r>
      <w:r>
        <w:rPr>
          <w:lang w:eastAsia="ko-KR"/>
        </w:rPr>
        <w:t xml:space="preserve"> </w:t>
      </w:r>
      <w:r>
        <w:rPr>
          <w:lang w:eastAsia="ko-KR"/>
        </w:rPr>
        <w:t>클라이언트에</w:t>
      </w:r>
      <w:r>
        <w:rPr>
          <w:lang w:eastAsia="ko-KR"/>
        </w:rPr>
        <w:t xml:space="preserve"> </w:t>
      </w:r>
      <w:r>
        <w:rPr>
          <w:lang w:eastAsia="ko-KR"/>
        </w:rPr>
        <w:t>명확한</w:t>
      </w:r>
      <w:r>
        <w:rPr>
          <w:lang w:eastAsia="ko-KR"/>
        </w:rPr>
        <w:t xml:space="preserve"> </w:t>
      </w:r>
      <w:r>
        <w:rPr>
          <w:lang w:eastAsia="ko-KR"/>
        </w:rPr>
        <w:t>에러</w:t>
      </w:r>
      <w:r>
        <w:rPr>
          <w:lang w:eastAsia="ko-KR"/>
        </w:rPr>
        <w:t xml:space="preserve"> </w:t>
      </w:r>
      <w:r>
        <w:rPr>
          <w:lang w:eastAsia="ko-KR"/>
        </w:rPr>
        <w:t>메시지</w:t>
      </w:r>
      <w:r>
        <w:rPr>
          <w:lang w:eastAsia="ko-KR"/>
        </w:rPr>
        <w:t xml:space="preserve"> </w:t>
      </w:r>
      <w:r>
        <w:rPr>
          <w:lang w:eastAsia="ko-KR"/>
        </w:rPr>
        <w:t>전달</w:t>
      </w:r>
      <w:r>
        <w:rPr>
          <w:lang w:eastAsia="ko-KR"/>
        </w:rPr>
        <w:t xml:space="preserve"> </w:t>
      </w:r>
      <w:r>
        <w:rPr>
          <w:lang w:eastAsia="ko-KR"/>
        </w:rPr>
        <w:t>필요</w:t>
      </w:r>
    </w:p>
    <w:p w14:paraId="3EAEC27B" w14:textId="77777777" w:rsidR="00281D6C" w:rsidRDefault="00000000">
      <w:pPr>
        <w:pStyle w:val="a0"/>
        <w:rPr>
          <w:lang w:eastAsia="ko-KR"/>
        </w:rPr>
      </w:pPr>
      <w:proofErr w:type="spellStart"/>
      <w:r>
        <w:rPr>
          <w:lang w:eastAsia="ko-KR"/>
        </w:rPr>
        <w:t>프론트엔드에서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재시도</w:t>
      </w:r>
      <w:r>
        <w:rPr>
          <w:lang w:eastAsia="ko-KR"/>
        </w:rPr>
        <w:t xml:space="preserve"> </w:t>
      </w:r>
      <w:r>
        <w:rPr>
          <w:lang w:eastAsia="ko-KR"/>
        </w:rPr>
        <w:t>로직</w:t>
      </w:r>
      <w:r>
        <w:rPr>
          <w:lang w:eastAsia="ko-KR"/>
        </w:rPr>
        <w:t xml:space="preserve"> </w:t>
      </w:r>
      <w:r>
        <w:rPr>
          <w:lang w:eastAsia="ko-KR"/>
        </w:rPr>
        <w:t>또는</w:t>
      </w:r>
      <w:r>
        <w:rPr>
          <w:lang w:eastAsia="ko-KR"/>
        </w:rPr>
        <w:t xml:space="preserve"> "</w:t>
      </w:r>
      <w:r>
        <w:rPr>
          <w:lang w:eastAsia="ko-KR"/>
        </w:rPr>
        <w:t>서버가</w:t>
      </w:r>
      <w:r>
        <w:rPr>
          <w:lang w:eastAsia="ko-KR"/>
        </w:rPr>
        <w:t xml:space="preserve"> </w:t>
      </w:r>
      <w:r>
        <w:rPr>
          <w:lang w:eastAsia="ko-KR"/>
        </w:rPr>
        <w:t>바쁩니다</w:t>
      </w:r>
      <w:r>
        <w:rPr>
          <w:lang w:eastAsia="ko-KR"/>
        </w:rPr>
        <w:t xml:space="preserve">" </w:t>
      </w:r>
      <w:r>
        <w:rPr>
          <w:lang w:eastAsia="ko-KR"/>
        </w:rPr>
        <w:t>안내</w:t>
      </w:r>
      <w:r>
        <w:rPr>
          <w:lang w:eastAsia="ko-KR"/>
        </w:rPr>
        <w:t xml:space="preserve"> </w:t>
      </w:r>
      <w:r>
        <w:rPr>
          <w:lang w:eastAsia="ko-KR"/>
        </w:rPr>
        <w:t>필요</w:t>
      </w:r>
    </w:p>
    <w:p w14:paraId="5167B8DB" w14:textId="77777777" w:rsidR="00281D6C" w:rsidRDefault="00000000">
      <w:pPr>
        <w:pStyle w:val="31"/>
      </w:pPr>
      <w:r>
        <w:t xml:space="preserve">5.3 </w:t>
      </w:r>
      <w:proofErr w:type="spellStart"/>
      <w:r>
        <w:t>기존</w:t>
      </w:r>
      <w:proofErr w:type="spellEnd"/>
      <w:r>
        <w:t xml:space="preserve"> </w:t>
      </w:r>
      <w:proofErr w:type="spellStart"/>
      <w:r>
        <w:t>클라이언트</w:t>
      </w:r>
      <w:proofErr w:type="spellEnd"/>
      <w:r>
        <w:t xml:space="preserve"> </w:t>
      </w:r>
      <w:proofErr w:type="spellStart"/>
      <w:r>
        <w:t>호환성</w:t>
      </w:r>
      <w:proofErr w:type="spellEnd"/>
    </w:p>
    <w:p w14:paraId="132B910A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 xml:space="preserve">STOMP </w:t>
      </w:r>
      <w:r>
        <w:rPr>
          <w:lang w:eastAsia="ko-KR"/>
        </w:rPr>
        <w:t>프로토콜</w:t>
      </w:r>
      <w:r>
        <w:rPr>
          <w:lang w:eastAsia="ko-KR"/>
        </w:rPr>
        <w:t xml:space="preserve"> </w:t>
      </w:r>
      <w:r>
        <w:rPr>
          <w:lang w:eastAsia="ko-KR"/>
        </w:rPr>
        <w:t>레벨</w:t>
      </w:r>
      <w:r>
        <w:rPr>
          <w:lang w:eastAsia="ko-KR"/>
        </w:rPr>
        <w:t xml:space="preserve"> </w:t>
      </w:r>
      <w:r>
        <w:rPr>
          <w:lang w:eastAsia="ko-KR"/>
        </w:rPr>
        <w:t>변경</w:t>
      </w:r>
      <w:r>
        <w:rPr>
          <w:lang w:eastAsia="ko-KR"/>
        </w:rPr>
        <w:t xml:space="preserve"> </w:t>
      </w:r>
      <w:r>
        <w:rPr>
          <w:lang w:eastAsia="ko-KR"/>
        </w:rPr>
        <w:t>없음</w:t>
      </w:r>
      <w:r>
        <w:rPr>
          <w:lang w:eastAsia="ko-KR"/>
        </w:rPr>
        <w:t xml:space="preserve"> (</w:t>
      </w:r>
      <w:r>
        <w:rPr>
          <w:lang w:eastAsia="ko-KR"/>
        </w:rPr>
        <w:t>하위</w:t>
      </w:r>
      <w:r>
        <w:rPr>
          <w:lang w:eastAsia="ko-KR"/>
        </w:rPr>
        <w:t xml:space="preserve"> </w:t>
      </w:r>
      <w:r>
        <w:rPr>
          <w:lang w:eastAsia="ko-KR"/>
        </w:rPr>
        <w:t>호환</w:t>
      </w:r>
      <w:r>
        <w:rPr>
          <w:lang w:eastAsia="ko-KR"/>
        </w:rPr>
        <w:t>)</w:t>
      </w:r>
    </w:p>
    <w:p w14:paraId="0967DA31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에러</w:t>
      </w:r>
      <w:r>
        <w:rPr>
          <w:lang w:eastAsia="ko-KR"/>
        </w:rPr>
        <w:t xml:space="preserve"> </w:t>
      </w:r>
      <w:r>
        <w:rPr>
          <w:lang w:eastAsia="ko-KR"/>
        </w:rPr>
        <w:t>메시지</w:t>
      </w:r>
      <w:r>
        <w:rPr>
          <w:lang w:eastAsia="ko-KR"/>
        </w:rPr>
        <w:t xml:space="preserve"> </w:t>
      </w:r>
      <w:r>
        <w:rPr>
          <w:lang w:eastAsia="ko-KR"/>
        </w:rPr>
        <w:t>형식이</w:t>
      </w:r>
      <w:r>
        <w:rPr>
          <w:lang w:eastAsia="ko-KR"/>
        </w:rPr>
        <w:t xml:space="preserve"> </w:t>
      </w:r>
      <w:r>
        <w:rPr>
          <w:lang w:eastAsia="ko-KR"/>
        </w:rPr>
        <w:t>변경될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</w:t>
      </w:r>
      <w:r>
        <w:rPr>
          <w:lang w:eastAsia="ko-KR"/>
        </w:rPr>
        <w:t>있으므로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프론트엔드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에러</w:t>
      </w:r>
      <w:r>
        <w:rPr>
          <w:lang w:eastAsia="ko-KR"/>
        </w:rPr>
        <w:t xml:space="preserve"> </w:t>
      </w:r>
      <w:r>
        <w:rPr>
          <w:lang w:eastAsia="ko-KR"/>
        </w:rPr>
        <w:t>핸들링</w:t>
      </w:r>
      <w:r>
        <w:rPr>
          <w:lang w:eastAsia="ko-KR"/>
        </w:rPr>
        <w:t xml:space="preserve"> </w:t>
      </w:r>
      <w:r>
        <w:rPr>
          <w:lang w:eastAsia="ko-KR"/>
        </w:rPr>
        <w:t>확인</w:t>
      </w:r>
      <w:r>
        <w:rPr>
          <w:lang w:eastAsia="ko-KR"/>
        </w:rPr>
        <w:t xml:space="preserve"> </w:t>
      </w:r>
      <w:r>
        <w:rPr>
          <w:lang w:eastAsia="ko-KR"/>
        </w:rPr>
        <w:t>필요</w:t>
      </w:r>
    </w:p>
    <w:p w14:paraId="702A4E0F" w14:textId="77777777" w:rsidR="00281D6C" w:rsidRDefault="00281D6C">
      <w:pPr>
        <w:spacing w:before="120" w:after="120"/>
        <w:rPr>
          <w:lang w:eastAsia="ko-KR"/>
        </w:rPr>
      </w:pPr>
    </w:p>
    <w:p w14:paraId="2201817F" w14:textId="77777777" w:rsidR="00281D6C" w:rsidRDefault="00000000">
      <w:pPr>
        <w:pStyle w:val="21"/>
      </w:pPr>
      <w:proofErr w:type="spellStart"/>
      <w:r>
        <w:t>부록</w:t>
      </w:r>
      <w:proofErr w:type="spellEnd"/>
      <w:r>
        <w:t xml:space="preserve"> A. </w:t>
      </w:r>
      <w:r>
        <w:t>관련</w:t>
      </w:r>
      <w:r>
        <w:t xml:space="preserve"> </w:t>
      </w:r>
      <w:r>
        <w:t>파일</w:t>
      </w:r>
      <w:r>
        <w:t xml:space="preserve"> </w:t>
      </w:r>
      <w:r>
        <w:t>목록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6451"/>
        <w:gridCol w:w="2405"/>
      </w:tblGrid>
      <w:tr w:rsidR="00281D6C" w14:paraId="4F212D19" w14:textId="77777777" w:rsidTr="00281D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ED1BC48" w14:textId="77777777" w:rsidR="00281D6C" w:rsidRDefault="00000000">
            <w:r>
              <w:t>파일</w:t>
            </w:r>
          </w:p>
        </w:tc>
        <w:tc>
          <w:tcPr>
            <w:tcW w:w="4320" w:type="dxa"/>
          </w:tcPr>
          <w:p w14:paraId="3F30D326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역할</w:t>
            </w:r>
          </w:p>
        </w:tc>
      </w:tr>
      <w:tr w:rsidR="00281D6C" w14:paraId="5753F1D1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6CBFF2F" w14:textId="77777777" w:rsidR="00281D6C" w:rsidRDefault="00000000">
            <w:r>
              <w:rPr>
                <w:rFonts w:ascii="Consolas" w:hAnsi="Consolas"/>
                <w:color w:val="800000"/>
              </w:rPr>
              <w:t>global/websocket/interceptor/TrackQueryInterceptor.java</w:t>
            </w:r>
          </w:p>
        </w:tc>
        <w:tc>
          <w:tcPr>
            <w:tcW w:w="4320" w:type="dxa"/>
          </w:tcPr>
          <w:p w14:paraId="1B098585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세션별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쿼리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제한</w:t>
            </w:r>
            <w:r>
              <w:rPr>
                <w:lang w:eastAsia="ko-KR"/>
              </w:rPr>
              <w:t xml:space="preserve"> </w:t>
            </w:r>
            <w:proofErr w:type="spellStart"/>
            <w:r>
              <w:rPr>
                <w:lang w:eastAsia="ko-KR"/>
              </w:rPr>
              <w:t>인터셉터</w:t>
            </w:r>
            <w:proofErr w:type="spellEnd"/>
          </w:p>
        </w:tc>
      </w:tr>
      <w:tr w:rsidR="00281D6C" w14:paraId="16F07EEF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A70C919" w14:textId="77777777" w:rsidR="00281D6C" w:rsidRDefault="00000000">
            <w:r>
              <w:rPr>
                <w:rFonts w:ascii="Consolas" w:hAnsi="Consolas"/>
                <w:color w:val="800000"/>
              </w:rPr>
              <w:t>global/</w:t>
            </w:r>
            <w:proofErr w:type="spellStart"/>
            <w:r>
              <w:rPr>
                <w:rFonts w:ascii="Consolas" w:hAnsi="Consolas"/>
                <w:color w:val="800000"/>
              </w:rPr>
              <w:t>websocket</w:t>
            </w:r>
            <w:proofErr w:type="spellEnd"/>
            <w:r>
              <w:rPr>
                <w:rFonts w:ascii="Consolas" w:hAnsi="Consolas"/>
                <w:color w:val="800000"/>
              </w:rPr>
              <w:t>/service/ChunkedTrackStreamingService.java</w:t>
            </w:r>
          </w:p>
        </w:tc>
        <w:tc>
          <w:tcPr>
            <w:tcW w:w="4320" w:type="dxa"/>
          </w:tcPr>
          <w:p w14:paraId="63DFACAE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proofErr w:type="spellStart"/>
            <w:r>
              <w:rPr>
                <w:lang w:eastAsia="ko-KR"/>
              </w:rPr>
              <w:t>청크</w:t>
            </w:r>
            <w:proofErr w:type="spellEnd"/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기반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스트리밍</w:t>
            </w:r>
            <w:r>
              <w:rPr>
                <w:lang w:eastAsia="ko-KR"/>
              </w:rPr>
              <w:t xml:space="preserve"> (</w:t>
            </w:r>
            <w:proofErr w:type="spellStart"/>
            <w:r>
              <w:rPr>
                <w:lang w:eastAsia="ko-KR"/>
              </w:rPr>
              <w:t>백프레셔</w:t>
            </w:r>
            <w:proofErr w:type="spellEnd"/>
            <w:r>
              <w:rPr>
                <w:lang w:eastAsia="ko-KR"/>
              </w:rPr>
              <w:t>)</w:t>
            </w:r>
          </w:p>
        </w:tc>
      </w:tr>
      <w:tr w:rsidR="00281D6C" w14:paraId="0FB3EC11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34243A2" w14:textId="77777777" w:rsidR="00281D6C" w:rsidRDefault="00000000">
            <w:r>
              <w:rPr>
                <w:rFonts w:ascii="Consolas" w:hAnsi="Consolas"/>
                <w:color w:val="800000"/>
              </w:rPr>
              <w:lastRenderedPageBreak/>
              <w:t>global/</w:t>
            </w:r>
            <w:proofErr w:type="spellStart"/>
            <w:r>
              <w:rPr>
                <w:rFonts w:ascii="Consolas" w:hAnsi="Consolas"/>
                <w:color w:val="800000"/>
              </w:rPr>
              <w:t>websocket</w:t>
            </w:r>
            <w:proofErr w:type="spellEnd"/>
            <w:r>
              <w:rPr>
                <w:rFonts w:ascii="Consolas" w:hAnsi="Consolas"/>
                <w:color w:val="800000"/>
              </w:rPr>
              <w:t>/service/StompTrackStreamingService.java</w:t>
            </w:r>
          </w:p>
        </w:tc>
        <w:tc>
          <w:tcPr>
            <w:tcW w:w="4320" w:type="dxa"/>
          </w:tcPr>
          <w:p w14:paraId="40296928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 xml:space="preserve">STOMP </w:t>
            </w:r>
            <w:r>
              <w:rPr>
                <w:lang w:eastAsia="ko-KR"/>
              </w:rPr>
              <w:t>스트리밍</w:t>
            </w:r>
            <w:r>
              <w:rPr>
                <w:lang w:eastAsia="ko-KR"/>
              </w:rPr>
              <w:t xml:space="preserve"> (</w:t>
            </w:r>
            <w:r>
              <w:rPr>
                <w:lang w:eastAsia="ko-KR"/>
              </w:rPr>
              <w:t>큐</w:t>
            </w:r>
            <w:r>
              <w:rPr>
                <w:lang w:eastAsia="ko-KR"/>
              </w:rPr>
              <w:t xml:space="preserve"> + </w:t>
            </w:r>
            <w:r>
              <w:rPr>
                <w:lang w:eastAsia="ko-KR"/>
              </w:rPr>
              <w:t>지연</w:t>
            </w:r>
            <w:r>
              <w:rPr>
                <w:lang w:eastAsia="ko-KR"/>
              </w:rPr>
              <w:t>)</w:t>
            </w:r>
          </w:p>
        </w:tc>
      </w:tr>
      <w:tr w:rsidR="00281D6C" w14:paraId="1214079F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473F510" w14:textId="77777777" w:rsidR="00281D6C" w:rsidRDefault="00000000">
            <w:r>
              <w:rPr>
                <w:rFonts w:ascii="Consolas" w:hAnsi="Consolas"/>
                <w:color w:val="800000"/>
              </w:rPr>
              <w:t>global/</w:t>
            </w:r>
            <w:proofErr w:type="spellStart"/>
            <w:r>
              <w:rPr>
                <w:rFonts w:ascii="Consolas" w:hAnsi="Consolas"/>
                <w:color w:val="800000"/>
              </w:rPr>
              <w:t>websocket</w:t>
            </w:r>
            <w:proofErr w:type="spellEnd"/>
            <w:r>
              <w:rPr>
                <w:rFonts w:ascii="Consolas" w:hAnsi="Consolas"/>
                <w:color w:val="800000"/>
              </w:rPr>
              <w:t>/service/ActiveQueryManager.java</w:t>
            </w:r>
          </w:p>
        </w:tc>
        <w:tc>
          <w:tcPr>
            <w:tcW w:w="4320" w:type="dxa"/>
          </w:tcPr>
          <w:p w14:paraId="6F8D12B8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활성</w:t>
            </w:r>
            <w:r>
              <w:t xml:space="preserve"> </w:t>
            </w:r>
            <w:r>
              <w:t>쿼리</w:t>
            </w:r>
            <w:r>
              <w:t xml:space="preserve"> </w:t>
            </w:r>
            <w:r>
              <w:t>추적</w:t>
            </w:r>
          </w:p>
        </w:tc>
      </w:tr>
      <w:tr w:rsidR="00281D6C" w14:paraId="272BFCBC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5750C18" w14:textId="77777777" w:rsidR="00281D6C" w:rsidRDefault="00000000">
            <w:r>
              <w:rPr>
                <w:rFonts w:ascii="Consolas" w:hAnsi="Consolas"/>
                <w:color w:val="800000"/>
              </w:rPr>
              <w:t>global/config/AsyncConfig.java</w:t>
            </w:r>
          </w:p>
        </w:tc>
        <w:tc>
          <w:tcPr>
            <w:tcW w:w="4320" w:type="dxa"/>
          </w:tcPr>
          <w:p w14:paraId="165DCA71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비동기</w:t>
            </w:r>
            <w:r>
              <w:t xml:space="preserve"> </w:t>
            </w:r>
            <w:r>
              <w:t>스레드</w:t>
            </w:r>
            <w:r>
              <w:t xml:space="preserve"> </w:t>
            </w:r>
            <w:r>
              <w:t>풀</w:t>
            </w:r>
            <w:r>
              <w:t xml:space="preserve"> </w:t>
            </w:r>
            <w:r>
              <w:t>설정</w:t>
            </w:r>
          </w:p>
        </w:tc>
      </w:tr>
      <w:tr w:rsidR="00281D6C" w14:paraId="35D73526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D8B8E2A" w14:textId="77777777" w:rsidR="00281D6C" w:rsidRDefault="00000000">
            <w:r>
              <w:rPr>
                <w:rFonts w:ascii="Consolas" w:hAnsi="Consolas"/>
                <w:color w:val="800000"/>
              </w:rPr>
              <w:t>global/config/WebSocketStompConfig.java</w:t>
            </w:r>
          </w:p>
        </w:tc>
        <w:tc>
          <w:tcPr>
            <w:tcW w:w="4320" w:type="dxa"/>
          </w:tcPr>
          <w:p w14:paraId="4DD9C13E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WebSocket STOMP </w:t>
            </w:r>
            <w:r>
              <w:t>설정</w:t>
            </w:r>
          </w:p>
        </w:tc>
      </w:tr>
      <w:tr w:rsidR="00281D6C" w14:paraId="3082195E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C1ED38A" w14:textId="77777777" w:rsidR="00281D6C" w:rsidRDefault="00000000">
            <w:r>
              <w:rPr>
                <w:rFonts w:ascii="Consolas" w:hAnsi="Consolas"/>
                <w:color w:val="800000"/>
              </w:rPr>
              <w:t>domain/vessel/service/query/CancellableQueryManager.java</w:t>
            </w:r>
          </w:p>
        </w:tc>
        <w:tc>
          <w:tcPr>
            <w:tcW w:w="4320" w:type="dxa"/>
          </w:tcPr>
          <w:p w14:paraId="65A61BB7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쿼리</w:t>
            </w:r>
            <w:r>
              <w:t xml:space="preserve"> </w:t>
            </w:r>
            <w:r>
              <w:t>취소</w:t>
            </w:r>
            <w:r>
              <w:t xml:space="preserve"> </w:t>
            </w:r>
            <w:r>
              <w:t>관리</w:t>
            </w:r>
          </w:p>
        </w:tc>
      </w:tr>
      <w:tr w:rsidR="00281D6C" w14:paraId="060EA128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A13F57B" w14:textId="77777777" w:rsidR="00281D6C" w:rsidRDefault="00000000">
            <w:r>
              <w:rPr>
                <w:rFonts w:ascii="Consolas" w:hAnsi="Consolas"/>
                <w:color w:val="800000"/>
              </w:rPr>
              <w:t>global/websocket/listener/WebSocketDisconnectListener.java</w:t>
            </w:r>
          </w:p>
        </w:tc>
        <w:tc>
          <w:tcPr>
            <w:tcW w:w="4320" w:type="dxa"/>
          </w:tcPr>
          <w:p w14:paraId="3ABD2A5A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세션</w:t>
            </w:r>
            <w:r>
              <w:t xml:space="preserve"> </w:t>
            </w:r>
            <w:r>
              <w:t>종료</w:t>
            </w:r>
            <w:r>
              <w:t xml:space="preserve"> </w:t>
            </w:r>
            <w:r>
              <w:t>리스너</w:t>
            </w:r>
          </w:p>
        </w:tc>
      </w:tr>
      <w:tr w:rsidR="00281D6C" w14:paraId="7BD44597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A492291" w14:textId="77777777" w:rsidR="00281D6C" w:rsidRDefault="00000000">
            <w:r>
              <w:rPr>
                <w:rFonts w:ascii="Consolas" w:hAnsi="Consolas"/>
                <w:color w:val="800000"/>
              </w:rPr>
              <w:t>domain/vessel/service/optimization/TrackStreamingOptimizer.java</w:t>
            </w:r>
          </w:p>
        </w:tc>
        <w:tc>
          <w:tcPr>
            <w:tcW w:w="4320" w:type="dxa"/>
          </w:tcPr>
          <w:p w14:paraId="62C006DD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적응형</w:t>
            </w:r>
            <w:r>
              <w:t xml:space="preserve"> </w:t>
            </w:r>
            <w:r>
              <w:t>최적화</w:t>
            </w:r>
            <w:r>
              <w:t xml:space="preserve"> (</w:t>
            </w:r>
            <w:r>
              <w:t>미사용</w:t>
            </w:r>
            <w:r>
              <w:t>)</w:t>
            </w:r>
          </w:p>
        </w:tc>
      </w:tr>
      <w:tr w:rsidR="00281D6C" w14:paraId="54B44F21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97EB4FC" w14:textId="77777777" w:rsidR="00281D6C" w:rsidRDefault="00000000">
            <w:r>
              <w:rPr>
                <w:rFonts w:ascii="Consolas" w:hAnsi="Consolas"/>
                <w:color w:val="800000"/>
              </w:rPr>
              <w:t>monitoring/service/TrackStreamingMetrics.java</w:t>
            </w:r>
          </w:p>
        </w:tc>
        <w:tc>
          <w:tcPr>
            <w:tcW w:w="4320" w:type="dxa"/>
          </w:tcPr>
          <w:p w14:paraId="2CF1D63B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스트리밍</w:t>
            </w:r>
            <w:r>
              <w:t xml:space="preserve"> </w:t>
            </w:r>
            <w:r>
              <w:t>메트릭</w:t>
            </w:r>
          </w:p>
        </w:tc>
      </w:tr>
    </w:tbl>
    <w:p w14:paraId="244C7996" w14:textId="77777777" w:rsidR="00281D6C" w:rsidRDefault="00281D6C"/>
    <w:p w14:paraId="24E125BE" w14:textId="77777777" w:rsidR="00281D6C" w:rsidRDefault="00000000">
      <w:pPr>
        <w:pStyle w:val="21"/>
        <w:rPr>
          <w:lang w:eastAsia="ko-KR"/>
        </w:rPr>
      </w:pPr>
      <w:r>
        <w:rPr>
          <w:lang w:eastAsia="ko-KR"/>
        </w:rPr>
        <w:t xml:space="preserve">Phase 5. </w:t>
      </w:r>
      <w:proofErr w:type="spellStart"/>
      <w:r>
        <w:rPr>
          <w:lang w:eastAsia="ko-KR"/>
        </w:rPr>
        <w:t>대기열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기반</w:t>
      </w:r>
      <w:r>
        <w:rPr>
          <w:lang w:eastAsia="ko-KR"/>
        </w:rPr>
        <w:t xml:space="preserve"> </w:t>
      </w:r>
      <w:r>
        <w:rPr>
          <w:lang w:eastAsia="ko-KR"/>
        </w:rPr>
        <w:t>쿼리</w:t>
      </w:r>
      <w:r>
        <w:rPr>
          <w:lang w:eastAsia="ko-KR"/>
        </w:rPr>
        <w:t xml:space="preserve"> </w:t>
      </w:r>
      <w:r>
        <w:rPr>
          <w:lang w:eastAsia="ko-KR"/>
        </w:rPr>
        <w:t>관리</w:t>
      </w:r>
      <w:r>
        <w:rPr>
          <w:lang w:eastAsia="ko-KR"/>
        </w:rPr>
        <w:t xml:space="preserve"> + </w:t>
      </w:r>
      <w:r>
        <w:rPr>
          <w:lang w:eastAsia="ko-KR"/>
        </w:rPr>
        <w:t>타임아웃</w:t>
      </w:r>
      <w:r>
        <w:rPr>
          <w:lang w:eastAsia="ko-KR"/>
        </w:rPr>
        <w:t xml:space="preserve"> </w:t>
      </w:r>
      <w:r>
        <w:rPr>
          <w:lang w:eastAsia="ko-KR"/>
        </w:rPr>
        <w:t>최적화</w:t>
      </w:r>
    </w:p>
    <w:p w14:paraId="6C71B0FA" w14:textId="77777777" w:rsidR="00281D6C" w:rsidRDefault="00000000">
      <w:pPr>
        <w:pStyle w:val="31"/>
      </w:pPr>
      <w:r>
        <w:t xml:space="preserve">5.1 </w:t>
      </w:r>
      <w:proofErr w:type="spellStart"/>
      <w:r>
        <w:t>대기열</w:t>
      </w:r>
      <w:proofErr w:type="spellEnd"/>
      <w:r>
        <w:t xml:space="preserve"> </w:t>
      </w:r>
      <w:proofErr w:type="spellStart"/>
      <w:r>
        <w:t>구조</w:t>
      </w:r>
      <w:proofErr w:type="spellEnd"/>
    </w:p>
    <w:p w14:paraId="609F678C" w14:textId="77777777" w:rsidR="00281D6C" w:rsidRDefault="00000000">
      <w:r>
        <w:t>기존</w:t>
      </w:r>
      <w:r>
        <w:t xml:space="preserve">: </w:t>
      </w:r>
      <w:r>
        <w:t>슬롯</w:t>
      </w:r>
      <w:r>
        <w:t xml:space="preserve"> </w:t>
      </w:r>
      <w:r>
        <w:t>부족</w:t>
      </w:r>
      <w:r>
        <w:t xml:space="preserve"> </w:t>
      </w:r>
      <w:r>
        <w:t>시</w:t>
      </w:r>
      <w:r>
        <w:t xml:space="preserve"> </w:t>
      </w:r>
      <w:r>
        <w:t>즉시</w:t>
      </w:r>
      <w:r>
        <w:t xml:space="preserve"> </w:t>
      </w:r>
      <w:r>
        <w:t>거부</w:t>
      </w:r>
      <w:r>
        <w:t xml:space="preserve"> (</w:t>
      </w:r>
      <w:r>
        <w:rPr>
          <w:rFonts w:ascii="Consolas" w:hAnsi="Consolas"/>
          <w:color w:val="800000"/>
        </w:rPr>
        <w:t>ERROR: Server is busy</w:t>
      </w:r>
      <w:r>
        <w:t>)</w:t>
      </w:r>
    </w:p>
    <w:p w14:paraId="5E544218" w14:textId="77777777" w:rsidR="00281D6C" w:rsidRDefault="00000000">
      <w:r>
        <w:t>개선</w:t>
      </w:r>
      <w:r>
        <w:t xml:space="preserve">: </w:t>
      </w:r>
      <w:r>
        <w:t>대기열</w:t>
      </w:r>
      <w:r>
        <w:t xml:space="preserve"> </w:t>
      </w:r>
      <w:r>
        <w:t>순번</w:t>
      </w:r>
      <w:r>
        <w:t xml:space="preserve"> </w:t>
      </w:r>
      <w:r>
        <w:t>안내</w:t>
      </w:r>
      <w:r>
        <w:t xml:space="preserve"> </w:t>
      </w:r>
      <w:r>
        <w:t>후</w:t>
      </w:r>
      <w:r>
        <w:t xml:space="preserve"> </w:t>
      </w:r>
      <w:r>
        <w:t>최대</w:t>
      </w:r>
      <w:r>
        <w:t xml:space="preserve"> 2</w:t>
      </w:r>
      <w:r>
        <w:t>분</w:t>
      </w:r>
      <w:r>
        <w:t xml:space="preserve"> </w:t>
      </w:r>
      <w:r>
        <w:t>대기</w:t>
      </w:r>
      <w:r>
        <w:t xml:space="preserve"> (</w:t>
      </w:r>
      <w:r>
        <w:rPr>
          <w:rFonts w:ascii="Consolas" w:hAnsi="Consolas"/>
          <w:color w:val="800000"/>
        </w:rPr>
        <w:t>QUEUED: position 3/5</w:t>
      </w:r>
      <w:r>
        <w:t>)</w:t>
      </w:r>
    </w:p>
    <w:p w14:paraId="6178838F" w14:textId="77777777" w:rsidR="00281D6C" w:rsidRDefault="00000000">
      <w:pPr>
        <w:ind w:left="283"/>
        <w:rPr>
          <w:lang w:eastAsia="ko-KR"/>
        </w:rPr>
      </w:pPr>
      <w:r>
        <w:rPr>
          <w:rFonts w:ascii="Consolas" w:hAnsi="Consolas"/>
          <w:color w:val="333333"/>
          <w:sz w:val="16"/>
          <w:lang w:eastAsia="ko-KR"/>
        </w:rPr>
        <w:t>요청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유입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│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▼</w:t>
      </w:r>
      <w:r>
        <w:rPr>
          <w:rFonts w:ascii="Consolas" w:hAnsi="Consolas"/>
          <w:color w:val="333333"/>
          <w:sz w:val="16"/>
          <w:lang w:eastAsia="ko-KR"/>
        </w:rPr>
        <w:br/>
      </w:r>
      <w:proofErr w:type="spellStart"/>
      <w:r>
        <w:rPr>
          <w:rFonts w:ascii="Consolas" w:hAnsi="Consolas"/>
          <w:color w:val="333333"/>
          <w:sz w:val="16"/>
          <w:lang w:eastAsia="ko-KR"/>
        </w:rPr>
        <w:t>tryAcquireSlotImmediate</w:t>
      </w:r>
      <w:proofErr w:type="spellEnd"/>
      <w:r>
        <w:rPr>
          <w:rFonts w:ascii="Consolas" w:hAnsi="Consolas"/>
          <w:color w:val="333333"/>
          <w:sz w:val="16"/>
          <w:lang w:eastAsia="ko-KR"/>
        </w:rPr>
        <w:t>()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│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├── </w:t>
      </w:r>
      <w:r>
        <w:rPr>
          <w:rFonts w:ascii="Consolas" w:hAnsi="Consolas"/>
          <w:color w:val="333333"/>
          <w:sz w:val="16"/>
          <w:lang w:eastAsia="ko-KR"/>
        </w:rPr>
        <w:t>성공</w:t>
      </w:r>
      <w:r>
        <w:rPr>
          <w:rFonts w:ascii="Consolas" w:hAnsi="Consolas"/>
          <w:color w:val="333333"/>
          <w:sz w:val="16"/>
          <w:lang w:eastAsia="ko-KR"/>
        </w:rPr>
        <w:t xml:space="preserve"> → </w:t>
      </w:r>
      <w:r>
        <w:rPr>
          <w:rFonts w:ascii="Consolas" w:hAnsi="Consolas"/>
          <w:color w:val="333333"/>
          <w:sz w:val="16"/>
          <w:lang w:eastAsia="ko-KR"/>
        </w:rPr>
        <w:t>즉시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처리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│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└── </w:t>
      </w:r>
      <w:r>
        <w:rPr>
          <w:rFonts w:ascii="Consolas" w:hAnsi="Consolas"/>
          <w:color w:val="333333"/>
          <w:sz w:val="16"/>
          <w:lang w:eastAsia="ko-KR"/>
        </w:rPr>
        <w:t>실패</w:t>
      </w:r>
      <w:r>
        <w:rPr>
          <w:rFonts w:ascii="Consolas" w:hAnsi="Consolas"/>
          <w:color w:val="333333"/>
          <w:sz w:val="16"/>
          <w:lang w:eastAsia="ko-KR"/>
        </w:rPr>
        <w:t xml:space="preserve"> → </w:t>
      </w:r>
      <w:proofErr w:type="spellStart"/>
      <w:r>
        <w:rPr>
          <w:rFonts w:ascii="Consolas" w:hAnsi="Consolas"/>
          <w:color w:val="333333"/>
          <w:sz w:val="16"/>
          <w:lang w:eastAsia="ko-KR"/>
        </w:rPr>
        <w:t>대기열</w:t>
      </w:r>
      <w:proofErr w:type="spellEnd"/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진입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    │   ┌──────────────────────────────┐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    │   </w:t>
      </w:r>
      <w:proofErr w:type="gramStart"/>
      <w:r>
        <w:rPr>
          <w:rFonts w:ascii="Consolas" w:hAnsi="Consolas"/>
          <w:color w:val="333333"/>
          <w:sz w:val="16"/>
          <w:lang w:eastAsia="ko-KR"/>
        </w:rPr>
        <w:t>│  2</w:t>
      </w:r>
      <w:proofErr w:type="gramEnd"/>
      <w:r>
        <w:rPr>
          <w:rFonts w:ascii="Consolas" w:hAnsi="Consolas"/>
          <w:color w:val="333333"/>
          <w:sz w:val="16"/>
          <w:lang w:eastAsia="ko-KR"/>
        </w:rPr>
        <w:t>초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간격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루프</w:t>
      </w:r>
      <w:r>
        <w:rPr>
          <w:rFonts w:ascii="Consolas" w:hAnsi="Consolas"/>
          <w:color w:val="333333"/>
          <w:sz w:val="16"/>
          <w:lang w:eastAsia="ko-KR"/>
        </w:rPr>
        <w:t>:               │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    │   </w:t>
      </w:r>
      <w:proofErr w:type="gramStart"/>
      <w:r>
        <w:rPr>
          <w:rFonts w:ascii="Consolas" w:hAnsi="Consolas"/>
          <w:color w:val="333333"/>
          <w:sz w:val="16"/>
          <w:lang w:eastAsia="ko-KR"/>
        </w:rPr>
        <w:t>│  1</w:t>
      </w:r>
      <w:proofErr w:type="gramEnd"/>
      <w:r>
        <w:rPr>
          <w:rFonts w:ascii="Consolas" w:hAnsi="Consolas"/>
          <w:color w:val="333333"/>
          <w:sz w:val="16"/>
          <w:lang w:eastAsia="ko-KR"/>
        </w:rPr>
        <w:t xml:space="preserve">. </w:t>
      </w:r>
      <w:proofErr w:type="spellStart"/>
      <w:r>
        <w:rPr>
          <w:rFonts w:ascii="Consolas" w:hAnsi="Consolas"/>
          <w:color w:val="333333"/>
          <w:sz w:val="16"/>
          <w:lang w:eastAsia="ko-KR"/>
        </w:rPr>
        <w:t>tryAcquire</w:t>
      </w:r>
      <w:proofErr w:type="spellEnd"/>
      <w:r>
        <w:rPr>
          <w:rFonts w:ascii="Consolas" w:hAnsi="Consolas"/>
          <w:color w:val="333333"/>
          <w:sz w:val="16"/>
          <w:lang w:eastAsia="ko-KR"/>
        </w:rPr>
        <w:t xml:space="preserve"> (2</w:t>
      </w:r>
      <w:r>
        <w:rPr>
          <w:rFonts w:ascii="Consolas" w:hAnsi="Consolas"/>
          <w:color w:val="333333"/>
          <w:sz w:val="16"/>
          <w:lang w:eastAsia="ko-KR"/>
        </w:rPr>
        <w:t>초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타임아웃</w:t>
      </w:r>
      <w:proofErr w:type="gramStart"/>
      <w:r>
        <w:rPr>
          <w:rFonts w:ascii="Consolas" w:hAnsi="Consolas"/>
          <w:color w:val="333333"/>
          <w:sz w:val="16"/>
          <w:lang w:eastAsia="ko-KR"/>
        </w:rPr>
        <w:t>)  │</w:t>
      </w:r>
      <w:proofErr w:type="gramEnd"/>
      <w:r>
        <w:rPr>
          <w:rFonts w:ascii="Consolas" w:hAnsi="Consolas"/>
          <w:color w:val="333333"/>
          <w:sz w:val="16"/>
          <w:lang w:eastAsia="ko-KR"/>
        </w:rPr>
        <w:br/>
        <w:t xml:space="preserve">        │   </w:t>
      </w:r>
      <w:proofErr w:type="gramStart"/>
      <w:r>
        <w:rPr>
          <w:rFonts w:ascii="Consolas" w:hAnsi="Consolas"/>
          <w:color w:val="333333"/>
          <w:sz w:val="16"/>
          <w:lang w:eastAsia="ko-KR"/>
        </w:rPr>
        <w:t>│  2</w:t>
      </w:r>
      <w:proofErr w:type="gramEnd"/>
      <w:r>
        <w:rPr>
          <w:rFonts w:ascii="Consolas" w:hAnsi="Consolas"/>
          <w:color w:val="333333"/>
          <w:sz w:val="16"/>
          <w:lang w:eastAsia="ko-KR"/>
        </w:rPr>
        <w:t xml:space="preserve">. QUEUED </w:t>
      </w:r>
      <w:r>
        <w:rPr>
          <w:rFonts w:ascii="Consolas" w:hAnsi="Consolas"/>
          <w:color w:val="333333"/>
          <w:sz w:val="16"/>
          <w:lang w:eastAsia="ko-KR"/>
        </w:rPr>
        <w:t>상태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전송</w:t>
      </w:r>
      <w:r>
        <w:rPr>
          <w:rFonts w:ascii="Consolas" w:hAnsi="Consolas"/>
          <w:color w:val="333333"/>
          <w:sz w:val="16"/>
          <w:lang w:eastAsia="ko-KR"/>
        </w:rPr>
        <w:t xml:space="preserve">           │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    │   │     (</w:t>
      </w:r>
      <w:r>
        <w:rPr>
          <w:rFonts w:ascii="Consolas" w:hAnsi="Consolas"/>
          <w:color w:val="333333"/>
          <w:sz w:val="16"/>
          <w:lang w:eastAsia="ko-KR"/>
        </w:rPr>
        <w:t>순번</w:t>
      </w:r>
      <w:r>
        <w:rPr>
          <w:rFonts w:ascii="Consolas" w:hAnsi="Consolas"/>
          <w:color w:val="333333"/>
          <w:sz w:val="16"/>
          <w:lang w:eastAsia="ko-KR"/>
        </w:rPr>
        <w:t>/</w:t>
      </w:r>
      <w:r>
        <w:rPr>
          <w:rFonts w:ascii="Consolas" w:hAnsi="Consolas"/>
          <w:color w:val="333333"/>
          <w:sz w:val="16"/>
          <w:lang w:eastAsia="ko-KR"/>
        </w:rPr>
        <w:t>전체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큐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크기</w:t>
      </w:r>
      <w:r>
        <w:rPr>
          <w:rFonts w:ascii="Consolas" w:hAnsi="Consolas"/>
          <w:color w:val="333333"/>
          <w:sz w:val="16"/>
          <w:lang w:eastAsia="ko-KR"/>
        </w:rPr>
        <w:t>)        │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    │   </w:t>
      </w:r>
      <w:proofErr w:type="gramStart"/>
      <w:r>
        <w:rPr>
          <w:rFonts w:ascii="Consolas" w:hAnsi="Consolas"/>
          <w:color w:val="333333"/>
          <w:sz w:val="16"/>
          <w:lang w:eastAsia="ko-KR"/>
        </w:rPr>
        <w:t>│  3</w:t>
      </w:r>
      <w:proofErr w:type="gramEnd"/>
      <w:r>
        <w:rPr>
          <w:rFonts w:ascii="Consolas" w:hAnsi="Consolas"/>
          <w:color w:val="333333"/>
          <w:sz w:val="16"/>
          <w:lang w:eastAsia="ko-KR"/>
        </w:rPr>
        <w:t xml:space="preserve">. </w:t>
      </w:r>
      <w:r>
        <w:rPr>
          <w:rFonts w:ascii="Consolas" w:hAnsi="Consolas"/>
          <w:color w:val="333333"/>
          <w:sz w:val="16"/>
          <w:lang w:eastAsia="ko-KR"/>
        </w:rPr>
        <w:t>최대</w:t>
      </w:r>
      <w:r>
        <w:rPr>
          <w:rFonts w:ascii="Consolas" w:hAnsi="Consolas"/>
          <w:color w:val="333333"/>
          <w:sz w:val="16"/>
          <w:lang w:eastAsia="ko-KR"/>
        </w:rPr>
        <w:t xml:space="preserve"> 2</w:t>
      </w:r>
      <w:r>
        <w:rPr>
          <w:rFonts w:ascii="Consolas" w:hAnsi="Consolas"/>
          <w:color w:val="333333"/>
          <w:sz w:val="16"/>
          <w:lang w:eastAsia="ko-KR"/>
        </w:rPr>
        <w:t>분까지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반복</w:t>
      </w:r>
      <w:r>
        <w:rPr>
          <w:rFonts w:ascii="Consolas" w:hAnsi="Consolas"/>
          <w:color w:val="333333"/>
          <w:sz w:val="16"/>
          <w:lang w:eastAsia="ko-KR"/>
        </w:rPr>
        <w:t xml:space="preserve">          │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    │   └──────────────────────────────┘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    ├── </w:t>
      </w:r>
      <w:r>
        <w:rPr>
          <w:rFonts w:ascii="Consolas" w:hAnsi="Consolas"/>
          <w:color w:val="333333"/>
          <w:sz w:val="16"/>
          <w:lang w:eastAsia="ko-KR"/>
        </w:rPr>
        <w:t>슬롯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획득</w:t>
      </w:r>
      <w:r>
        <w:rPr>
          <w:rFonts w:ascii="Consolas" w:hAnsi="Consolas"/>
          <w:color w:val="333333"/>
          <w:sz w:val="16"/>
          <w:lang w:eastAsia="ko-KR"/>
        </w:rPr>
        <w:t xml:space="preserve"> → </w:t>
      </w:r>
      <w:r>
        <w:rPr>
          <w:rFonts w:ascii="Consolas" w:hAnsi="Consolas"/>
          <w:color w:val="333333"/>
          <w:sz w:val="16"/>
          <w:lang w:eastAsia="ko-KR"/>
        </w:rPr>
        <w:t>처리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시작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    └── </w:t>
      </w:r>
      <w:r>
        <w:rPr>
          <w:rFonts w:ascii="Consolas" w:hAnsi="Consolas"/>
          <w:color w:val="333333"/>
          <w:sz w:val="16"/>
          <w:lang w:eastAsia="ko-KR"/>
        </w:rPr>
        <w:t>타임아웃</w:t>
      </w:r>
      <w:r>
        <w:rPr>
          <w:rFonts w:ascii="Consolas" w:hAnsi="Consolas"/>
          <w:color w:val="333333"/>
          <w:sz w:val="16"/>
          <w:lang w:eastAsia="ko-KR"/>
        </w:rPr>
        <w:t xml:space="preserve"> → ERROR </w:t>
      </w:r>
      <w:r>
        <w:rPr>
          <w:rFonts w:ascii="Consolas" w:hAnsi="Consolas"/>
          <w:color w:val="333333"/>
          <w:sz w:val="16"/>
          <w:lang w:eastAsia="ko-KR"/>
        </w:rPr>
        <w:t>응답</w:t>
      </w:r>
    </w:p>
    <w:p w14:paraId="675BF3EA" w14:textId="77777777" w:rsidR="00281D6C" w:rsidRDefault="00000000">
      <w:pPr>
        <w:pStyle w:val="31"/>
      </w:pPr>
      <w:r>
        <w:t xml:space="preserve">5.2 </w:t>
      </w:r>
      <w:proofErr w:type="spellStart"/>
      <w:r>
        <w:t>타임아웃</w:t>
      </w:r>
      <w:proofErr w:type="spellEnd"/>
      <w:r>
        <w:t xml:space="preserve"> </w:t>
      </w:r>
      <w:proofErr w:type="spellStart"/>
      <w:r>
        <w:t>최적화</w:t>
      </w:r>
      <w:proofErr w:type="spellEnd"/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81D6C" w14:paraId="7CFD015E" w14:textId="77777777" w:rsidTr="00281D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DA95896" w14:textId="77777777" w:rsidR="00281D6C" w:rsidRDefault="00000000">
            <w:r>
              <w:t>설정</w:t>
            </w:r>
          </w:p>
        </w:tc>
        <w:tc>
          <w:tcPr>
            <w:tcW w:w="2160" w:type="dxa"/>
          </w:tcPr>
          <w:p w14:paraId="74B840A4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AS-IS</w:t>
            </w:r>
          </w:p>
        </w:tc>
        <w:tc>
          <w:tcPr>
            <w:tcW w:w="2160" w:type="dxa"/>
          </w:tcPr>
          <w:p w14:paraId="5B94BEB9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TO-BE</w:t>
            </w:r>
          </w:p>
        </w:tc>
        <w:tc>
          <w:tcPr>
            <w:tcW w:w="2160" w:type="dxa"/>
          </w:tcPr>
          <w:p w14:paraId="7465B5D1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근거</w:t>
            </w:r>
          </w:p>
        </w:tc>
      </w:tr>
      <w:tr w:rsidR="00281D6C" w14:paraId="5902F4AB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12A6977" w14:textId="77777777" w:rsidR="00281D6C" w:rsidRDefault="00000000">
            <w:r>
              <w:t xml:space="preserve">Query DB </w:t>
            </w:r>
            <w:r>
              <w:t>풀</w:t>
            </w:r>
          </w:p>
        </w:tc>
        <w:tc>
          <w:tcPr>
            <w:tcW w:w="2160" w:type="dxa"/>
          </w:tcPr>
          <w:p w14:paraId="231CA684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</w:t>
            </w:r>
          </w:p>
        </w:tc>
        <w:tc>
          <w:tcPr>
            <w:tcW w:w="2160" w:type="dxa"/>
          </w:tcPr>
          <w:p w14:paraId="1D2CD6D8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180</w:t>
            </w:r>
          </w:p>
        </w:tc>
        <w:tc>
          <w:tcPr>
            <w:tcW w:w="2160" w:type="dxa"/>
          </w:tcPr>
          <w:p w14:paraId="5C3ADB7B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동시</w:t>
            </w:r>
            <w:r>
              <w:t xml:space="preserve"> 60</w:t>
            </w:r>
            <w:r>
              <w:t>쿼리</w:t>
            </w:r>
            <w:r>
              <w:t xml:space="preserve"> × 3</w:t>
            </w:r>
            <w:r>
              <w:t>커넥션</w:t>
            </w:r>
          </w:p>
        </w:tc>
      </w:tr>
      <w:tr w:rsidR="00281D6C" w14:paraId="61BB8EAA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1712F0B" w14:textId="77777777" w:rsidR="00281D6C" w:rsidRDefault="00000000">
            <w:r>
              <w:t>max-concurrent-global</w:t>
            </w:r>
          </w:p>
        </w:tc>
        <w:tc>
          <w:tcPr>
            <w:tcW w:w="2160" w:type="dxa"/>
          </w:tcPr>
          <w:p w14:paraId="4E269A8D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(</w:t>
            </w:r>
            <w:r>
              <w:t>없음</w:t>
            </w:r>
            <w:r>
              <w:t>)</w:t>
            </w:r>
          </w:p>
        </w:tc>
        <w:tc>
          <w:tcPr>
            <w:tcW w:w="2160" w:type="dxa"/>
          </w:tcPr>
          <w:p w14:paraId="3A040018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60</w:t>
            </w:r>
          </w:p>
        </w:tc>
        <w:tc>
          <w:tcPr>
            <w:tcW w:w="2160" w:type="dxa"/>
          </w:tcPr>
          <w:p w14:paraId="46846FA3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180 / ~3</w:t>
            </w:r>
          </w:p>
        </w:tc>
      </w:tr>
      <w:tr w:rsidR="00281D6C" w14:paraId="523E8C14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35CF06A" w14:textId="77777777" w:rsidR="00281D6C" w:rsidRDefault="00000000">
            <w:r>
              <w:lastRenderedPageBreak/>
              <w:t>max-per-session</w:t>
            </w:r>
          </w:p>
        </w:tc>
        <w:tc>
          <w:tcPr>
            <w:tcW w:w="2160" w:type="dxa"/>
          </w:tcPr>
          <w:p w14:paraId="4F7FF87C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2160" w:type="dxa"/>
          </w:tcPr>
          <w:p w14:paraId="7B6C8F20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20</w:t>
            </w:r>
          </w:p>
        </w:tc>
        <w:tc>
          <w:tcPr>
            <w:tcW w:w="2160" w:type="dxa"/>
          </w:tcPr>
          <w:p w14:paraId="0EBBB5EA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proofErr w:type="spellStart"/>
            <w:r>
              <w:rPr>
                <w:lang w:eastAsia="ko-KR"/>
              </w:rPr>
              <w:t>대기열</w:t>
            </w:r>
            <w:proofErr w:type="spellEnd"/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방식이므로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넉넉하게</w:t>
            </w:r>
          </w:p>
        </w:tc>
      </w:tr>
      <w:tr w:rsidR="00281D6C" w14:paraId="04B39892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490AC57" w14:textId="77777777" w:rsidR="00281D6C" w:rsidRDefault="00000000">
            <w:r>
              <w:t>Executor core/max</w:t>
            </w:r>
          </w:p>
        </w:tc>
        <w:tc>
          <w:tcPr>
            <w:tcW w:w="2160" w:type="dxa"/>
          </w:tcPr>
          <w:p w14:paraId="7D304D9C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15/30</w:t>
            </w:r>
          </w:p>
        </w:tc>
        <w:tc>
          <w:tcPr>
            <w:tcW w:w="2160" w:type="dxa"/>
          </w:tcPr>
          <w:p w14:paraId="411E48DE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40/120</w:t>
            </w:r>
          </w:p>
        </w:tc>
        <w:tc>
          <w:tcPr>
            <w:tcW w:w="2160" w:type="dxa"/>
          </w:tcPr>
          <w:p w14:paraId="41DE3567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60</w:t>
            </w:r>
            <w:r>
              <w:t>실행</w:t>
            </w:r>
            <w:r>
              <w:t xml:space="preserve"> + 60</w:t>
            </w:r>
            <w:r>
              <w:t>대기</w:t>
            </w:r>
          </w:p>
        </w:tc>
      </w:tr>
      <w:tr w:rsidR="00281D6C" w14:paraId="5043573C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8F0DEF2" w14:textId="77777777" w:rsidR="00281D6C" w:rsidRDefault="00000000">
            <w:r>
              <w:t>Executor queue</w:t>
            </w:r>
          </w:p>
        </w:tc>
        <w:tc>
          <w:tcPr>
            <w:tcW w:w="2160" w:type="dxa"/>
          </w:tcPr>
          <w:p w14:paraId="4BA5D5CF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500</w:t>
            </w:r>
          </w:p>
        </w:tc>
        <w:tc>
          <w:tcPr>
            <w:tcW w:w="2160" w:type="dxa"/>
          </w:tcPr>
          <w:p w14:paraId="3408559E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100</w:t>
            </w:r>
          </w:p>
        </w:tc>
        <w:tc>
          <w:tcPr>
            <w:tcW w:w="2160" w:type="dxa"/>
          </w:tcPr>
          <w:p w14:paraId="3EC96C0F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대기열을</w:t>
            </w:r>
            <w:r>
              <w:rPr>
                <w:lang w:eastAsia="ko-KR"/>
              </w:rPr>
              <w:t xml:space="preserve"> Semaphore</w:t>
            </w:r>
            <w:r>
              <w:rPr>
                <w:lang w:eastAsia="ko-KR"/>
              </w:rPr>
              <w:t>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대체</w:t>
            </w:r>
          </w:p>
        </w:tc>
      </w:tr>
      <w:tr w:rsidR="00281D6C" w14:paraId="3B030E15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2768631" w14:textId="77777777" w:rsidR="00281D6C" w:rsidRDefault="00000000">
            <w:r>
              <w:t>Session idle timeout</w:t>
            </w:r>
          </w:p>
        </w:tc>
        <w:tc>
          <w:tcPr>
            <w:tcW w:w="2160" w:type="dxa"/>
          </w:tcPr>
          <w:p w14:paraId="5806E722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60s</w:t>
            </w:r>
          </w:p>
        </w:tc>
        <w:tc>
          <w:tcPr>
            <w:tcW w:w="2160" w:type="dxa"/>
          </w:tcPr>
          <w:p w14:paraId="1BDDDB52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15s</w:t>
            </w:r>
          </w:p>
        </w:tc>
        <w:tc>
          <w:tcPr>
            <w:tcW w:w="2160" w:type="dxa"/>
          </w:tcPr>
          <w:p w14:paraId="293395B5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빠른</w:t>
            </w:r>
            <w:r>
              <w:t xml:space="preserve"> </w:t>
            </w:r>
            <w:r>
              <w:t>정리</w:t>
            </w:r>
          </w:p>
        </w:tc>
      </w:tr>
      <w:tr w:rsidR="00281D6C" w14:paraId="13EA6222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F40007C" w14:textId="77777777" w:rsidR="00281D6C" w:rsidRDefault="00000000">
            <w:r>
              <w:t>Heartbeat</w:t>
            </w:r>
          </w:p>
        </w:tc>
        <w:tc>
          <w:tcPr>
            <w:tcW w:w="2160" w:type="dxa"/>
          </w:tcPr>
          <w:p w14:paraId="555F927A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10s/10s</w:t>
            </w:r>
          </w:p>
        </w:tc>
        <w:tc>
          <w:tcPr>
            <w:tcW w:w="2160" w:type="dxa"/>
          </w:tcPr>
          <w:p w14:paraId="4E832EDB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5s/5s</w:t>
            </w:r>
          </w:p>
        </w:tc>
        <w:tc>
          <w:tcPr>
            <w:tcW w:w="2160" w:type="dxa"/>
          </w:tcPr>
          <w:p w14:paraId="19A96DEA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죽은</w:t>
            </w:r>
            <w:r>
              <w:t xml:space="preserve"> </w:t>
            </w:r>
            <w:r>
              <w:t>연결</w:t>
            </w:r>
            <w:r>
              <w:t xml:space="preserve"> </w:t>
            </w:r>
            <w:r>
              <w:t>빠른</w:t>
            </w:r>
            <w:r>
              <w:t xml:space="preserve"> </w:t>
            </w:r>
            <w:r>
              <w:t>감지</w:t>
            </w:r>
          </w:p>
        </w:tc>
      </w:tr>
      <w:tr w:rsidR="00281D6C" w14:paraId="7907C513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1C367B4" w14:textId="77777777" w:rsidR="00281D6C" w:rsidRDefault="00000000">
            <w:r>
              <w:t>SockJS disconnect delay</w:t>
            </w:r>
          </w:p>
        </w:tc>
        <w:tc>
          <w:tcPr>
            <w:tcW w:w="2160" w:type="dxa"/>
          </w:tcPr>
          <w:p w14:paraId="606E2474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30s</w:t>
            </w:r>
          </w:p>
        </w:tc>
        <w:tc>
          <w:tcPr>
            <w:tcW w:w="2160" w:type="dxa"/>
          </w:tcPr>
          <w:p w14:paraId="7C795B97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5s</w:t>
            </w:r>
          </w:p>
        </w:tc>
        <w:tc>
          <w:tcPr>
            <w:tcW w:w="2160" w:type="dxa"/>
          </w:tcPr>
          <w:p w14:paraId="56BBADCF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빠른</w:t>
            </w:r>
            <w:r>
              <w:t xml:space="preserve"> </w:t>
            </w:r>
            <w:r>
              <w:t>해제</w:t>
            </w:r>
          </w:p>
        </w:tc>
      </w:tr>
      <w:tr w:rsidR="00281D6C" w14:paraId="6AF627FB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A2052CD" w14:textId="77777777" w:rsidR="00281D6C" w:rsidRDefault="00000000">
            <w:r>
              <w:t>Send time limit</w:t>
            </w:r>
          </w:p>
        </w:tc>
        <w:tc>
          <w:tcPr>
            <w:tcW w:w="2160" w:type="dxa"/>
          </w:tcPr>
          <w:p w14:paraId="051567B4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120s</w:t>
            </w:r>
          </w:p>
        </w:tc>
        <w:tc>
          <w:tcPr>
            <w:tcW w:w="2160" w:type="dxa"/>
          </w:tcPr>
          <w:p w14:paraId="21382714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30s</w:t>
            </w:r>
          </w:p>
        </w:tc>
        <w:tc>
          <w:tcPr>
            <w:tcW w:w="2160" w:type="dxa"/>
          </w:tcPr>
          <w:p w14:paraId="023FF712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응답</w:t>
            </w:r>
            <w:r>
              <w:t xml:space="preserve"> </w:t>
            </w:r>
            <w:r>
              <w:t>완료</w:t>
            </w:r>
            <w:r>
              <w:t xml:space="preserve"> </w:t>
            </w:r>
            <w:r>
              <w:t>후</w:t>
            </w:r>
            <w:r>
              <w:t xml:space="preserve"> </w:t>
            </w:r>
            <w:r>
              <w:t>빠른</w:t>
            </w:r>
            <w:r>
              <w:t xml:space="preserve"> </w:t>
            </w:r>
            <w:r>
              <w:t>정리</w:t>
            </w:r>
          </w:p>
        </w:tc>
      </w:tr>
    </w:tbl>
    <w:p w14:paraId="0068BC1B" w14:textId="77777777" w:rsidR="00281D6C" w:rsidRDefault="00281D6C"/>
    <w:p w14:paraId="4D04FBD9" w14:textId="77777777" w:rsidR="00281D6C" w:rsidRDefault="00281D6C">
      <w:pPr>
        <w:spacing w:before="120" w:after="120"/>
      </w:pPr>
    </w:p>
    <w:p w14:paraId="533E9BD5" w14:textId="77777777" w:rsidR="00281D6C" w:rsidRDefault="00000000">
      <w:pPr>
        <w:pStyle w:val="21"/>
        <w:rPr>
          <w:lang w:eastAsia="ko-KR"/>
        </w:rPr>
      </w:pPr>
      <w:r>
        <w:rPr>
          <w:lang w:eastAsia="ko-KR"/>
        </w:rPr>
        <w:t xml:space="preserve">Phase 6. </w:t>
      </w:r>
      <w:r>
        <w:rPr>
          <w:lang w:eastAsia="ko-KR"/>
        </w:rPr>
        <w:t>일일</w:t>
      </w:r>
      <w:r>
        <w:rPr>
          <w:lang w:eastAsia="ko-KR"/>
        </w:rPr>
        <w:t xml:space="preserve"> </w:t>
      </w:r>
      <w:r>
        <w:rPr>
          <w:lang w:eastAsia="ko-KR"/>
        </w:rPr>
        <w:t>데이터</w:t>
      </w:r>
      <w:r>
        <w:rPr>
          <w:lang w:eastAsia="ko-KR"/>
        </w:rPr>
        <w:t xml:space="preserve"> </w:t>
      </w:r>
      <w:r>
        <w:rPr>
          <w:lang w:eastAsia="ko-KR"/>
        </w:rPr>
        <w:t>인메모리</w:t>
      </w:r>
      <w:r>
        <w:rPr>
          <w:lang w:eastAsia="ko-KR"/>
        </w:rPr>
        <w:t xml:space="preserve"> </w:t>
      </w:r>
      <w:r>
        <w:rPr>
          <w:lang w:eastAsia="ko-KR"/>
        </w:rPr>
        <w:t>캐시</w:t>
      </w:r>
    </w:p>
    <w:p w14:paraId="23ED271A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 xml:space="preserve">6.1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아키텍처</w:t>
      </w:r>
    </w:p>
    <w:p w14:paraId="5C01D96D" w14:textId="77777777" w:rsidR="00281D6C" w:rsidRDefault="00000000">
      <w:pPr>
        <w:rPr>
          <w:lang w:eastAsia="ko-KR"/>
        </w:rPr>
      </w:pPr>
      <w:r>
        <w:rPr>
          <w:lang w:eastAsia="ko-KR"/>
        </w:rPr>
        <w:t>일일</w:t>
      </w:r>
      <w:r>
        <w:rPr>
          <w:lang w:eastAsia="ko-KR"/>
        </w:rPr>
        <w:t xml:space="preserve">(Daily) </w:t>
      </w:r>
      <w:r>
        <w:rPr>
          <w:lang w:eastAsia="ko-KR"/>
        </w:rPr>
        <w:t>집계</w:t>
      </w:r>
      <w:r>
        <w:rPr>
          <w:lang w:eastAsia="ko-KR"/>
        </w:rPr>
        <w:t xml:space="preserve"> </w:t>
      </w:r>
      <w:r>
        <w:rPr>
          <w:lang w:eastAsia="ko-KR"/>
        </w:rPr>
        <w:t>테이블의</w:t>
      </w:r>
      <w:r>
        <w:rPr>
          <w:lang w:eastAsia="ko-KR"/>
        </w:rPr>
        <w:t xml:space="preserve"> 7</w:t>
      </w:r>
      <w:r>
        <w:rPr>
          <w:lang w:eastAsia="ko-KR"/>
        </w:rPr>
        <w:t>일분</w:t>
      </w:r>
      <w:r>
        <w:rPr>
          <w:lang w:eastAsia="ko-KR"/>
        </w:rPr>
        <w:t xml:space="preserve"> </w:t>
      </w:r>
      <w:r>
        <w:rPr>
          <w:lang w:eastAsia="ko-KR"/>
        </w:rPr>
        <w:t>데이터를</w:t>
      </w:r>
      <w:r>
        <w:rPr>
          <w:lang w:eastAsia="ko-KR"/>
        </w:rPr>
        <w:t xml:space="preserve"> </w:t>
      </w:r>
      <w:r>
        <w:rPr>
          <w:lang w:eastAsia="ko-KR"/>
        </w:rPr>
        <w:t>메모리에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캐시하여</w:t>
      </w:r>
      <w:proofErr w:type="spellEnd"/>
      <w:r>
        <w:rPr>
          <w:lang w:eastAsia="ko-KR"/>
        </w:rPr>
        <w:t xml:space="preserve"> DB </w:t>
      </w:r>
      <w:r>
        <w:rPr>
          <w:lang w:eastAsia="ko-KR"/>
        </w:rPr>
        <w:t>조회를</w:t>
      </w:r>
      <w:r>
        <w:rPr>
          <w:lang w:eastAsia="ko-KR"/>
        </w:rPr>
        <w:t xml:space="preserve"> </w:t>
      </w:r>
      <w:r>
        <w:rPr>
          <w:lang w:eastAsia="ko-KR"/>
        </w:rPr>
        <w:t>생략</w:t>
      </w:r>
      <w:r>
        <w:rPr>
          <w:lang w:eastAsia="ko-KR"/>
        </w:rPr>
        <w:t>.</w:t>
      </w:r>
    </w:p>
    <w:p w14:paraId="4DFF014A" w14:textId="77777777" w:rsidR="00281D6C" w:rsidRDefault="00000000">
      <w:pPr>
        <w:ind w:left="283"/>
        <w:rPr>
          <w:lang w:eastAsia="ko-KR"/>
        </w:rPr>
      </w:pPr>
      <w:proofErr w:type="spellStart"/>
      <w:r>
        <w:rPr>
          <w:rFonts w:ascii="Consolas" w:hAnsi="Consolas"/>
          <w:color w:val="333333"/>
          <w:sz w:val="16"/>
        </w:rPr>
        <w:t>DailyTrackCacheManager</w:t>
      </w:r>
      <w:proofErr w:type="spellEnd"/>
      <w:r>
        <w:rPr>
          <w:rFonts w:ascii="Consolas" w:hAnsi="Consolas"/>
          <w:color w:val="333333"/>
          <w:sz w:val="16"/>
        </w:rPr>
        <w:t xml:space="preserve"> (@Service)</w:t>
      </w:r>
      <w:r>
        <w:rPr>
          <w:rFonts w:ascii="Consolas" w:hAnsi="Consolas"/>
          <w:color w:val="333333"/>
          <w:sz w:val="16"/>
        </w:rPr>
        <w:br/>
        <w:t>├── cache: ConcurrentHashMap&lt;LocalDate, DailyTrackData&gt;</w:t>
      </w:r>
      <w:r>
        <w:rPr>
          <w:rFonts w:ascii="Consolas" w:hAnsi="Consolas"/>
          <w:color w:val="333333"/>
          <w:sz w:val="16"/>
        </w:rPr>
        <w:br/>
        <w:t>│   ├── D-7 → {tracks: Map&lt;vesselId, CompactVesselTrack&gt;, vesselCount, memorySizeBytes}</w:t>
      </w:r>
      <w:r>
        <w:rPr>
          <w:rFonts w:ascii="Consolas" w:hAnsi="Consolas"/>
          <w:color w:val="333333"/>
          <w:sz w:val="16"/>
        </w:rPr>
        <w:br/>
        <w:t>│   ├── D-6 → ...</w:t>
      </w:r>
      <w:r>
        <w:rPr>
          <w:rFonts w:ascii="Consolas" w:hAnsi="Consolas"/>
          <w:color w:val="333333"/>
          <w:sz w:val="16"/>
        </w:rPr>
        <w:br/>
        <w:t>│   ├── ...</w:t>
      </w:r>
      <w:r>
        <w:rPr>
          <w:rFonts w:ascii="Consolas" w:hAnsi="Consolas"/>
          <w:color w:val="333333"/>
          <w:sz w:val="16"/>
        </w:rPr>
        <w:br/>
        <w:t>│   └── D-1 → ...</w:t>
      </w:r>
      <w:r>
        <w:rPr>
          <w:rFonts w:ascii="Consolas" w:hAnsi="Consolas"/>
          <w:color w:val="333333"/>
          <w:sz w:val="16"/>
        </w:rPr>
        <w:br/>
        <w:t>│</w:t>
      </w:r>
      <w:r>
        <w:rPr>
          <w:rFonts w:ascii="Consolas" w:hAnsi="Consolas"/>
          <w:color w:val="333333"/>
          <w:sz w:val="16"/>
        </w:rPr>
        <w:br/>
        <w:t xml:space="preserve">├── </w:t>
      </w:r>
      <w:r>
        <w:rPr>
          <w:rFonts w:ascii="Consolas" w:hAnsi="Consolas"/>
          <w:color w:val="333333"/>
          <w:sz w:val="16"/>
        </w:rPr>
        <w:t>비동기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워밍업</w:t>
      </w:r>
      <w:r>
        <w:rPr>
          <w:rFonts w:ascii="Consolas" w:hAnsi="Consolas"/>
          <w:color w:val="333333"/>
          <w:sz w:val="16"/>
        </w:rPr>
        <w:t xml:space="preserve"> (ApplicationReadyEvent → @Async)</w:t>
      </w:r>
      <w:r>
        <w:rPr>
          <w:rFonts w:ascii="Consolas" w:hAnsi="Consolas"/>
          <w:color w:val="333333"/>
          <w:sz w:val="16"/>
        </w:rPr>
        <w:br/>
        <w:t xml:space="preserve">│   → </w:t>
      </w:r>
      <w:r>
        <w:rPr>
          <w:rFonts w:ascii="Consolas" w:hAnsi="Consolas"/>
          <w:color w:val="333333"/>
          <w:sz w:val="16"/>
        </w:rPr>
        <w:t>스케줄러</w:t>
      </w:r>
      <w:r>
        <w:rPr>
          <w:rFonts w:ascii="Consolas" w:hAnsi="Consolas"/>
          <w:color w:val="333333"/>
          <w:sz w:val="16"/>
        </w:rPr>
        <w:t xml:space="preserve">/API/WebSocket </w:t>
      </w:r>
      <w:r>
        <w:rPr>
          <w:rFonts w:ascii="Consolas" w:hAnsi="Consolas"/>
          <w:color w:val="333333"/>
          <w:sz w:val="16"/>
        </w:rPr>
        <w:t>차단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없이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백그라운드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로드</w:t>
      </w:r>
      <w:r>
        <w:rPr>
          <w:rFonts w:ascii="Consolas" w:hAnsi="Consolas"/>
          <w:color w:val="333333"/>
          <w:sz w:val="16"/>
        </w:rPr>
        <w:br/>
        <w:t xml:space="preserve">│   → D-1 → D-2 → ... </w:t>
      </w:r>
      <w:r>
        <w:rPr>
          <w:rFonts w:ascii="Consolas" w:hAnsi="Consolas"/>
          <w:color w:val="333333"/>
          <w:sz w:val="16"/>
          <w:lang w:eastAsia="ko-KR"/>
        </w:rPr>
        <w:t>→ D-7 (</w:t>
      </w:r>
      <w:r>
        <w:rPr>
          <w:rFonts w:ascii="Consolas" w:hAnsi="Consolas"/>
          <w:color w:val="333333"/>
          <w:sz w:val="16"/>
          <w:lang w:eastAsia="ko-KR"/>
        </w:rPr>
        <w:t>최근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우선</w:t>
      </w:r>
      <w:r>
        <w:rPr>
          <w:rFonts w:ascii="Consolas" w:hAnsi="Consolas"/>
          <w:color w:val="333333"/>
          <w:sz w:val="16"/>
          <w:lang w:eastAsia="ko-KR"/>
        </w:rPr>
        <w:t>)</w:t>
      </w:r>
      <w:r>
        <w:rPr>
          <w:rFonts w:ascii="Consolas" w:hAnsi="Consolas"/>
          <w:color w:val="333333"/>
          <w:sz w:val="16"/>
          <w:lang w:eastAsia="ko-KR"/>
        </w:rPr>
        <w:br/>
        <w:t xml:space="preserve">│   → </w:t>
      </w:r>
      <w:r>
        <w:rPr>
          <w:rFonts w:ascii="Consolas" w:hAnsi="Consolas"/>
          <w:color w:val="333333"/>
          <w:sz w:val="16"/>
          <w:lang w:eastAsia="ko-KR"/>
        </w:rPr>
        <w:t>각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날짜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로드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완료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즉시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캐시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활성화</w:t>
      </w:r>
      <w:r>
        <w:rPr>
          <w:rFonts w:ascii="Consolas" w:hAnsi="Consolas"/>
          <w:color w:val="333333"/>
          <w:sz w:val="16"/>
          <w:lang w:eastAsia="ko-KR"/>
        </w:rPr>
        <w:br/>
        <w:t>│</w:t>
      </w:r>
      <w:r>
        <w:rPr>
          <w:rFonts w:ascii="Consolas" w:hAnsi="Consolas"/>
          <w:color w:val="333333"/>
          <w:sz w:val="16"/>
          <w:lang w:eastAsia="ko-KR"/>
        </w:rPr>
        <w:br/>
        <w:t xml:space="preserve">├── </w:t>
      </w:r>
      <w:r>
        <w:rPr>
          <w:rFonts w:ascii="Consolas" w:hAnsi="Consolas"/>
          <w:color w:val="333333"/>
          <w:sz w:val="16"/>
          <w:lang w:eastAsia="ko-KR"/>
        </w:rPr>
        <w:t>하이브리드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쿼리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분리</w:t>
      </w:r>
      <w:r>
        <w:rPr>
          <w:rFonts w:ascii="Consolas" w:hAnsi="Consolas"/>
          <w:color w:val="333333"/>
          <w:sz w:val="16"/>
          <w:lang w:eastAsia="ko-KR"/>
        </w:rPr>
        <w:br/>
        <w:t xml:space="preserve">│   → </w:t>
      </w:r>
      <w:r>
        <w:rPr>
          <w:rFonts w:ascii="Consolas" w:hAnsi="Consolas"/>
          <w:color w:val="333333"/>
          <w:sz w:val="16"/>
          <w:lang w:eastAsia="ko-KR"/>
        </w:rPr>
        <w:t>요청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범위의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모든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날짜를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캐시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확인</w:t>
      </w:r>
      <w:r>
        <w:rPr>
          <w:rFonts w:ascii="Consolas" w:hAnsi="Consolas"/>
          <w:color w:val="333333"/>
          <w:sz w:val="16"/>
          <w:lang w:eastAsia="ko-KR"/>
        </w:rPr>
        <w:br/>
        <w:t xml:space="preserve">│   → </w:t>
      </w:r>
      <w:r>
        <w:rPr>
          <w:rFonts w:ascii="Consolas" w:hAnsi="Consolas"/>
          <w:color w:val="333333"/>
          <w:sz w:val="16"/>
          <w:lang w:eastAsia="ko-KR"/>
        </w:rPr>
        <w:t>히트</w:t>
      </w:r>
      <w:r>
        <w:rPr>
          <w:rFonts w:ascii="Consolas" w:hAnsi="Consolas"/>
          <w:color w:val="333333"/>
          <w:sz w:val="16"/>
          <w:lang w:eastAsia="ko-KR"/>
        </w:rPr>
        <w:t xml:space="preserve">: </w:t>
      </w:r>
      <w:r>
        <w:rPr>
          <w:rFonts w:ascii="Consolas" w:hAnsi="Consolas"/>
          <w:color w:val="333333"/>
          <w:sz w:val="16"/>
          <w:lang w:eastAsia="ko-KR"/>
        </w:rPr>
        <w:t>메모리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조회</w:t>
      </w:r>
      <w:r>
        <w:rPr>
          <w:rFonts w:ascii="Consolas" w:hAnsi="Consolas"/>
          <w:color w:val="333333"/>
          <w:sz w:val="16"/>
          <w:lang w:eastAsia="ko-KR"/>
        </w:rPr>
        <w:t xml:space="preserve">, </w:t>
      </w:r>
      <w:r>
        <w:rPr>
          <w:rFonts w:ascii="Consolas" w:hAnsi="Consolas"/>
          <w:color w:val="333333"/>
          <w:sz w:val="16"/>
          <w:lang w:eastAsia="ko-KR"/>
        </w:rPr>
        <w:t>미스</w:t>
      </w:r>
      <w:r>
        <w:rPr>
          <w:rFonts w:ascii="Consolas" w:hAnsi="Consolas"/>
          <w:color w:val="333333"/>
          <w:sz w:val="16"/>
          <w:lang w:eastAsia="ko-KR"/>
        </w:rPr>
        <w:t xml:space="preserve">: DB </w:t>
      </w:r>
      <w:r>
        <w:rPr>
          <w:rFonts w:ascii="Consolas" w:hAnsi="Consolas"/>
          <w:color w:val="333333"/>
          <w:sz w:val="16"/>
          <w:lang w:eastAsia="ko-KR"/>
        </w:rPr>
        <w:t>조회</w:t>
      </w:r>
      <w:r>
        <w:rPr>
          <w:rFonts w:ascii="Consolas" w:hAnsi="Consolas"/>
          <w:color w:val="333333"/>
          <w:sz w:val="16"/>
          <w:lang w:eastAsia="ko-KR"/>
        </w:rPr>
        <w:t xml:space="preserve">, </w:t>
      </w:r>
      <w:r>
        <w:rPr>
          <w:rFonts w:ascii="Consolas" w:hAnsi="Consolas"/>
          <w:color w:val="333333"/>
          <w:sz w:val="16"/>
          <w:lang w:eastAsia="ko-KR"/>
        </w:rPr>
        <w:t>오늘</w:t>
      </w:r>
      <w:r>
        <w:rPr>
          <w:rFonts w:ascii="Consolas" w:hAnsi="Consolas"/>
          <w:color w:val="333333"/>
          <w:sz w:val="16"/>
          <w:lang w:eastAsia="ko-KR"/>
        </w:rPr>
        <w:t xml:space="preserve">: hourly/5min </w:t>
      </w:r>
      <w:r>
        <w:rPr>
          <w:rFonts w:ascii="Consolas" w:hAnsi="Consolas"/>
          <w:color w:val="333333"/>
          <w:sz w:val="16"/>
          <w:lang w:eastAsia="ko-KR"/>
        </w:rPr>
        <w:t>테이블</w:t>
      </w:r>
      <w:r>
        <w:rPr>
          <w:rFonts w:ascii="Consolas" w:hAnsi="Consolas"/>
          <w:color w:val="333333"/>
          <w:sz w:val="16"/>
          <w:lang w:eastAsia="ko-KR"/>
        </w:rPr>
        <w:br/>
        <w:t xml:space="preserve">│   → </w:t>
      </w:r>
      <w:r>
        <w:rPr>
          <w:rFonts w:ascii="Consolas" w:hAnsi="Consolas"/>
          <w:color w:val="333333"/>
          <w:sz w:val="16"/>
          <w:lang w:eastAsia="ko-KR"/>
        </w:rPr>
        <w:t>결과</w:t>
      </w:r>
      <w:r>
        <w:rPr>
          <w:rFonts w:ascii="Consolas" w:hAnsi="Consolas"/>
          <w:color w:val="333333"/>
          <w:sz w:val="16"/>
          <w:lang w:eastAsia="ko-KR"/>
        </w:rPr>
        <w:t xml:space="preserve"> vessel </w:t>
      </w:r>
      <w:r>
        <w:rPr>
          <w:rFonts w:ascii="Consolas" w:hAnsi="Consolas"/>
          <w:color w:val="333333"/>
          <w:sz w:val="16"/>
          <w:lang w:eastAsia="ko-KR"/>
        </w:rPr>
        <w:t>기준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병합</w:t>
      </w:r>
      <w:r>
        <w:rPr>
          <w:rFonts w:ascii="Consolas" w:hAnsi="Consolas"/>
          <w:color w:val="333333"/>
          <w:sz w:val="16"/>
          <w:lang w:eastAsia="ko-KR"/>
        </w:rPr>
        <w:br/>
        <w:t>│</w:t>
      </w:r>
      <w:r>
        <w:rPr>
          <w:rFonts w:ascii="Consolas" w:hAnsi="Consolas"/>
          <w:color w:val="333333"/>
          <w:sz w:val="16"/>
          <w:lang w:eastAsia="ko-KR"/>
        </w:rPr>
        <w:br/>
        <w:t xml:space="preserve">└── </w:t>
      </w:r>
      <w:r>
        <w:rPr>
          <w:rFonts w:ascii="Consolas" w:hAnsi="Consolas"/>
          <w:color w:val="333333"/>
          <w:sz w:val="16"/>
          <w:lang w:eastAsia="ko-KR"/>
        </w:rPr>
        <w:t>일일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갱신</w:t>
      </w:r>
      <w:r>
        <w:rPr>
          <w:rFonts w:ascii="Consolas" w:hAnsi="Consolas"/>
          <w:color w:val="333333"/>
          <w:sz w:val="16"/>
          <w:lang w:eastAsia="ko-KR"/>
        </w:rPr>
        <w:t xml:space="preserve"> (</w:t>
      </w:r>
      <w:proofErr w:type="spellStart"/>
      <w:r>
        <w:rPr>
          <w:rFonts w:ascii="Consolas" w:hAnsi="Consolas"/>
          <w:color w:val="333333"/>
          <w:sz w:val="16"/>
          <w:lang w:eastAsia="ko-KR"/>
        </w:rPr>
        <w:t>DailyAggregationJob</w:t>
      </w:r>
      <w:proofErr w:type="spellEnd"/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완료</w:t>
      </w:r>
      <w:r>
        <w:rPr>
          <w:rFonts w:ascii="Consolas" w:hAnsi="Consolas"/>
          <w:color w:val="333333"/>
          <w:sz w:val="16"/>
          <w:lang w:eastAsia="ko-KR"/>
        </w:rPr>
        <w:t xml:space="preserve"> </w:t>
      </w:r>
      <w:r>
        <w:rPr>
          <w:rFonts w:ascii="Consolas" w:hAnsi="Consolas"/>
          <w:color w:val="333333"/>
          <w:sz w:val="16"/>
          <w:lang w:eastAsia="ko-KR"/>
        </w:rPr>
        <w:t>시</w:t>
      </w:r>
      <w:r>
        <w:rPr>
          <w:rFonts w:ascii="Consolas" w:hAnsi="Consolas"/>
          <w:color w:val="333333"/>
          <w:sz w:val="16"/>
          <w:lang w:eastAsia="ko-KR"/>
        </w:rPr>
        <w:t>)</w:t>
      </w:r>
      <w:r>
        <w:rPr>
          <w:rFonts w:ascii="Consolas" w:hAnsi="Consolas"/>
          <w:color w:val="333333"/>
          <w:sz w:val="16"/>
          <w:lang w:eastAsia="ko-KR"/>
        </w:rPr>
        <w:br/>
        <w:t xml:space="preserve">    → D-1 (</w:t>
      </w:r>
      <w:r>
        <w:rPr>
          <w:rFonts w:ascii="Consolas" w:hAnsi="Consolas"/>
          <w:color w:val="333333"/>
          <w:sz w:val="16"/>
          <w:lang w:eastAsia="ko-KR"/>
        </w:rPr>
        <w:t>재</w:t>
      </w:r>
      <w:r>
        <w:rPr>
          <w:rFonts w:ascii="Consolas" w:hAnsi="Consolas"/>
          <w:color w:val="333333"/>
          <w:sz w:val="16"/>
          <w:lang w:eastAsia="ko-KR"/>
        </w:rPr>
        <w:t>)</w:t>
      </w:r>
      <w:r>
        <w:rPr>
          <w:rFonts w:ascii="Consolas" w:hAnsi="Consolas"/>
          <w:color w:val="333333"/>
          <w:sz w:val="16"/>
          <w:lang w:eastAsia="ko-KR"/>
        </w:rPr>
        <w:t>로드</w:t>
      </w:r>
      <w:r>
        <w:rPr>
          <w:rFonts w:ascii="Consolas" w:hAnsi="Consolas"/>
          <w:color w:val="333333"/>
          <w:sz w:val="16"/>
          <w:lang w:eastAsia="ko-KR"/>
        </w:rPr>
        <w:t xml:space="preserve"> + D-8 </w:t>
      </w:r>
      <w:r>
        <w:rPr>
          <w:rFonts w:ascii="Consolas" w:hAnsi="Consolas"/>
          <w:color w:val="333333"/>
          <w:sz w:val="16"/>
          <w:lang w:eastAsia="ko-KR"/>
        </w:rPr>
        <w:t>제거</w:t>
      </w:r>
    </w:p>
    <w:p w14:paraId="4AE153CA" w14:textId="77777777" w:rsidR="00281D6C" w:rsidRDefault="00000000">
      <w:pPr>
        <w:pStyle w:val="31"/>
      </w:pPr>
      <w:r>
        <w:t xml:space="preserve">6.2 </w:t>
      </w:r>
      <w:proofErr w:type="spellStart"/>
      <w:r>
        <w:t>캐시</w:t>
      </w:r>
      <w:proofErr w:type="spellEnd"/>
      <w:r>
        <w:t xml:space="preserve"> </w:t>
      </w:r>
      <w:proofErr w:type="spellStart"/>
      <w:r>
        <w:t>용량</w:t>
      </w:r>
      <w:proofErr w:type="spellEnd"/>
      <w:r>
        <w:t xml:space="preserve"> </w:t>
      </w:r>
      <w:proofErr w:type="spellStart"/>
      <w:r>
        <w:t>추정</w:t>
      </w:r>
      <w:proofErr w:type="spellEnd"/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281D6C" w14:paraId="17ECA8A4" w14:textId="77777777" w:rsidTr="00281D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1585967" w14:textId="77777777" w:rsidR="00281D6C" w:rsidRDefault="00000000">
            <w:r>
              <w:t>항목</w:t>
            </w:r>
          </w:p>
        </w:tc>
        <w:tc>
          <w:tcPr>
            <w:tcW w:w="4320" w:type="dxa"/>
          </w:tcPr>
          <w:p w14:paraId="756AA945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수치</w:t>
            </w:r>
          </w:p>
        </w:tc>
      </w:tr>
      <w:tr w:rsidR="00281D6C" w14:paraId="37EE25B7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D0E56B2" w14:textId="77777777" w:rsidR="00281D6C" w:rsidRDefault="00000000">
            <w:pPr>
              <w:rPr>
                <w:lang w:eastAsia="ko-KR"/>
              </w:rPr>
            </w:pPr>
            <w:r>
              <w:rPr>
                <w:lang w:eastAsia="ko-KR"/>
              </w:rPr>
              <w:t xml:space="preserve">Daily </w:t>
            </w:r>
            <w:r>
              <w:rPr>
                <w:lang w:eastAsia="ko-KR"/>
              </w:rPr>
              <w:t>테이블</w:t>
            </w:r>
            <w:r>
              <w:rPr>
                <w:lang w:eastAsia="ko-KR"/>
              </w:rPr>
              <w:t xml:space="preserve"> 1</w:t>
            </w:r>
            <w:r>
              <w:rPr>
                <w:lang w:eastAsia="ko-KR"/>
              </w:rPr>
              <w:t>일분</w:t>
            </w:r>
          </w:p>
        </w:tc>
        <w:tc>
          <w:tcPr>
            <w:tcW w:w="4320" w:type="dxa"/>
          </w:tcPr>
          <w:p w14:paraId="5A20D091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~350MB (DB)</w:t>
            </w:r>
          </w:p>
        </w:tc>
      </w:tr>
      <w:tr w:rsidR="00281D6C" w14:paraId="77EC156B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629AB8E" w14:textId="77777777" w:rsidR="00281D6C" w:rsidRDefault="00000000">
            <w:r>
              <w:lastRenderedPageBreak/>
              <w:t>7</w:t>
            </w:r>
            <w:r>
              <w:t>일분</w:t>
            </w:r>
            <w:r>
              <w:t xml:space="preserve"> </w:t>
            </w:r>
            <w:r>
              <w:t>인메모리</w:t>
            </w:r>
            <w:r>
              <w:t xml:space="preserve"> </w:t>
            </w:r>
            <w:r>
              <w:t>추정</w:t>
            </w:r>
          </w:p>
        </w:tc>
        <w:tc>
          <w:tcPr>
            <w:tcW w:w="4320" w:type="dxa"/>
          </w:tcPr>
          <w:p w14:paraId="47A74AC4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 xml:space="preserve">~4GB (Java </w:t>
            </w:r>
            <w:r>
              <w:rPr>
                <w:lang w:eastAsia="ko-KR"/>
              </w:rPr>
              <w:t>객체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오버헤드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포함</w:t>
            </w:r>
            <w:r>
              <w:rPr>
                <w:lang w:eastAsia="ko-KR"/>
              </w:rPr>
              <w:t>)</w:t>
            </w:r>
          </w:p>
        </w:tc>
      </w:tr>
      <w:tr w:rsidR="00281D6C" w14:paraId="79A2BB7A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6FEB05E" w14:textId="77777777" w:rsidR="00281D6C" w:rsidRDefault="00000000">
            <w:proofErr w:type="spellStart"/>
            <w:r>
              <w:t>최대</w:t>
            </w:r>
            <w:proofErr w:type="spellEnd"/>
            <w:r>
              <w:t xml:space="preserve"> </w:t>
            </w:r>
            <w:proofErr w:type="spellStart"/>
            <w:r>
              <w:t>메모리</w:t>
            </w:r>
            <w:proofErr w:type="spellEnd"/>
            <w:r>
              <w:t xml:space="preserve"> </w:t>
            </w:r>
            <w:proofErr w:type="spellStart"/>
            <w:r>
              <w:t>한도</w:t>
            </w:r>
            <w:proofErr w:type="spellEnd"/>
          </w:p>
        </w:tc>
        <w:tc>
          <w:tcPr>
            <w:tcW w:w="4320" w:type="dxa"/>
          </w:tcPr>
          <w:p w14:paraId="63C0E1C9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6GB (</w:t>
            </w:r>
            <w:r>
              <w:t>설정</w:t>
            </w:r>
            <w:r>
              <w:t xml:space="preserve"> </w:t>
            </w:r>
            <w:r>
              <w:t>가능</w:t>
            </w:r>
            <w:r>
              <w:t>)</w:t>
            </w:r>
          </w:p>
        </w:tc>
      </w:tr>
      <w:tr w:rsidR="00281D6C" w14:paraId="0021080E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2FF20E4" w14:textId="77777777" w:rsidR="00281D6C" w:rsidRDefault="00000000">
            <w:r>
              <w:t xml:space="preserve">JVM </w:t>
            </w:r>
            <w:r>
              <w:t>힙</w:t>
            </w:r>
            <w:r>
              <w:t xml:space="preserve"> (</w:t>
            </w:r>
            <w:r>
              <w:t>권장</w:t>
            </w:r>
            <w:r>
              <w:t>)</w:t>
            </w:r>
          </w:p>
        </w:tc>
        <w:tc>
          <w:tcPr>
            <w:tcW w:w="4320" w:type="dxa"/>
          </w:tcPr>
          <w:p w14:paraId="409DC87C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12GB </w:t>
            </w:r>
            <w:r>
              <w:t>이상</w:t>
            </w:r>
          </w:p>
        </w:tc>
      </w:tr>
    </w:tbl>
    <w:p w14:paraId="0E3EADBF" w14:textId="77777777" w:rsidR="00281D6C" w:rsidRDefault="00281D6C"/>
    <w:p w14:paraId="159C35C2" w14:textId="77777777" w:rsidR="00281D6C" w:rsidRDefault="00000000">
      <w:pPr>
        <w:pStyle w:val="31"/>
      </w:pPr>
      <w:r>
        <w:t xml:space="preserve">6.3 </w:t>
      </w:r>
      <w:r>
        <w:t>쿼리</w:t>
      </w:r>
      <w:r>
        <w:t xml:space="preserve"> </w:t>
      </w:r>
      <w:r>
        <w:t>라우팅</w:t>
      </w:r>
    </w:p>
    <w:p w14:paraId="24C70C41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>요청</w:t>
      </w:r>
      <w:r>
        <w:rPr>
          <w:rFonts w:ascii="Consolas" w:hAnsi="Consolas"/>
          <w:color w:val="333333"/>
          <w:sz w:val="16"/>
        </w:rPr>
        <w:t>: 2026-01-30 ~ 2026-02-06 15:00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1. </w:t>
      </w:r>
      <w:r>
        <w:rPr>
          <w:rFonts w:ascii="Consolas" w:hAnsi="Consolas"/>
          <w:color w:val="333333"/>
          <w:sz w:val="16"/>
        </w:rPr>
        <w:t>날짜별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분류</w:t>
      </w:r>
      <w:r>
        <w:rPr>
          <w:rFonts w:ascii="Consolas" w:hAnsi="Consolas"/>
          <w:color w:val="333333"/>
          <w:sz w:val="16"/>
        </w:rPr>
        <w:t>:</w:t>
      </w:r>
      <w:r>
        <w:rPr>
          <w:rFonts w:ascii="Consolas" w:hAnsi="Consolas"/>
          <w:color w:val="333333"/>
          <w:sz w:val="16"/>
        </w:rPr>
        <w:br/>
        <w:t xml:space="preserve">   ├─ 02-06 (</w:t>
      </w:r>
      <w:r>
        <w:rPr>
          <w:rFonts w:ascii="Consolas" w:hAnsi="Consolas"/>
          <w:color w:val="333333"/>
          <w:sz w:val="16"/>
        </w:rPr>
        <w:t>오늘</w:t>
      </w:r>
      <w:r>
        <w:rPr>
          <w:rFonts w:ascii="Consolas" w:hAnsi="Consolas"/>
          <w:color w:val="333333"/>
          <w:sz w:val="16"/>
        </w:rPr>
        <w:t xml:space="preserve">) → DB </w:t>
      </w:r>
      <w:r>
        <w:rPr>
          <w:rFonts w:ascii="Consolas" w:hAnsi="Consolas"/>
          <w:color w:val="333333"/>
          <w:sz w:val="16"/>
        </w:rPr>
        <w:t>필수</w:t>
      </w:r>
      <w:r>
        <w:rPr>
          <w:rFonts w:ascii="Consolas" w:hAnsi="Consolas"/>
          <w:color w:val="333333"/>
          <w:sz w:val="16"/>
        </w:rPr>
        <w:t xml:space="preserve"> (hourly/5min </w:t>
      </w:r>
      <w:r>
        <w:rPr>
          <w:rFonts w:ascii="Consolas" w:hAnsi="Consolas"/>
          <w:color w:val="333333"/>
          <w:sz w:val="16"/>
        </w:rPr>
        <w:t>테이블</w:t>
      </w:r>
      <w:r>
        <w:rPr>
          <w:rFonts w:ascii="Consolas" w:hAnsi="Consolas"/>
          <w:color w:val="333333"/>
          <w:sz w:val="16"/>
        </w:rPr>
        <w:t>)</w:t>
      </w:r>
      <w:r>
        <w:rPr>
          <w:rFonts w:ascii="Consolas" w:hAnsi="Consolas"/>
          <w:color w:val="333333"/>
          <w:sz w:val="16"/>
        </w:rPr>
        <w:br/>
        <w:t xml:space="preserve">   ├─ 02-05: cache HIT → </w:t>
      </w:r>
      <w:r>
        <w:rPr>
          <w:rFonts w:ascii="Consolas" w:hAnsi="Consolas"/>
          <w:color w:val="333333"/>
          <w:sz w:val="16"/>
        </w:rPr>
        <w:t>메모리</w:t>
      </w:r>
      <w:r>
        <w:rPr>
          <w:rFonts w:ascii="Consolas" w:hAnsi="Consolas"/>
          <w:color w:val="333333"/>
          <w:sz w:val="16"/>
        </w:rPr>
        <w:br/>
        <w:t xml:space="preserve">   ├─ 02-04: cache HIT → </w:t>
      </w:r>
      <w:r>
        <w:rPr>
          <w:rFonts w:ascii="Consolas" w:hAnsi="Consolas"/>
          <w:color w:val="333333"/>
          <w:sz w:val="16"/>
        </w:rPr>
        <w:t>메모리</w:t>
      </w:r>
      <w:r>
        <w:rPr>
          <w:rFonts w:ascii="Consolas" w:hAnsi="Consolas"/>
          <w:color w:val="333333"/>
          <w:sz w:val="16"/>
        </w:rPr>
        <w:br/>
        <w:t xml:space="preserve">   ├─ ...</w:t>
      </w:r>
      <w:r>
        <w:rPr>
          <w:rFonts w:ascii="Consolas" w:hAnsi="Consolas"/>
          <w:color w:val="333333"/>
          <w:sz w:val="16"/>
        </w:rPr>
        <w:br/>
        <w:t xml:space="preserve">   ├─ 01-31: cache HIT → </w:t>
      </w:r>
      <w:r>
        <w:rPr>
          <w:rFonts w:ascii="Consolas" w:hAnsi="Consolas"/>
          <w:color w:val="333333"/>
          <w:sz w:val="16"/>
        </w:rPr>
        <w:t>메모리</w:t>
      </w:r>
      <w:r>
        <w:rPr>
          <w:rFonts w:ascii="Consolas" w:hAnsi="Consolas"/>
          <w:color w:val="333333"/>
          <w:sz w:val="16"/>
        </w:rPr>
        <w:br/>
        <w:t xml:space="preserve">   └─ 01-30: cache MISS → DB (daily </w:t>
      </w:r>
      <w:r>
        <w:rPr>
          <w:rFonts w:ascii="Consolas" w:hAnsi="Consolas"/>
          <w:color w:val="333333"/>
          <w:sz w:val="16"/>
        </w:rPr>
        <w:t>테이블</w:t>
      </w:r>
      <w:r>
        <w:rPr>
          <w:rFonts w:ascii="Consolas" w:hAnsi="Consolas"/>
          <w:color w:val="333333"/>
          <w:sz w:val="16"/>
        </w:rPr>
        <w:t>)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 xml:space="preserve">2. </w:t>
      </w:r>
      <w:r>
        <w:rPr>
          <w:rFonts w:ascii="Consolas" w:hAnsi="Consolas"/>
          <w:color w:val="333333"/>
          <w:sz w:val="16"/>
        </w:rPr>
        <w:t>결과</w:t>
      </w:r>
      <w:r>
        <w:rPr>
          <w:rFonts w:ascii="Consolas" w:hAnsi="Consolas"/>
          <w:color w:val="333333"/>
          <w:sz w:val="16"/>
        </w:rPr>
        <w:t xml:space="preserve">: vessel </w:t>
      </w:r>
      <w:r>
        <w:rPr>
          <w:rFonts w:ascii="Consolas" w:hAnsi="Consolas"/>
          <w:color w:val="333333"/>
          <w:sz w:val="16"/>
        </w:rPr>
        <w:t>기준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병합</w:t>
      </w:r>
      <w:r>
        <w:rPr>
          <w:rFonts w:ascii="Consolas" w:hAnsi="Consolas"/>
          <w:color w:val="333333"/>
          <w:sz w:val="16"/>
        </w:rPr>
        <w:t xml:space="preserve"> → </w:t>
      </w:r>
      <w:r>
        <w:rPr>
          <w:rFonts w:ascii="Consolas" w:hAnsi="Consolas"/>
          <w:color w:val="333333"/>
          <w:sz w:val="16"/>
        </w:rPr>
        <w:t>기존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응답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구조</w:t>
      </w:r>
      <w:r>
        <w:rPr>
          <w:rFonts w:ascii="Consolas" w:hAnsi="Consolas"/>
          <w:color w:val="333333"/>
          <w:sz w:val="16"/>
        </w:rPr>
        <w:t xml:space="preserve"> </w:t>
      </w:r>
      <w:r>
        <w:rPr>
          <w:rFonts w:ascii="Consolas" w:hAnsi="Consolas"/>
          <w:color w:val="333333"/>
          <w:sz w:val="16"/>
        </w:rPr>
        <w:t>그대로</w:t>
      </w:r>
    </w:p>
    <w:p w14:paraId="032DEF2B" w14:textId="77777777" w:rsidR="00281D6C" w:rsidRDefault="00000000">
      <w:pPr>
        <w:pStyle w:val="31"/>
      </w:pPr>
      <w:r>
        <w:t xml:space="preserve">6.4 </w:t>
      </w:r>
      <w:r>
        <w:t>모니터링</w:t>
      </w:r>
    </w:p>
    <w:p w14:paraId="143CEA3D" w14:textId="77777777" w:rsidR="00281D6C" w:rsidRDefault="00000000">
      <w:pPr>
        <w:ind w:left="283"/>
      </w:pPr>
      <w:r>
        <w:rPr>
          <w:rFonts w:ascii="Consolas" w:hAnsi="Consolas"/>
          <w:color w:val="333333"/>
          <w:sz w:val="16"/>
        </w:rPr>
        <w:t>GET /api/websocket/daily-cache</w:t>
      </w:r>
      <w:r>
        <w:rPr>
          <w:rFonts w:ascii="Consolas" w:hAnsi="Consolas"/>
          <w:color w:val="333333"/>
          <w:sz w:val="16"/>
        </w:rPr>
        <w:br/>
      </w:r>
      <w:r>
        <w:rPr>
          <w:rFonts w:ascii="Consolas" w:hAnsi="Consolas"/>
          <w:color w:val="333333"/>
          <w:sz w:val="16"/>
        </w:rPr>
        <w:br/>
        <w:t>{</w:t>
      </w:r>
      <w:r>
        <w:rPr>
          <w:rFonts w:ascii="Consolas" w:hAnsi="Consolas"/>
          <w:color w:val="333333"/>
          <w:sz w:val="16"/>
        </w:rPr>
        <w:br/>
        <w:t xml:space="preserve">  "status": "READY",</w:t>
      </w:r>
      <w:r>
        <w:rPr>
          <w:rFonts w:ascii="Consolas" w:hAnsi="Consolas"/>
          <w:color w:val="333333"/>
          <w:sz w:val="16"/>
        </w:rPr>
        <w:br/>
        <w:t xml:space="preserve">  "cachedDays": 7,</w:t>
      </w:r>
      <w:r>
        <w:rPr>
          <w:rFonts w:ascii="Consolas" w:hAnsi="Consolas"/>
          <w:color w:val="333333"/>
          <w:sz w:val="16"/>
        </w:rPr>
        <w:br/>
        <w:t xml:space="preserve">  "totalVessels": 280000,</w:t>
      </w:r>
      <w:r>
        <w:rPr>
          <w:rFonts w:ascii="Consolas" w:hAnsi="Consolas"/>
          <w:color w:val="333333"/>
          <w:sz w:val="16"/>
        </w:rPr>
        <w:br/>
        <w:t xml:space="preserve">  "totalMemoryMb": 3500,</w:t>
      </w:r>
      <w:r>
        <w:rPr>
          <w:rFonts w:ascii="Consolas" w:hAnsi="Consolas"/>
          <w:color w:val="333333"/>
          <w:sz w:val="16"/>
        </w:rPr>
        <w:br/>
        <w:t xml:space="preserve">  "days": [</w:t>
      </w:r>
      <w:r>
        <w:rPr>
          <w:rFonts w:ascii="Consolas" w:hAnsi="Consolas"/>
          <w:color w:val="333333"/>
          <w:sz w:val="16"/>
        </w:rPr>
        <w:br/>
        <w:t xml:space="preserve">    {"date": "2026-02-05", "vesselCount": 42000, "memorySizeMb": 520, "loadedAt": "..."},</w:t>
      </w:r>
      <w:r>
        <w:rPr>
          <w:rFonts w:ascii="Consolas" w:hAnsi="Consolas"/>
          <w:color w:val="333333"/>
          <w:sz w:val="16"/>
        </w:rPr>
        <w:br/>
        <w:t xml:space="preserve">    ...</w:t>
      </w:r>
      <w:r>
        <w:rPr>
          <w:rFonts w:ascii="Consolas" w:hAnsi="Consolas"/>
          <w:color w:val="333333"/>
          <w:sz w:val="16"/>
        </w:rPr>
        <w:br/>
        <w:t xml:space="preserve">  ]</w:t>
      </w:r>
      <w:r>
        <w:rPr>
          <w:rFonts w:ascii="Consolas" w:hAnsi="Consolas"/>
          <w:color w:val="333333"/>
          <w:sz w:val="16"/>
        </w:rPr>
        <w:br/>
        <w:t>}</w:t>
      </w:r>
    </w:p>
    <w:p w14:paraId="7FF2E0AE" w14:textId="77777777" w:rsidR="00281D6C" w:rsidRDefault="00281D6C">
      <w:pPr>
        <w:spacing w:before="120" w:after="120"/>
      </w:pPr>
    </w:p>
    <w:p w14:paraId="23A25EBC" w14:textId="77777777" w:rsidR="00281D6C" w:rsidRDefault="00000000">
      <w:pPr>
        <w:pStyle w:val="21"/>
      </w:pPr>
      <w:r>
        <w:t>부록</w:t>
      </w:r>
      <w:r>
        <w:t xml:space="preserve"> B. </w:t>
      </w:r>
      <w:r>
        <w:t>운영</w:t>
      </w:r>
      <w:r>
        <w:t xml:space="preserve"> </w:t>
      </w:r>
      <w:r>
        <w:t>환경</w:t>
      </w:r>
      <w:r>
        <w:t xml:space="preserve"> </w:t>
      </w:r>
      <w:r>
        <w:t>리소스</w:t>
      </w:r>
      <w:r>
        <w:t xml:space="preserve"> </w:t>
      </w:r>
      <w:r>
        <w:t>현황</w:t>
      </w:r>
      <w:r>
        <w:t xml:space="preserve"> (Phase 5~6 </w:t>
      </w:r>
      <w:r>
        <w:t>반영</w:t>
      </w:r>
      <w:r>
        <w:t>)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260"/>
        <w:gridCol w:w="2160"/>
        <w:gridCol w:w="2160"/>
        <w:gridCol w:w="2160"/>
      </w:tblGrid>
      <w:tr w:rsidR="00281D6C" w14:paraId="7BEF5B53" w14:textId="77777777" w:rsidTr="00281D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7191EF3" w14:textId="77777777" w:rsidR="00281D6C" w:rsidRDefault="00000000">
            <w:r>
              <w:t>리소스</w:t>
            </w:r>
          </w:p>
        </w:tc>
        <w:tc>
          <w:tcPr>
            <w:tcW w:w="2160" w:type="dxa"/>
          </w:tcPr>
          <w:p w14:paraId="09C52327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AS-IS</w:t>
            </w:r>
          </w:p>
        </w:tc>
        <w:tc>
          <w:tcPr>
            <w:tcW w:w="2160" w:type="dxa"/>
          </w:tcPr>
          <w:p w14:paraId="6AE23E98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TO-BE</w:t>
            </w:r>
          </w:p>
        </w:tc>
        <w:tc>
          <w:tcPr>
            <w:tcW w:w="2160" w:type="dxa"/>
          </w:tcPr>
          <w:p w14:paraId="04884C9A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비고</w:t>
            </w:r>
          </w:p>
        </w:tc>
      </w:tr>
      <w:tr w:rsidR="00281D6C" w14:paraId="61DAB67F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88F85E0" w14:textId="77777777" w:rsidR="00281D6C" w:rsidRDefault="00000000">
            <w:r>
              <w:t>JVM Heap</w:t>
            </w:r>
          </w:p>
        </w:tc>
        <w:tc>
          <w:tcPr>
            <w:tcW w:w="2160" w:type="dxa"/>
          </w:tcPr>
          <w:p w14:paraId="250FACA2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8~16GB</w:t>
            </w:r>
          </w:p>
        </w:tc>
        <w:tc>
          <w:tcPr>
            <w:tcW w:w="2160" w:type="dxa"/>
          </w:tcPr>
          <w:p w14:paraId="655E768D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16~32GB</w:t>
            </w:r>
          </w:p>
        </w:tc>
        <w:tc>
          <w:tcPr>
            <w:tcW w:w="2160" w:type="dxa"/>
          </w:tcPr>
          <w:p w14:paraId="73F6E5CC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캐시</w:t>
            </w:r>
            <w:r>
              <w:t xml:space="preserve"> ~6GB + </w:t>
            </w:r>
            <w:r>
              <w:t>운영</w:t>
            </w:r>
          </w:p>
        </w:tc>
      </w:tr>
      <w:tr w:rsidR="00281D6C" w14:paraId="5062D511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E981BDA" w14:textId="77777777" w:rsidR="00281D6C" w:rsidRDefault="00000000">
            <w:r>
              <w:t>DB Pool (Query)</w:t>
            </w:r>
          </w:p>
        </w:tc>
        <w:tc>
          <w:tcPr>
            <w:tcW w:w="2160" w:type="dxa"/>
          </w:tcPr>
          <w:p w14:paraId="4C713B62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max 60</w:t>
            </w:r>
          </w:p>
        </w:tc>
        <w:tc>
          <w:tcPr>
            <w:tcW w:w="2160" w:type="dxa"/>
          </w:tcPr>
          <w:p w14:paraId="2EFFF97E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max 180</w:t>
            </w:r>
          </w:p>
        </w:tc>
        <w:tc>
          <w:tcPr>
            <w:tcW w:w="2160" w:type="dxa"/>
          </w:tcPr>
          <w:p w14:paraId="2D1316EA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WebSocket + REST</w:t>
            </w:r>
          </w:p>
        </w:tc>
      </w:tr>
      <w:tr w:rsidR="00281D6C" w14:paraId="0D3C4C7E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A94C0A5" w14:textId="77777777" w:rsidR="00281D6C" w:rsidRDefault="00000000">
            <w:r>
              <w:t>DB Pool (Collect)</w:t>
            </w:r>
          </w:p>
        </w:tc>
        <w:tc>
          <w:tcPr>
            <w:tcW w:w="2160" w:type="dxa"/>
          </w:tcPr>
          <w:p w14:paraId="37AF611E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max 20</w:t>
            </w:r>
          </w:p>
        </w:tc>
        <w:tc>
          <w:tcPr>
            <w:tcW w:w="2160" w:type="dxa"/>
          </w:tcPr>
          <w:p w14:paraId="5E2D9A62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max 80</w:t>
            </w:r>
          </w:p>
        </w:tc>
        <w:tc>
          <w:tcPr>
            <w:tcW w:w="2160" w:type="dxa"/>
          </w:tcPr>
          <w:p w14:paraId="16887D51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배치</w:t>
            </w:r>
            <w:r>
              <w:t xml:space="preserve"> Reader</w:t>
            </w:r>
          </w:p>
        </w:tc>
      </w:tr>
      <w:tr w:rsidR="00281D6C" w14:paraId="762EAA24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D4F3CDD" w14:textId="77777777" w:rsidR="00281D6C" w:rsidRDefault="00000000">
            <w:r>
              <w:t>DB Pool (Batch)</w:t>
            </w:r>
          </w:p>
        </w:tc>
        <w:tc>
          <w:tcPr>
            <w:tcW w:w="2160" w:type="dxa"/>
          </w:tcPr>
          <w:p w14:paraId="43DEC1E0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max 20</w:t>
            </w:r>
          </w:p>
        </w:tc>
        <w:tc>
          <w:tcPr>
            <w:tcW w:w="2160" w:type="dxa"/>
          </w:tcPr>
          <w:p w14:paraId="53C0952D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max 30</w:t>
            </w:r>
          </w:p>
        </w:tc>
        <w:tc>
          <w:tcPr>
            <w:tcW w:w="2160" w:type="dxa"/>
          </w:tcPr>
          <w:p w14:paraId="1E27C148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메타데이터</w:t>
            </w:r>
          </w:p>
        </w:tc>
      </w:tr>
      <w:tr w:rsidR="00281D6C" w14:paraId="386EE8B5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7420FC0" w14:textId="77777777" w:rsidR="00281D6C" w:rsidRDefault="00000000">
            <w:r>
              <w:t>max-concurrent-global</w:t>
            </w:r>
          </w:p>
        </w:tc>
        <w:tc>
          <w:tcPr>
            <w:tcW w:w="2160" w:type="dxa"/>
          </w:tcPr>
          <w:p w14:paraId="3C632F83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</w:t>
            </w:r>
            <w:r>
              <w:t>없음</w:t>
            </w:r>
            <w:r>
              <w:t>)</w:t>
            </w:r>
          </w:p>
        </w:tc>
        <w:tc>
          <w:tcPr>
            <w:tcW w:w="2160" w:type="dxa"/>
          </w:tcPr>
          <w:p w14:paraId="44228AAF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60</w:t>
            </w:r>
          </w:p>
        </w:tc>
        <w:tc>
          <w:tcPr>
            <w:tcW w:w="2160" w:type="dxa"/>
          </w:tcPr>
          <w:p w14:paraId="7C2F2A19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Query</w:t>
            </w:r>
            <w:r>
              <w:t>풀</w:t>
            </w:r>
            <w:r>
              <w:t xml:space="preserve"> 180 / 3</w:t>
            </w:r>
          </w:p>
        </w:tc>
      </w:tr>
      <w:tr w:rsidR="00281D6C" w14:paraId="4D4ADFA5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1E249B0" w14:textId="77777777" w:rsidR="00281D6C" w:rsidRDefault="00000000">
            <w:r>
              <w:t>trackStreamingExecutor</w:t>
            </w:r>
          </w:p>
        </w:tc>
        <w:tc>
          <w:tcPr>
            <w:tcW w:w="2160" w:type="dxa"/>
          </w:tcPr>
          <w:p w14:paraId="3131A7ED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core 15, max 30, queue 500</w:t>
            </w:r>
          </w:p>
        </w:tc>
        <w:tc>
          <w:tcPr>
            <w:tcW w:w="2160" w:type="dxa"/>
          </w:tcPr>
          <w:p w14:paraId="5903F168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core 40, max 120, queue 100</w:t>
            </w:r>
          </w:p>
        </w:tc>
        <w:tc>
          <w:tcPr>
            <w:tcW w:w="2160" w:type="dxa"/>
          </w:tcPr>
          <w:p w14:paraId="07511979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대기열</w:t>
            </w:r>
            <w:r>
              <w:t xml:space="preserve"> + </w:t>
            </w:r>
            <w:r>
              <w:t>실행</w:t>
            </w:r>
          </w:p>
        </w:tc>
      </w:tr>
      <w:tr w:rsidR="00281D6C" w14:paraId="3CCCDF50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C72889E" w14:textId="77777777" w:rsidR="00281D6C" w:rsidRDefault="00000000">
            <w:r>
              <w:t>Session idle timeout</w:t>
            </w:r>
          </w:p>
        </w:tc>
        <w:tc>
          <w:tcPr>
            <w:tcW w:w="2160" w:type="dxa"/>
          </w:tcPr>
          <w:p w14:paraId="60F000C5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60s</w:t>
            </w:r>
          </w:p>
        </w:tc>
        <w:tc>
          <w:tcPr>
            <w:tcW w:w="2160" w:type="dxa"/>
          </w:tcPr>
          <w:p w14:paraId="725A6A91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15s</w:t>
            </w:r>
          </w:p>
        </w:tc>
        <w:tc>
          <w:tcPr>
            <w:tcW w:w="2160" w:type="dxa"/>
          </w:tcPr>
          <w:p w14:paraId="11B73730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빠른</w:t>
            </w:r>
            <w:r>
              <w:t xml:space="preserve"> </w:t>
            </w:r>
            <w:r>
              <w:t>정리</w:t>
            </w:r>
          </w:p>
        </w:tc>
      </w:tr>
      <w:tr w:rsidR="00281D6C" w14:paraId="73510162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A9FE6B8" w14:textId="77777777" w:rsidR="00281D6C" w:rsidRDefault="00000000">
            <w:r>
              <w:lastRenderedPageBreak/>
              <w:t>Heartbeat</w:t>
            </w:r>
          </w:p>
        </w:tc>
        <w:tc>
          <w:tcPr>
            <w:tcW w:w="2160" w:type="dxa"/>
          </w:tcPr>
          <w:p w14:paraId="0362CE7B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10s/10s</w:t>
            </w:r>
          </w:p>
        </w:tc>
        <w:tc>
          <w:tcPr>
            <w:tcW w:w="2160" w:type="dxa"/>
          </w:tcPr>
          <w:p w14:paraId="0097E98D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5s/5s</w:t>
            </w:r>
          </w:p>
        </w:tc>
        <w:tc>
          <w:tcPr>
            <w:tcW w:w="2160" w:type="dxa"/>
          </w:tcPr>
          <w:p w14:paraId="5EE787C9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빠른</w:t>
            </w:r>
            <w:r>
              <w:t xml:space="preserve"> </w:t>
            </w:r>
            <w:r>
              <w:t>감지</w:t>
            </w:r>
          </w:p>
        </w:tc>
      </w:tr>
      <w:tr w:rsidR="00281D6C" w14:paraId="4144CFA0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5AF1054" w14:textId="77777777" w:rsidR="00281D6C" w:rsidRDefault="00000000">
            <w:r>
              <w:t>Send time limit</w:t>
            </w:r>
          </w:p>
        </w:tc>
        <w:tc>
          <w:tcPr>
            <w:tcW w:w="2160" w:type="dxa"/>
          </w:tcPr>
          <w:p w14:paraId="28122695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120s</w:t>
            </w:r>
          </w:p>
        </w:tc>
        <w:tc>
          <w:tcPr>
            <w:tcW w:w="2160" w:type="dxa"/>
          </w:tcPr>
          <w:p w14:paraId="5B5EE138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30s</w:t>
            </w:r>
          </w:p>
        </w:tc>
        <w:tc>
          <w:tcPr>
            <w:tcW w:w="2160" w:type="dxa"/>
          </w:tcPr>
          <w:p w14:paraId="61F2F8EF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빠른</w:t>
            </w:r>
            <w:r>
              <w:t xml:space="preserve"> </w:t>
            </w:r>
            <w:r>
              <w:t>정리</w:t>
            </w:r>
          </w:p>
        </w:tc>
      </w:tr>
      <w:tr w:rsidR="00281D6C" w14:paraId="2FA31B26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7DE0F0F" w14:textId="77777777" w:rsidR="00281D6C" w:rsidRDefault="00000000">
            <w:r>
              <w:t>Daily cache</w:t>
            </w:r>
          </w:p>
        </w:tc>
        <w:tc>
          <w:tcPr>
            <w:tcW w:w="2160" w:type="dxa"/>
          </w:tcPr>
          <w:p w14:paraId="6CF4756F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2160" w:type="dxa"/>
          </w:tcPr>
          <w:p w14:paraId="794A0BFF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7</w:t>
            </w:r>
            <w:r>
              <w:rPr>
                <w:b/>
              </w:rPr>
              <w:t>일분</w:t>
            </w:r>
            <w:r>
              <w:rPr>
                <w:b/>
              </w:rPr>
              <w:t xml:space="preserve"> ~6GB</w:t>
            </w:r>
          </w:p>
        </w:tc>
        <w:tc>
          <w:tcPr>
            <w:tcW w:w="2160" w:type="dxa"/>
          </w:tcPr>
          <w:p w14:paraId="28BB2C66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비동기</w:t>
            </w:r>
            <w:r>
              <w:t xml:space="preserve"> </w:t>
            </w:r>
            <w:r>
              <w:t>워밍업</w:t>
            </w:r>
          </w:p>
        </w:tc>
      </w:tr>
    </w:tbl>
    <w:p w14:paraId="1F554F55" w14:textId="77777777" w:rsidR="00281D6C" w:rsidRDefault="00281D6C"/>
    <w:p w14:paraId="26D13125" w14:textId="77777777" w:rsidR="00281D6C" w:rsidRDefault="00000000">
      <w:pPr>
        <w:pStyle w:val="21"/>
        <w:rPr>
          <w:lang w:eastAsia="ko-KR"/>
        </w:rPr>
      </w:pPr>
      <w:r>
        <w:rPr>
          <w:lang w:eastAsia="ko-KR"/>
        </w:rPr>
        <w:t xml:space="preserve">Phase 9. </w:t>
      </w:r>
      <w:r>
        <w:rPr>
          <w:lang w:eastAsia="ko-KR"/>
        </w:rPr>
        <w:t>인메모리</w:t>
      </w:r>
      <w:r>
        <w:rPr>
          <w:lang w:eastAsia="ko-KR"/>
        </w:rPr>
        <w:t xml:space="preserve">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간소화</w:t>
      </w:r>
      <w:r>
        <w:rPr>
          <w:lang w:eastAsia="ko-KR"/>
        </w:rPr>
        <w:t xml:space="preserve"> </w:t>
      </w:r>
      <w:r>
        <w:rPr>
          <w:lang w:eastAsia="ko-KR"/>
        </w:rPr>
        <w:t>및</w:t>
      </w:r>
      <w:r>
        <w:rPr>
          <w:lang w:eastAsia="ko-KR"/>
        </w:rPr>
        <w:t xml:space="preserve"> </w:t>
      </w:r>
      <w:r>
        <w:rPr>
          <w:lang w:eastAsia="ko-KR"/>
        </w:rPr>
        <w:t>성능</w:t>
      </w:r>
      <w:r>
        <w:rPr>
          <w:lang w:eastAsia="ko-KR"/>
        </w:rPr>
        <w:t xml:space="preserve"> </w:t>
      </w:r>
      <w:r>
        <w:rPr>
          <w:lang w:eastAsia="ko-KR"/>
        </w:rPr>
        <w:t>정량</w:t>
      </w:r>
      <w:r>
        <w:rPr>
          <w:lang w:eastAsia="ko-KR"/>
        </w:rPr>
        <w:t xml:space="preserve"> </w:t>
      </w:r>
      <w:r>
        <w:rPr>
          <w:lang w:eastAsia="ko-KR"/>
        </w:rPr>
        <w:t>비교</w:t>
      </w:r>
    </w:p>
    <w:p w14:paraId="425713EF" w14:textId="77777777" w:rsidR="00281D6C" w:rsidRDefault="00000000">
      <w:pPr>
        <w:pStyle w:val="31"/>
        <w:rPr>
          <w:lang w:eastAsia="ko-KR"/>
        </w:rPr>
      </w:pPr>
      <w:r>
        <w:rPr>
          <w:lang w:eastAsia="ko-KR"/>
        </w:rPr>
        <w:t xml:space="preserve">9.1 </w:t>
      </w:r>
      <w:r>
        <w:rPr>
          <w:lang w:eastAsia="ko-KR"/>
        </w:rPr>
        <w:t>개요</w:t>
      </w:r>
    </w:p>
    <w:p w14:paraId="21A49A35" w14:textId="77777777" w:rsidR="00281D6C" w:rsidRDefault="00000000">
      <w:pPr>
        <w:rPr>
          <w:lang w:eastAsia="ko-KR"/>
        </w:rPr>
      </w:pPr>
      <w:r>
        <w:rPr>
          <w:lang w:eastAsia="ko-KR"/>
        </w:rPr>
        <w:t>캐시</w:t>
      </w:r>
      <w:r>
        <w:rPr>
          <w:lang w:eastAsia="ko-KR"/>
        </w:rPr>
        <w:t xml:space="preserve"> HIT </w:t>
      </w:r>
      <w:r>
        <w:rPr>
          <w:lang w:eastAsia="ko-KR"/>
        </w:rPr>
        <w:t>경로에</w:t>
      </w:r>
      <w:r>
        <w:rPr>
          <w:lang w:eastAsia="ko-KR"/>
        </w:rPr>
        <w:t xml:space="preserve"> DB </w:t>
      </w:r>
      <w:r>
        <w:rPr>
          <w:lang w:eastAsia="ko-KR"/>
        </w:rPr>
        <w:t>경로</w:t>
      </w:r>
      <w:r>
        <w:rPr>
          <w:lang w:eastAsia="ko-KR"/>
        </w:rPr>
        <w:t xml:space="preserve"> </w:t>
      </w:r>
      <w:r>
        <w:rPr>
          <w:lang w:eastAsia="ko-KR"/>
        </w:rPr>
        <w:t>동등</w:t>
      </w:r>
      <w:r>
        <w:rPr>
          <w:lang w:eastAsia="ko-KR"/>
        </w:rPr>
        <w:t xml:space="preserve"> </w:t>
      </w:r>
      <w:r>
        <w:rPr>
          <w:lang w:eastAsia="ko-KR"/>
        </w:rPr>
        <w:t>수준의</w:t>
      </w:r>
      <w:r>
        <w:rPr>
          <w:lang w:eastAsia="ko-KR"/>
        </w:rPr>
        <w:t xml:space="preserve"> 3</w:t>
      </w:r>
      <w:r>
        <w:rPr>
          <w:lang w:eastAsia="ko-KR"/>
        </w:rPr>
        <w:t>단계</w:t>
      </w:r>
      <w:r>
        <w:rPr>
          <w:lang w:eastAsia="ko-KR"/>
        </w:rPr>
        <w:t xml:space="preserve"> </w:t>
      </w:r>
      <w:r>
        <w:rPr>
          <w:lang w:eastAsia="ko-KR"/>
        </w:rPr>
        <w:t>간소화</w:t>
      </w:r>
      <w:r>
        <w:rPr>
          <w:lang w:eastAsia="ko-KR"/>
        </w:rPr>
        <w:t xml:space="preserve"> </w:t>
      </w:r>
      <w:r>
        <w:rPr>
          <w:lang w:eastAsia="ko-KR"/>
        </w:rPr>
        <w:t>파이프라인을</w:t>
      </w:r>
      <w:r>
        <w:rPr>
          <w:lang w:eastAsia="ko-KR"/>
        </w:rPr>
        <w:t xml:space="preserve"> </w:t>
      </w:r>
      <w:r>
        <w:rPr>
          <w:lang w:eastAsia="ko-KR"/>
        </w:rPr>
        <w:t>적용하여</w:t>
      </w:r>
      <w:r>
        <w:rPr>
          <w:lang w:eastAsia="ko-KR"/>
        </w:rPr>
        <w:t>,</w:t>
      </w:r>
    </w:p>
    <w:p w14:paraId="42BCA9B0" w14:textId="77777777" w:rsidR="00281D6C" w:rsidRDefault="00000000">
      <w:pPr>
        <w:rPr>
          <w:lang w:eastAsia="ko-KR"/>
        </w:rPr>
      </w:pPr>
      <w:r>
        <w:rPr>
          <w:lang w:eastAsia="ko-KR"/>
        </w:rPr>
        <w:t xml:space="preserve">DB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없이도</w:t>
      </w:r>
      <w:r>
        <w:rPr>
          <w:lang w:eastAsia="ko-KR"/>
        </w:rPr>
        <w:t xml:space="preserve"> </w:t>
      </w:r>
      <w:r>
        <w:rPr>
          <w:lang w:eastAsia="ko-KR"/>
        </w:rPr>
        <w:t>동일한</w:t>
      </w:r>
      <w:r>
        <w:rPr>
          <w:lang w:eastAsia="ko-KR"/>
        </w:rPr>
        <w:t xml:space="preserve"> </w:t>
      </w:r>
      <w:r>
        <w:rPr>
          <w:lang w:eastAsia="ko-KR"/>
        </w:rPr>
        <w:t>품질의</w:t>
      </w:r>
      <w:r>
        <w:rPr>
          <w:lang w:eastAsia="ko-KR"/>
        </w:rPr>
        <w:t xml:space="preserve"> </w:t>
      </w:r>
      <w:r>
        <w:rPr>
          <w:lang w:eastAsia="ko-KR"/>
        </w:rPr>
        <w:t>항적</w:t>
      </w:r>
      <w:r>
        <w:rPr>
          <w:lang w:eastAsia="ko-KR"/>
        </w:rPr>
        <w:t xml:space="preserve"> </w:t>
      </w:r>
      <w:r>
        <w:rPr>
          <w:lang w:eastAsia="ko-KR"/>
        </w:rPr>
        <w:t>데이터를</w:t>
      </w:r>
      <w:r>
        <w:rPr>
          <w:lang w:eastAsia="ko-KR"/>
        </w:rPr>
        <w:t xml:space="preserve"> </w:t>
      </w:r>
      <w:r>
        <w:rPr>
          <w:lang w:eastAsia="ko-KR"/>
        </w:rPr>
        <w:t>제공</w:t>
      </w:r>
      <w:r>
        <w:rPr>
          <w:lang w:eastAsia="ko-KR"/>
        </w:rPr>
        <w:t>.</w:t>
      </w:r>
    </w:p>
    <w:p w14:paraId="5AC694E2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간소화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파이프라인</w:t>
      </w:r>
      <w:r>
        <w:rPr>
          <w:lang w:eastAsia="ko-KR"/>
        </w:rPr>
        <w:t>: Douglas-</w:t>
      </w:r>
      <w:proofErr w:type="spellStart"/>
      <w:r>
        <w:rPr>
          <w:lang w:eastAsia="ko-KR"/>
        </w:rPr>
        <w:t>Peucker</w:t>
      </w:r>
      <w:proofErr w:type="spellEnd"/>
      <w:r>
        <w:rPr>
          <w:lang w:eastAsia="ko-KR"/>
        </w:rPr>
        <w:t xml:space="preserve"> (DP) → </w:t>
      </w:r>
      <w:r>
        <w:rPr>
          <w:lang w:eastAsia="ko-KR"/>
        </w:rPr>
        <w:t>거리</w:t>
      </w:r>
      <w:r>
        <w:rPr>
          <w:lang w:eastAsia="ko-KR"/>
        </w:rPr>
        <w:t>/</w:t>
      </w:r>
      <w:r>
        <w:rPr>
          <w:lang w:eastAsia="ko-KR"/>
        </w:rPr>
        <w:t>시간</w:t>
      </w:r>
      <w:r>
        <w:rPr>
          <w:lang w:eastAsia="ko-KR"/>
        </w:rPr>
        <w:t xml:space="preserve"> </w:t>
      </w:r>
      <w:r>
        <w:rPr>
          <w:lang w:eastAsia="ko-KR"/>
        </w:rPr>
        <w:t>기반</w:t>
      </w:r>
      <w:r>
        <w:rPr>
          <w:lang w:eastAsia="ko-KR"/>
        </w:rPr>
        <w:t xml:space="preserve"> </w:t>
      </w:r>
      <w:r>
        <w:rPr>
          <w:lang w:eastAsia="ko-KR"/>
        </w:rPr>
        <w:t>샘플링</w:t>
      </w:r>
      <w:r>
        <w:rPr>
          <w:lang w:eastAsia="ko-KR"/>
        </w:rPr>
        <w:t xml:space="preserve"> → </w:t>
      </w:r>
      <w:r>
        <w:rPr>
          <w:lang w:eastAsia="ko-KR"/>
        </w:rPr>
        <w:t>줌</w:t>
      </w:r>
      <w:r>
        <w:rPr>
          <w:lang w:eastAsia="ko-KR"/>
        </w:rPr>
        <w:t xml:space="preserve"> </w:t>
      </w:r>
      <w:r>
        <w:rPr>
          <w:lang w:eastAsia="ko-KR"/>
        </w:rPr>
        <w:t>레벨</w:t>
      </w:r>
      <w:r>
        <w:rPr>
          <w:lang w:eastAsia="ko-KR"/>
        </w:rPr>
        <w:t xml:space="preserve"> </w:t>
      </w:r>
      <w:r>
        <w:rPr>
          <w:lang w:eastAsia="ko-KR"/>
        </w:rPr>
        <w:t>샘플링</w:t>
      </w:r>
    </w:p>
    <w:p w14:paraId="0F4A9B0A" w14:textId="77777777" w:rsidR="00281D6C" w:rsidRDefault="00000000">
      <w:pPr>
        <w:rPr>
          <w:lang w:eastAsia="ko-KR"/>
        </w:rPr>
      </w:pPr>
      <w:r>
        <w:rPr>
          <w:b/>
          <w:lang w:eastAsia="ko-KR"/>
        </w:rPr>
        <w:t>벤치마크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로그</w:t>
      </w:r>
      <w:r>
        <w:rPr>
          <w:lang w:eastAsia="ko-KR"/>
        </w:rPr>
        <w:t xml:space="preserve">: </w:t>
      </w:r>
      <w:r>
        <w:rPr>
          <w:rFonts w:ascii="Consolas" w:hAnsi="Consolas"/>
          <w:color w:val="800000"/>
          <w:lang w:eastAsia="ko-KR"/>
        </w:rPr>
        <w:t>logs/cache-benchmark.log</w:t>
      </w:r>
      <w:r>
        <w:rPr>
          <w:lang w:eastAsia="ko-KR"/>
        </w:rPr>
        <w:t>에</w:t>
      </w:r>
      <w:r>
        <w:rPr>
          <w:lang w:eastAsia="ko-KR"/>
        </w:rPr>
        <w:t xml:space="preserve"> DB/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경로별</w:t>
      </w:r>
      <w:r>
        <w:rPr>
          <w:lang w:eastAsia="ko-KR"/>
        </w:rPr>
        <w:t xml:space="preserve"> JSON </w:t>
      </w:r>
      <w:r>
        <w:rPr>
          <w:lang w:eastAsia="ko-KR"/>
        </w:rPr>
        <w:t>요약</w:t>
      </w:r>
      <w:r>
        <w:rPr>
          <w:lang w:eastAsia="ko-KR"/>
        </w:rPr>
        <w:t xml:space="preserve"> </w:t>
      </w:r>
      <w:r>
        <w:rPr>
          <w:lang w:eastAsia="ko-KR"/>
        </w:rPr>
        <w:t>자동</w:t>
      </w:r>
      <w:r>
        <w:rPr>
          <w:lang w:eastAsia="ko-KR"/>
        </w:rPr>
        <w:t xml:space="preserve"> </w:t>
      </w:r>
      <w:r>
        <w:rPr>
          <w:lang w:eastAsia="ko-KR"/>
        </w:rPr>
        <w:t>수집</w:t>
      </w:r>
      <w:r>
        <w:rPr>
          <w:lang w:eastAsia="ko-KR"/>
        </w:rPr>
        <w:t>.</w:t>
      </w:r>
    </w:p>
    <w:p w14:paraId="3C2A888E" w14:textId="77777777" w:rsidR="00281D6C" w:rsidRDefault="00000000">
      <w:pPr>
        <w:pStyle w:val="31"/>
      </w:pPr>
      <w:r>
        <w:t xml:space="preserve">9.2 AS-IS vs TO-BE </w:t>
      </w:r>
      <w:r>
        <w:t>정량</w:t>
      </w:r>
      <w:r>
        <w:t xml:space="preserve"> </w:t>
      </w:r>
      <w:r>
        <w:t>비교</w:t>
      </w:r>
    </w:p>
    <w:p w14:paraId="46C572B9" w14:textId="77777777" w:rsidR="00281D6C" w:rsidRDefault="00000000">
      <w:r>
        <w:t>운영</w:t>
      </w:r>
      <w:r>
        <w:t xml:space="preserve"> </w:t>
      </w:r>
      <w:r>
        <w:t>환경에서</w:t>
      </w:r>
      <w:r>
        <w:t xml:space="preserve"> </w:t>
      </w:r>
      <w:r>
        <w:t>수집한</w:t>
      </w:r>
      <w:r>
        <w:t xml:space="preserve"> </w:t>
      </w:r>
      <w:r>
        <w:rPr>
          <w:rFonts w:ascii="Consolas" w:hAnsi="Consolas"/>
          <w:color w:val="800000"/>
        </w:rPr>
        <w:t>cache-benchmark.log</w:t>
      </w:r>
      <w:r>
        <w:t xml:space="preserve"> 12</w:t>
      </w:r>
      <w:r>
        <w:t>건</w:t>
      </w:r>
      <w:r>
        <w:t xml:space="preserve"> </w:t>
      </w:r>
      <w:r>
        <w:t>기준</w:t>
      </w:r>
      <w:r>
        <w:t xml:space="preserve"> (2026-02-07 </w:t>
      </w:r>
      <w:r>
        <w:t>측정</w:t>
      </w:r>
      <w:r>
        <w:t>):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81D6C" w14:paraId="57350A43" w14:textId="77777777" w:rsidTr="00281D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FCEF375" w14:textId="77777777" w:rsidR="00281D6C" w:rsidRDefault="00000000">
            <w:r>
              <w:t>지표</w:t>
            </w:r>
          </w:p>
        </w:tc>
        <w:tc>
          <w:tcPr>
            <w:tcW w:w="2160" w:type="dxa"/>
          </w:tcPr>
          <w:p w14:paraId="615E9795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AS-IS (DB </w:t>
            </w:r>
            <w:r>
              <w:t>경로</w:t>
            </w:r>
            <w:r>
              <w:t>)</w:t>
            </w:r>
          </w:p>
        </w:tc>
        <w:tc>
          <w:tcPr>
            <w:tcW w:w="2160" w:type="dxa"/>
          </w:tcPr>
          <w:p w14:paraId="04EA254B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TO-BE (</w:t>
            </w:r>
            <w:r>
              <w:t>캐시</w:t>
            </w:r>
            <w:r>
              <w:t xml:space="preserve"> </w:t>
            </w:r>
            <w:r>
              <w:t>경로</w:t>
            </w:r>
            <w:r>
              <w:t>)</w:t>
            </w:r>
          </w:p>
        </w:tc>
        <w:tc>
          <w:tcPr>
            <w:tcW w:w="2160" w:type="dxa"/>
          </w:tcPr>
          <w:p w14:paraId="25A572E2" w14:textId="77777777" w:rsidR="00281D6C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개선율</w:t>
            </w:r>
          </w:p>
        </w:tc>
      </w:tr>
      <w:tr w:rsidR="00281D6C" w14:paraId="030CC6B0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8D79517" w14:textId="77777777" w:rsidR="00281D6C" w:rsidRDefault="00000000">
            <w:r>
              <w:t>응답</w:t>
            </w:r>
            <w:r>
              <w:t xml:space="preserve"> </w:t>
            </w:r>
            <w:r>
              <w:t>시간</w:t>
            </w:r>
            <w:r>
              <w:t xml:space="preserve"> (ms)</w:t>
            </w:r>
          </w:p>
        </w:tc>
        <w:tc>
          <w:tcPr>
            <w:tcW w:w="2160" w:type="dxa"/>
          </w:tcPr>
          <w:p w14:paraId="717F6AA5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7,221 ~ 8,195</w:t>
            </w:r>
          </w:p>
        </w:tc>
        <w:tc>
          <w:tcPr>
            <w:tcW w:w="2160" w:type="dxa"/>
          </w:tcPr>
          <w:p w14:paraId="402B2D3C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575 ~ 1,439</w:t>
            </w:r>
          </w:p>
        </w:tc>
        <w:tc>
          <w:tcPr>
            <w:tcW w:w="2160" w:type="dxa"/>
          </w:tcPr>
          <w:p w14:paraId="537322D9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5.7 ~ 12.6</w:t>
            </w:r>
            <w:r>
              <w:rPr>
                <w:b/>
              </w:rPr>
              <w:t>배</w:t>
            </w:r>
          </w:p>
        </w:tc>
      </w:tr>
      <w:tr w:rsidR="00281D6C" w14:paraId="59CD182D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C2EF7FA" w14:textId="77777777" w:rsidR="00281D6C" w:rsidRDefault="00000000">
            <w:r>
              <w:t>배치</w:t>
            </w:r>
            <w:r>
              <w:t xml:space="preserve"> </w:t>
            </w:r>
            <w:r>
              <w:t>전송</w:t>
            </w:r>
            <w:r>
              <w:t xml:space="preserve"> </w:t>
            </w:r>
            <w:r>
              <w:t>수</w:t>
            </w:r>
          </w:p>
        </w:tc>
        <w:tc>
          <w:tcPr>
            <w:tcW w:w="2160" w:type="dxa"/>
          </w:tcPr>
          <w:p w14:paraId="50EBE17A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 ~ 11</w:t>
            </w:r>
          </w:p>
        </w:tc>
        <w:tc>
          <w:tcPr>
            <w:tcW w:w="2160" w:type="dxa"/>
          </w:tcPr>
          <w:p w14:paraId="0435E3E2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 ~ 10</w:t>
            </w:r>
          </w:p>
        </w:tc>
        <w:tc>
          <w:tcPr>
            <w:tcW w:w="2160" w:type="dxa"/>
          </w:tcPr>
          <w:p w14:paraId="2274116C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유사</w:t>
            </w:r>
            <w:r>
              <w:t xml:space="preserve"> (</w:t>
            </w:r>
            <w:r>
              <w:t>간소화로</w:t>
            </w:r>
            <w:r>
              <w:t xml:space="preserve"> </w:t>
            </w:r>
            <w:r>
              <w:t>감소</w:t>
            </w:r>
            <w:r>
              <w:t>)</w:t>
            </w:r>
          </w:p>
        </w:tc>
      </w:tr>
      <w:tr w:rsidR="00281D6C" w14:paraId="7094B0EC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C255C2D" w14:textId="77777777" w:rsidR="00281D6C" w:rsidRDefault="00000000">
            <w:r>
              <w:t xml:space="preserve">DB </w:t>
            </w:r>
            <w:r>
              <w:t>커넥션</w:t>
            </w:r>
            <w:r>
              <w:t xml:space="preserve"> </w:t>
            </w:r>
            <w:r>
              <w:t>사용</w:t>
            </w:r>
          </w:p>
        </w:tc>
        <w:tc>
          <w:tcPr>
            <w:tcW w:w="2160" w:type="dxa"/>
          </w:tcPr>
          <w:p w14:paraId="304DFE6B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 ~ 19</w:t>
            </w:r>
            <w:r>
              <w:t>건</w:t>
            </w:r>
          </w:p>
        </w:tc>
        <w:tc>
          <w:tcPr>
            <w:tcW w:w="2160" w:type="dxa"/>
          </w:tcPr>
          <w:p w14:paraId="3B262111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 ~ 3</w:t>
            </w:r>
            <w:r>
              <w:t>건</w:t>
            </w:r>
          </w:p>
        </w:tc>
        <w:tc>
          <w:tcPr>
            <w:tcW w:w="2160" w:type="dxa"/>
          </w:tcPr>
          <w:p w14:paraId="40CF6CFB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 xml:space="preserve">63 ~ 89% </w:t>
            </w:r>
            <w:r>
              <w:rPr>
                <w:b/>
              </w:rPr>
              <w:t>절감</w:t>
            </w:r>
          </w:p>
        </w:tc>
      </w:tr>
      <w:tr w:rsidR="00281D6C" w14:paraId="19FB6896" w14:textId="77777777" w:rsidTr="00281D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354427A" w14:textId="77777777" w:rsidR="00281D6C" w:rsidRDefault="00000000">
            <w:r>
              <w:t xml:space="preserve">DB </w:t>
            </w:r>
            <w:r>
              <w:t>쿼리</w:t>
            </w:r>
            <w:r>
              <w:t xml:space="preserve"> </w:t>
            </w:r>
            <w:r>
              <w:t>시간</w:t>
            </w:r>
            <w:r>
              <w:t xml:space="preserve"> (ms)</w:t>
            </w:r>
          </w:p>
        </w:tc>
        <w:tc>
          <w:tcPr>
            <w:tcW w:w="2160" w:type="dxa"/>
          </w:tcPr>
          <w:p w14:paraId="2286F5CC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1,443 ~ 3,475</w:t>
            </w:r>
          </w:p>
        </w:tc>
        <w:tc>
          <w:tcPr>
            <w:tcW w:w="2160" w:type="dxa"/>
          </w:tcPr>
          <w:p w14:paraId="2E9064C8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160" w:type="dxa"/>
          </w:tcPr>
          <w:p w14:paraId="7477260B" w14:textId="77777777" w:rsidR="00281D6C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 xml:space="preserve">100% </w:t>
            </w:r>
            <w:r>
              <w:rPr>
                <w:b/>
              </w:rPr>
              <w:t>절감</w:t>
            </w:r>
          </w:p>
        </w:tc>
      </w:tr>
      <w:tr w:rsidR="00281D6C" w14:paraId="2C3B79B9" w14:textId="77777777" w:rsidTr="00281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CE80E3E" w14:textId="77777777" w:rsidR="00281D6C" w:rsidRDefault="00000000">
            <w:r>
              <w:t>포인트</w:t>
            </w:r>
            <w:r>
              <w:t xml:space="preserve"> </w:t>
            </w:r>
            <w:r>
              <w:t>압축</w:t>
            </w:r>
          </w:p>
        </w:tc>
        <w:tc>
          <w:tcPr>
            <w:tcW w:w="2160" w:type="dxa"/>
          </w:tcPr>
          <w:p w14:paraId="4D7752DD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SQL ST_Simplify</w:t>
            </w:r>
          </w:p>
        </w:tc>
        <w:tc>
          <w:tcPr>
            <w:tcW w:w="2160" w:type="dxa"/>
          </w:tcPr>
          <w:p w14:paraId="75B2C92A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앱</w:t>
            </w:r>
            <w:r>
              <w:t xml:space="preserve"> </w:t>
            </w:r>
            <w:r>
              <w:t>레벨</w:t>
            </w:r>
            <w:r>
              <w:t xml:space="preserve"> 95 ~ 99%</w:t>
            </w:r>
          </w:p>
        </w:tc>
        <w:tc>
          <w:tcPr>
            <w:tcW w:w="2160" w:type="dxa"/>
          </w:tcPr>
          <w:p w14:paraId="66DC4B23" w14:textId="77777777" w:rsidR="00281D6C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동등</w:t>
            </w:r>
            <w:r>
              <w:t xml:space="preserve"> </w:t>
            </w:r>
            <w:r>
              <w:t>품질</w:t>
            </w:r>
          </w:p>
        </w:tc>
      </w:tr>
    </w:tbl>
    <w:p w14:paraId="7E9384E3" w14:textId="77777777" w:rsidR="00281D6C" w:rsidRDefault="00281D6C"/>
    <w:p w14:paraId="7C5E01F4" w14:textId="77777777" w:rsidR="00281D6C" w:rsidRDefault="00000000">
      <w:pPr>
        <w:ind w:left="567"/>
        <w:rPr>
          <w:lang w:eastAsia="ko-KR"/>
        </w:rPr>
      </w:pPr>
      <w:r>
        <w:rPr>
          <w:i/>
          <w:color w:val="555555"/>
          <w:lang w:eastAsia="ko-KR"/>
        </w:rPr>
        <w:t>상세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데이터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및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경로별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분석은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별도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「일일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캐시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성능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벤치마크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보고서」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참조</w:t>
      </w:r>
    </w:p>
    <w:p w14:paraId="3D7DF9D5" w14:textId="77777777" w:rsidR="00281D6C" w:rsidRDefault="00000000">
      <w:pPr>
        <w:pStyle w:val="31"/>
      </w:pPr>
      <w:r>
        <w:t xml:space="preserve">9.3 </w:t>
      </w:r>
      <w:proofErr w:type="spellStart"/>
      <w:r>
        <w:t>데이터</w:t>
      </w:r>
      <w:proofErr w:type="spellEnd"/>
      <w:r>
        <w:t xml:space="preserve"> </w:t>
      </w:r>
      <w:proofErr w:type="spellStart"/>
      <w:r>
        <w:t>품질</w:t>
      </w:r>
      <w:proofErr w:type="spellEnd"/>
      <w:r>
        <w:t xml:space="preserve"> </w:t>
      </w:r>
      <w:proofErr w:type="spellStart"/>
      <w:r>
        <w:t>비교</w:t>
      </w:r>
      <w:proofErr w:type="spellEnd"/>
    </w:p>
    <w:p w14:paraId="24E63486" w14:textId="77777777" w:rsidR="00281D6C" w:rsidRDefault="00000000">
      <w:pPr>
        <w:pStyle w:val="a0"/>
        <w:rPr>
          <w:lang w:eastAsia="ko-KR"/>
        </w:rPr>
      </w:pPr>
      <w:r>
        <w:rPr>
          <w:lang w:eastAsia="ko-KR"/>
        </w:rPr>
        <w:t>간소화</w:t>
      </w:r>
      <w:r>
        <w:rPr>
          <w:lang w:eastAsia="ko-KR"/>
        </w:rPr>
        <w:t xml:space="preserve"> </w:t>
      </w:r>
      <w:r>
        <w:rPr>
          <w:lang w:eastAsia="ko-KR"/>
        </w:rPr>
        <w:t>후</w:t>
      </w:r>
      <w:r>
        <w:rPr>
          <w:lang w:eastAsia="ko-KR"/>
        </w:rPr>
        <w:t xml:space="preserve"> </w:t>
      </w:r>
      <w:r>
        <w:rPr>
          <w:lang w:eastAsia="ko-KR"/>
        </w:rPr>
        <w:t>포인트</w:t>
      </w:r>
      <w:r>
        <w:rPr>
          <w:lang w:eastAsia="ko-KR"/>
        </w:rPr>
        <w:t xml:space="preserve"> </w:t>
      </w:r>
      <w:r>
        <w:rPr>
          <w:lang w:eastAsia="ko-KR"/>
        </w:rPr>
        <w:t>수가</w:t>
      </w:r>
      <w:r>
        <w:rPr>
          <w:lang w:eastAsia="ko-KR"/>
        </w:rPr>
        <w:t xml:space="preserve"> DB </w:t>
      </w:r>
      <w:r>
        <w:rPr>
          <w:lang w:eastAsia="ko-KR"/>
        </w:rPr>
        <w:t>경로</w:t>
      </w:r>
      <w:r>
        <w:rPr>
          <w:lang w:eastAsia="ko-KR"/>
        </w:rPr>
        <w:t>(</w:t>
      </w:r>
      <w:proofErr w:type="spellStart"/>
      <w:r>
        <w:rPr>
          <w:lang w:eastAsia="ko-KR"/>
        </w:rPr>
        <w:t>ST_Simplify</w:t>
      </w:r>
      <w:proofErr w:type="spellEnd"/>
      <w:r>
        <w:rPr>
          <w:lang w:eastAsia="ko-KR"/>
        </w:rPr>
        <w:t>)</w:t>
      </w:r>
      <w:r>
        <w:rPr>
          <w:lang w:eastAsia="ko-KR"/>
        </w:rPr>
        <w:t>와</w:t>
      </w:r>
      <w:r>
        <w:rPr>
          <w:lang w:eastAsia="ko-KR"/>
        </w:rPr>
        <w:t xml:space="preserve"> </w:t>
      </w:r>
      <w:r>
        <w:rPr>
          <w:lang w:eastAsia="ko-KR"/>
        </w:rPr>
        <w:t>동등</w:t>
      </w:r>
      <w:r>
        <w:rPr>
          <w:lang w:eastAsia="ko-KR"/>
        </w:rPr>
        <w:t xml:space="preserve"> </w:t>
      </w:r>
      <w:r>
        <w:rPr>
          <w:lang w:eastAsia="ko-KR"/>
        </w:rPr>
        <w:t>수준</w:t>
      </w:r>
      <w:r>
        <w:rPr>
          <w:lang w:eastAsia="ko-KR"/>
        </w:rPr>
        <w:t xml:space="preserve"> (99% </w:t>
      </w:r>
      <w:r>
        <w:rPr>
          <w:lang w:eastAsia="ko-KR"/>
        </w:rPr>
        <w:t>이상</w:t>
      </w:r>
      <w:r>
        <w:rPr>
          <w:lang w:eastAsia="ko-KR"/>
        </w:rPr>
        <w:t xml:space="preserve"> </w:t>
      </w:r>
      <w:r>
        <w:rPr>
          <w:lang w:eastAsia="ko-KR"/>
        </w:rPr>
        <w:t>감소</w:t>
      </w:r>
      <w:r>
        <w:rPr>
          <w:lang w:eastAsia="ko-KR"/>
        </w:rPr>
        <w:t>)</w:t>
      </w:r>
    </w:p>
    <w:p w14:paraId="2E79D1D9" w14:textId="77777777" w:rsidR="00281D6C" w:rsidRDefault="00000000">
      <w:pPr>
        <w:pStyle w:val="a0"/>
      </w:pPr>
      <w:proofErr w:type="spellStart"/>
      <w:r>
        <w:t>선박</w:t>
      </w:r>
      <w:proofErr w:type="spellEnd"/>
      <w:r>
        <w:t xml:space="preserve"> </w:t>
      </w:r>
      <w:proofErr w:type="spellStart"/>
      <w:proofErr w:type="gramStart"/>
      <w:r>
        <w:t>정보</w:t>
      </w:r>
      <w:proofErr w:type="spellEnd"/>
      <w:r>
        <w:t>(</w:t>
      </w:r>
      <w:proofErr w:type="spellStart"/>
      <w:proofErr w:type="gramEnd"/>
      <w:r>
        <w:rPr>
          <w:rFonts w:ascii="Consolas" w:hAnsi="Consolas"/>
          <w:color w:val="800000"/>
        </w:rPr>
        <w:t>shipName</w:t>
      </w:r>
      <w:proofErr w:type="spellEnd"/>
      <w:r>
        <w:t xml:space="preserve">, </w:t>
      </w:r>
      <w:proofErr w:type="spellStart"/>
      <w:r>
        <w:rPr>
          <w:rFonts w:ascii="Consolas" w:hAnsi="Consolas"/>
          <w:color w:val="800000"/>
        </w:rPr>
        <w:t>shipKindCode</w:t>
      </w:r>
      <w:proofErr w:type="spellEnd"/>
      <w:r>
        <w:t xml:space="preserve">, </w:t>
      </w:r>
      <w:proofErr w:type="spellStart"/>
      <w:r>
        <w:rPr>
          <w:rFonts w:ascii="Consolas" w:hAnsi="Consolas"/>
          <w:color w:val="800000"/>
        </w:rPr>
        <w:t>nationalCode</w:t>
      </w:r>
      <w:proofErr w:type="spellEnd"/>
      <w:r>
        <w:t xml:space="preserve">) </w:t>
      </w:r>
      <w:r>
        <w:t>정상</w:t>
      </w:r>
      <w:r>
        <w:t xml:space="preserve"> </w:t>
      </w:r>
      <w:r>
        <w:t>제공</w:t>
      </w:r>
      <w:r>
        <w:t xml:space="preserve"> </w:t>
      </w:r>
      <w:r>
        <w:t>확인</w:t>
      </w:r>
    </w:p>
    <w:p w14:paraId="12742B28" w14:textId="77777777" w:rsidR="00281D6C" w:rsidRDefault="00000000">
      <w:pPr>
        <w:pStyle w:val="a0"/>
        <w:ind w:left="1191"/>
      </w:pPr>
      <w:r>
        <w:t>캐시</w:t>
      </w:r>
      <w:r>
        <w:t xml:space="preserve"> </w:t>
      </w:r>
      <w:r>
        <w:t>빌드</w:t>
      </w:r>
      <w:r>
        <w:t xml:space="preserve"> </w:t>
      </w:r>
      <w:r>
        <w:t>시</w:t>
      </w:r>
      <w:r>
        <w:t xml:space="preserve"> </w:t>
      </w:r>
      <w:r>
        <w:rPr>
          <w:rFonts w:ascii="Consolas" w:hAnsi="Consolas"/>
          <w:color w:val="800000"/>
        </w:rPr>
        <w:t>t_vessel_latest_position</w:t>
      </w:r>
      <w:r>
        <w:t xml:space="preserve"> </w:t>
      </w:r>
      <w:r>
        <w:t>일괄</w:t>
      </w:r>
      <w:r>
        <w:t xml:space="preserve"> </w:t>
      </w:r>
      <w:r>
        <w:t>조회로</w:t>
      </w:r>
      <w:r>
        <w:t xml:space="preserve"> </w:t>
      </w:r>
      <w:r>
        <w:t>보강</w:t>
      </w:r>
    </w:p>
    <w:p w14:paraId="0DA84F49" w14:textId="77777777" w:rsidR="00281D6C" w:rsidRDefault="00000000">
      <w:pPr>
        <w:pStyle w:val="31"/>
      </w:pPr>
      <w:r>
        <w:t xml:space="preserve">9.4 </w:t>
      </w:r>
      <w:r>
        <w:t>선박</w:t>
      </w:r>
      <w:r>
        <w:t xml:space="preserve"> </w:t>
      </w:r>
      <w:r>
        <w:t>정보</w:t>
      </w:r>
      <w:r>
        <w:t xml:space="preserve"> </w:t>
      </w:r>
      <w:r>
        <w:t>보강</w:t>
      </w:r>
    </w:p>
    <w:p w14:paraId="0CF66E60" w14:textId="77777777" w:rsidR="00281D6C" w:rsidRDefault="00000000">
      <w:r>
        <w:t>캐시</w:t>
      </w:r>
      <w:r>
        <w:t xml:space="preserve"> </w:t>
      </w:r>
      <w:r>
        <w:t>빌드</w:t>
      </w:r>
      <w:r>
        <w:t>(</w:t>
      </w:r>
      <w:r>
        <w:rPr>
          <w:rFonts w:ascii="Consolas" w:hAnsi="Consolas"/>
          <w:color w:val="800000"/>
        </w:rPr>
        <w:t>DailyTrackCacheManager.loadDay()</w:t>
      </w:r>
      <w:r>
        <w:t xml:space="preserve">) </w:t>
      </w:r>
      <w:r>
        <w:t>시</w:t>
      </w:r>
      <w:r>
        <w:t xml:space="preserve"> </w:t>
      </w:r>
      <w:r>
        <w:rPr>
          <w:rFonts w:ascii="Consolas" w:hAnsi="Consolas"/>
          <w:color w:val="800000"/>
        </w:rPr>
        <w:t>enrichVesselInfo()</w:t>
      </w:r>
      <w:r>
        <w:t xml:space="preserve"> </w:t>
      </w:r>
      <w:r>
        <w:t>추가</w:t>
      </w:r>
      <w:r>
        <w:t>:</w:t>
      </w:r>
    </w:p>
    <w:p w14:paraId="64F51DF5" w14:textId="77777777" w:rsidR="00281D6C" w:rsidRDefault="00000000">
      <w:pPr>
        <w:pStyle w:val="a0"/>
      </w:pPr>
      <w:r>
        <w:rPr>
          <w:rFonts w:ascii="Consolas" w:hAnsi="Consolas"/>
          <w:color w:val="800000"/>
        </w:rPr>
        <w:t>t_vessel_latest_position</w:t>
      </w:r>
      <w:r>
        <w:t xml:space="preserve"> </w:t>
      </w:r>
      <w:r>
        <w:t>테이블에서</w:t>
      </w:r>
      <w:r>
        <w:t xml:space="preserve"> </w:t>
      </w:r>
      <w:r>
        <w:rPr>
          <w:rFonts w:ascii="Consolas" w:hAnsi="Consolas"/>
          <w:color w:val="800000"/>
        </w:rPr>
        <w:t>ship_nm</w:t>
      </w:r>
      <w:r>
        <w:t xml:space="preserve">, </w:t>
      </w:r>
      <w:r>
        <w:rPr>
          <w:rFonts w:ascii="Consolas" w:hAnsi="Consolas"/>
          <w:color w:val="800000"/>
        </w:rPr>
        <w:t>ship_ty</w:t>
      </w:r>
      <w:r>
        <w:t xml:space="preserve"> IN </w:t>
      </w:r>
      <w:r>
        <w:t>절</w:t>
      </w:r>
      <w:r>
        <w:t xml:space="preserve"> 1000</w:t>
      </w:r>
      <w:r>
        <w:t>건</w:t>
      </w:r>
      <w:r>
        <w:t xml:space="preserve"> </w:t>
      </w:r>
      <w:r>
        <w:t>배치</w:t>
      </w:r>
      <w:r>
        <w:t xml:space="preserve"> </w:t>
      </w:r>
      <w:r>
        <w:t>조회</w:t>
      </w:r>
    </w:p>
    <w:p w14:paraId="2A8B2BFA" w14:textId="77777777" w:rsidR="00281D6C" w:rsidRDefault="00000000">
      <w:pPr>
        <w:pStyle w:val="a0"/>
      </w:pPr>
      <w:r>
        <w:rPr>
          <w:rFonts w:ascii="Consolas" w:hAnsi="Consolas"/>
          <w:color w:val="800000"/>
        </w:rPr>
        <w:t>nationalCode</w:t>
      </w:r>
      <w:r>
        <w:t xml:space="preserve">: MMSI </w:t>
      </w:r>
      <w:r>
        <w:t>기반</w:t>
      </w:r>
      <w:r>
        <w:t xml:space="preserve"> NationalCodeUtil </w:t>
      </w:r>
      <w:r>
        <w:t>계산</w:t>
      </w:r>
    </w:p>
    <w:p w14:paraId="3822E5D8" w14:textId="77777777" w:rsidR="00281D6C" w:rsidRDefault="00000000">
      <w:pPr>
        <w:pStyle w:val="a0"/>
      </w:pPr>
      <w:r>
        <w:rPr>
          <w:rFonts w:ascii="Consolas" w:hAnsi="Consolas"/>
          <w:color w:val="800000"/>
        </w:rPr>
        <w:lastRenderedPageBreak/>
        <w:t>shipKindCode</w:t>
      </w:r>
      <w:r>
        <w:t>: ShipKindCodeConverter</w:t>
      </w:r>
      <w:r>
        <w:t>에</w:t>
      </w:r>
      <w:r>
        <w:t xml:space="preserve"> shipType/shipName </w:t>
      </w:r>
      <w:r>
        <w:t>전달하여</w:t>
      </w:r>
      <w:r>
        <w:t xml:space="preserve"> </w:t>
      </w:r>
      <w:r>
        <w:t>정확한</w:t>
      </w:r>
      <w:r>
        <w:t xml:space="preserve"> </w:t>
      </w:r>
      <w:r>
        <w:t>판별</w:t>
      </w:r>
    </w:p>
    <w:p w14:paraId="2DD86902" w14:textId="77777777" w:rsidR="00281D6C" w:rsidRDefault="00000000">
      <w:pPr>
        <w:pStyle w:val="31"/>
      </w:pPr>
      <w:r>
        <w:t xml:space="preserve">9.5 </w:t>
      </w:r>
      <w:r>
        <w:t>시스템</w:t>
      </w:r>
      <w:r>
        <w:t xml:space="preserve"> </w:t>
      </w:r>
      <w:r>
        <w:t>효과</w:t>
      </w:r>
    </w:p>
    <w:p w14:paraId="62414DE3" w14:textId="77777777" w:rsidR="00281D6C" w:rsidRDefault="00000000">
      <w:pPr>
        <w:pStyle w:val="a0"/>
        <w:rPr>
          <w:lang w:eastAsia="ko-KR"/>
        </w:rPr>
      </w:pPr>
      <w:r>
        <w:rPr>
          <w:b/>
          <w:lang w:eastAsia="ko-KR"/>
        </w:rPr>
        <w:t xml:space="preserve">DB IO </w:t>
      </w:r>
      <w:r>
        <w:rPr>
          <w:b/>
          <w:lang w:eastAsia="ko-KR"/>
        </w:rPr>
        <w:t>제거</w:t>
      </w:r>
      <w:r>
        <w:rPr>
          <w:lang w:eastAsia="ko-KR"/>
        </w:rPr>
        <w:t xml:space="preserve">: </w:t>
      </w:r>
      <w:r>
        <w:rPr>
          <w:lang w:eastAsia="ko-KR"/>
        </w:rPr>
        <w:t>캐시</w:t>
      </w:r>
      <w:r>
        <w:rPr>
          <w:lang w:eastAsia="ko-KR"/>
        </w:rPr>
        <w:t xml:space="preserve"> HIT </w:t>
      </w:r>
      <w:r>
        <w:rPr>
          <w:lang w:eastAsia="ko-KR"/>
        </w:rPr>
        <w:t>시</w:t>
      </w:r>
      <w:r>
        <w:rPr>
          <w:lang w:eastAsia="ko-KR"/>
        </w:rPr>
        <w:t xml:space="preserve"> Query DB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사용</w:t>
      </w:r>
      <w:r>
        <w:rPr>
          <w:lang w:eastAsia="ko-KR"/>
        </w:rPr>
        <w:t xml:space="preserve"> 0 →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풀</w:t>
      </w:r>
      <w:r>
        <w:rPr>
          <w:lang w:eastAsia="ko-KR"/>
        </w:rPr>
        <w:t xml:space="preserve"> </w:t>
      </w:r>
      <w:r>
        <w:rPr>
          <w:lang w:eastAsia="ko-KR"/>
        </w:rPr>
        <w:t>여유</w:t>
      </w:r>
      <w:r>
        <w:rPr>
          <w:lang w:eastAsia="ko-KR"/>
        </w:rPr>
        <w:t xml:space="preserve"> </w:t>
      </w:r>
      <w:r>
        <w:rPr>
          <w:lang w:eastAsia="ko-KR"/>
        </w:rPr>
        <w:t>확보</w:t>
      </w:r>
    </w:p>
    <w:p w14:paraId="7E55E756" w14:textId="77777777" w:rsidR="00281D6C" w:rsidRDefault="00000000">
      <w:pPr>
        <w:pStyle w:val="a0"/>
        <w:rPr>
          <w:lang w:eastAsia="ko-KR"/>
        </w:rPr>
      </w:pPr>
      <w:r>
        <w:rPr>
          <w:b/>
          <w:lang w:eastAsia="ko-KR"/>
        </w:rPr>
        <w:t>동시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사용자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수용</w:t>
      </w:r>
      <w:r>
        <w:rPr>
          <w:lang w:eastAsia="ko-KR"/>
        </w:rPr>
        <w:t xml:space="preserve">: DB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경합</w:t>
      </w:r>
      <w:r>
        <w:rPr>
          <w:lang w:eastAsia="ko-KR"/>
        </w:rPr>
        <w:t xml:space="preserve"> </w:t>
      </w:r>
      <w:r>
        <w:rPr>
          <w:lang w:eastAsia="ko-KR"/>
        </w:rPr>
        <w:t>해소로</w:t>
      </w:r>
      <w:r>
        <w:rPr>
          <w:lang w:eastAsia="ko-KR"/>
        </w:rPr>
        <w:t xml:space="preserve"> </w:t>
      </w:r>
      <w:r>
        <w:rPr>
          <w:lang w:eastAsia="ko-KR"/>
        </w:rPr>
        <w:t>동시</w:t>
      </w:r>
      <w:r>
        <w:rPr>
          <w:lang w:eastAsia="ko-KR"/>
        </w:rPr>
        <w:t xml:space="preserve"> </w:t>
      </w:r>
      <w:r>
        <w:rPr>
          <w:lang w:eastAsia="ko-KR"/>
        </w:rPr>
        <w:t>처리</w:t>
      </w:r>
      <w:r>
        <w:rPr>
          <w:lang w:eastAsia="ko-KR"/>
        </w:rPr>
        <w:t xml:space="preserve"> </w:t>
      </w:r>
      <w:r>
        <w:rPr>
          <w:lang w:eastAsia="ko-KR"/>
        </w:rPr>
        <w:t>가능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</w:t>
      </w:r>
      <w:r>
        <w:rPr>
          <w:lang w:eastAsia="ko-KR"/>
        </w:rPr>
        <w:t>증가</w:t>
      </w:r>
    </w:p>
    <w:p w14:paraId="4098C155" w14:textId="77777777" w:rsidR="00281D6C" w:rsidRDefault="00000000">
      <w:pPr>
        <w:pStyle w:val="a0"/>
        <w:rPr>
          <w:lang w:eastAsia="ko-KR"/>
        </w:rPr>
      </w:pPr>
      <w:r>
        <w:rPr>
          <w:b/>
          <w:lang w:eastAsia="ko-KR"/>
        </w:rPr>
        <w:t>간소화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비용</w:t>
      </w:r>
      <w:r>
        <w:rPr>
          <w:lang w:eastAsia="ko-KR"/>
        </w:rPr>
        <w:t>: 24~1,258ms (</w:t>
      </w:r>
      <w:r>
        <w:rPr>
          <w:lang w:eastAsia="ko-KR"/>
        </w:rPr>
        <w:t>순수</w:t>
      </w:r>
      <w:r>
        <w:rPr>
          <w:lang w:eastAsia="ko-KR"/>
        </w:rPr>
        <w:t xml:space="preserve"> CPU </w:t>
      </w:r>
      <w:r>
        <w:rPr>
          <w:lang w:eastAsia="ko-KR"/>
        </w:rPr>
        <w:t>연산</w:t>
      </w:r>
      <w:r>
        <w:rPr>
          <w:lang w:eastAsia="ko-KR"/>
        </w:rPr>
        <w:t xml:space="preserve">, DB </w:t>
      </w:r>
      <w:r>
        <w:rPr>
          <w:lang w:eastAsia="ko-KR"/>
        </w:rPr>
        <w:t>대기</w:t>
      </w:r>
      <w:r>
        <w:rPr>
          <w:lang w:eastAsia="ko-KR"/>
        </w:rPr>
        <w:t xml:space="preserve"> </w:t>
      </w:r>
      <w:r>
        <w:rPr>
          <w:lang w:eastAsia="ko-KR"/>
        </w:rPr>
        <w:t>없음</w:t>
      </w:r>
      <w:r>
        <w:rPr>
          <w:lang w:eastAsia="ko-KR"/>
        </w:rPr>
        <w:t>)</w:t>
      </w:r>
    </w:p>
    <w:p w14:paraId="3F3DB3B8" w14:textId="77777777" w:rsidR="00281D6C" w:rsidRDefault="00000000">
      <w:pPr>
        <w:pStyle w:val="a0"/>
        <w:rPr>
          <w:lang w:eastAsia="ko-KR"/>
        </w:rPr>
      </w:pPr>
      <w:r>
        <w:rPr>
          <w:b/>
          <w:lang w:eastAsia="ko-KR"/>
        </w:rPr>
        <w:t>벤치마크</w:t>
      </w:r>
      <w:r>
        <w:rPr>
          <w:b/>
          <w:lang w:eastAsia="ko-KR"/>
        </w:rPr>
        <w:t xml:space="preserve"> </w:t>
      </w:r>
      <w:r>
        <w:rPr>
          <w:b/>
          <w:lang w:eastAsia="ko-KR"/>
        </w:rPr>
        <w:t>모니터링</w:t>
      </w:r>
      <w:r>
        <w:rPr>
          <w:lang w:eastAsia="ko-KR"/>
        </w:rPr>
        <w:t xml:space="preserve">: </w:t>
      </w:r>
      <w:r>
        <w:rPr>
          <w:rFonts w:ascii="Consolas" w:hAnsi="Consolas"/>
          <w:color w:val="800000"/>
          <w:lang w:eastAsia="ko-KR"/>
        </w:rPr>
        <w:t>cache-benchmark.log</w:t>
      </w:r>
      <w:r>
        <w:rPr>
          <w:lang w:eastAsia="ko-KR"/>
        </w:rPr>
        <w:t>로</w:t>
      </w:r>
      <w:r>
        <w:rPr>
          <w:lang w:eastAsia="ko-KR"/>
        </w:rPr>
        <w:t xml:space="preserve"> </w:t>
      </w:r>
      <w:r>
        <w:rPr>
          <w:lang w:eastAsia="ko-KR"/>
        </w:rPr>
        <w:t>경로별</w:t>
      </w:r>
      <w:r>
        <w:rPr>
          <w:lang w:eastAsia="ko-KR"/>
        </w:rPr>
        <w:t xml:space="preserve"> </w:t>
      </w:r>
      <w:r>
        <w:rPr>
          <w:lang w:eastAsia="ko-KR"/>
        </w:rPr>
        <w:t>성능</w:t>
      </w:r>
      <w:r>
        <w:rPr>
          <w:lang w:eastAsia="ko-KR"/>
        </w:rPr>
        <w:t xml:space="preserve"> </w:t>
      </w:r>
      <w:r>
        <w:rPr>
          <w:lang w:eastAsia="ko-KR"/>
        </w:rPr>
        <w:t>지표</w:t>
      </w:r>
      <w:r>
        <w:rPr>
          <w:lang w:eastAsia="ko-KR"/>
        </w:rPr>
        <w:t xml:space="preserve"> </w:t>
      </w:r>
      <w:r>
        <w:rPr>
          <w:lang w:eastAsia="ko-KR"/>
        </w:rPr>
        <w:t>상시</w:t>
      </w:r>
      <w:r>
        <w:rPr>
          <w:lang w:eastAsia="ko-KR"/>
        </w:rPr>
        <w:t xml:space="preserve"> </w:t>
      </w:r>
      <w:r>
        <w:rPr>
          <w:lang w:eastAsia="ko-KR"/>
        </w:rPr>
        <w:t>수집</w:t>
      </w:r>
    </w:p>
    <w:sectPr w:rsidR="00281D6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40797638">
    <w:abstractNumId w:val="8"/>
  </w:num>
  <w:num w:numId="2" w16cid:durableId="646083397">
    <w:abstractNumId w:val="6"/>
  </w:num>
  <w:num w:numId="3" w16cid:durableId="595940385">
    <w:abstractNumId w:val="5"/>
  </w:num>
  <w:num w:numId="4" w16cid:durableId="1392382794">
    <w:abstractNumId w:val="4"/>
  </w:num>
  <w:num w:numId="5" w16cid:durableId="182327304">
    <w:abstractNumId w:val="7"/>
  </w:num>
  <w:num w:numId="6" w16cid:durableId="437870534">
    <w:abstractNumId w:val="3"/>
  </w:num>
  <w:num w:numId="7" w16cid:durableId="113335049">
    <w:abstractNumId w:val="2"/>
  </w:num>
  <w:num w:numId="8" w16cid:durableId="10647739">
    <w:abstractNumId w:val="1"/>
  </w:num>
  <w:num w:numId="9" w16cid:durableId="607466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81D6C"/>
    <w:rsid w:val="0029639D"/>
    <w:rsid w:val="00326F90"/>
    <w:rsid w:val="0051314B"/>
    <w:rsid w:val="007B7883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030FEB"/>
  <w14:defaultImageDpi w14:val="300"/>
  <w15:docId w15:val="{534691B5-19ED-438C-B3C3-787AD1E2B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맑은 고딕" w:hAnsi="맑은 고딕"/>
      <w:sz w:val="18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제목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제목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제목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제목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부제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본문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본문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본문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매크로 텍스트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인용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제목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제목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제목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제목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제목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강한 인용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9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c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d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e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21</Pages>
  <Words>4237</Words>
  <Characters>24157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28338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Lee heungtak</cp:lastModifiedBy>
  <cp:revision>2</cp:revision>
  <dcterms:created xsi:type="dcterms:W3CDTF">2013-12-23T23:15:00Z</dcterms:created>
  <dcterms:modified xsi:type="dcterms:W3CDTF">2026-02-07T04:20:00Z</dcterms:modified>
  <cp:category/>
</cp:coreProperties>
</file>