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6CAB9" w14:textId="77777777" w:rsidR="00F35F31" w:rsidRDefault="00000000">
      <w:pPr>
        <w:pStyle w:val="1"/>
        <w:rPr>
          <w:lang w:eastAsia="ko-KR"/>
        </w:rPr>
      </w:pPr>
      <w:r>
        <w:rPr>
          <w:lang w:eastAsia="ko-KR"/>
        </w:rPr>
        <w:t>일일</w:t>
      </w:r>
      <w:r>
        <w:rPr>
          <w:lang w:eastAsia="ko-KR"/>
        </w:rPr>
        <w:t xml:space="preserve">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  <w:r>
        <w:rPr>
          <w:lang w:eastAsia="ko-KR"/>
        </w:rPr>
        <w:t xml:space="preserve"> </w:t>
      </w:r>
      <w:r>
        <w:rPr>
          <w:lang w:eastAsia="ko-KR"/>
        </w:rPr>
        <w:t>개선</w:t>
      </w:r>
      <w:r>
        <w:rPr>
          <w:lang w:eastAsia="ko-KR"/>
        </w:rPr>
        <w:t xml:space="preserve"> </w:t>
      </w:r>
      <w:r>
        <w:rPr>
          <w:lang w:eastAsia="ko-KR"/>
        </w:rPr>
        <w:t>요약보고서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977"/>
        <w:gridCol w:w="5663"/>
      </w:tblGrid>
      <w:tr w:rsidR="00F35F31" w14:paraId="3FF01D4E" w14:textId="77777777" w:rsidTr="00E02E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1FBBE756" w14:textId="77777777" w:rsidR="00F35F31" w:rsidRDefault="00000000">
            <w:proofErr w:type="spellStart"/>
            <w:r>
              <w:t>항목</w:t>
            </w:r>
            <w:proofErr w:type="spellEnd"/>
          </w:p>
        </w:tc>
        <w:tc>
          <w:tcPr>
            <w:tcW w:w="5663" w:type="dxa"/>
          </w:tcPr>
          <w:p w14:paraId="06A696B4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내용</w:t>
            </w:r>
          </w:p>
        </w:tc>
      </w:tr>
      <w:tr w:rsidR="00F35F31" w14:paraId="1F60CD3D" w14:textId="77777777" w:rsidTr="00E02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9A10FBA" w14:textId="77777777" w:rsidR="00F35F31" w:rsidRDefault="00000000">
            <w:r>
              <w:t>측정일</w:t>
            </w:r>
          </w:p>
        </w:tc>
        <w:tc>
          <w:tcPr>
            <w:tcW w:w="5663" w:type="dxa"/>
          </w:tcPr>
          <w:p w14:paraId="32E53CF8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2026-02-07</w:t>
            </w:r>
          </w:p>
        </w:tc>
      </w:tr>
      <w:tr w:rsidR="00F35F31" w14:paraId="34C5BBF8" w14:textId="77777777" w:rsidTr="00E02E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5FAE5A26" w14:textId="77777777" w:rsidR="00F35F31" w:rsidRDefault="00000000">
            <w:r>
              <w:t>대상</w:t>
            </w:r>
          </w:p>
        </w:tc>
        <w:tc>
          <w:tcPr>
            <w:tcW w:w="5663" w:type="dxa"/>
          </w:tcPr>
          <w:p w14:paraId="3EC55E76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선박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항적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리플레이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서비스</w:t>
            </w:r>
            <w:r>
              <w:rPr>
                <w:lang w:eastAsia="ko-KR"/>
              </w:rPr>
              <w:t xml:space="preserve"> (WebSocket </w:t>
            </w:r>
            <w:r>
              <w:rPr>
                <w:lang w:eastAsia="ko-KR"/>
              </w:rPr>
              <w:t>스트리밍</w:t>
            </w:r>
            <w:r>
              <w:rPr>
                <w:lang w:eastAsia="ko-KR"/>
              </w:rPr>
              <w:t>)</w:t>
            </w:r>
          </w:p>
        </w:tc>
      </w:tr>
      <w:tr w:rsidR="00F35F31" w14:paraId="11798107" w14:textId="77777777" w:rsidTr="00E02E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20C8F08A" w14:textId="77777777" w:rsidR="00F35F31" w:rsidRDefault="00000000">
            <w:r>
              <w:t>개선</w:t>
            </w:r>
            <w:r>
              <w:t xml:space="preserve"> </w:t>
            </w:r>
            <w:r>
              <w:t>내용</w:t>
            </w:r>
          </w:p>
        </w:tc>
        <w:tc>
          <w:tcPr>
            <w:tcW w:w="5663" w:type="dxa"/>
          </w:tcPr>
          <w:p w14:paraId="57C090A2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일일</w:t>
            </w:r>
            <w:r>
              <w:rPr>
                <w:lang w:eastAsia="ko-KR"/>
              </w:rPr>
              <w:t xml:space="preserve">(Daily) </w:t>
            </w:r>
            <w:r>
              <w:rPr>
                <w:lang w:eastAsia="ko-KR"/>
              </w:rPr>
              <w:t>집계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데이터</w:t>
            </w:r>
            <w:r>
              <w:rPr>
                <w:lang w:eastAsia="ko-KR"/>
              </w:rPr>
              <w:t xml:space="preserve"> 7</w:t>
            </w:r>
            <w:r>
              <w:rPr>
                <w:lang w:eastAsia="ko-KR"/>
              </w:rPr>
              <w:t>일분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인메모리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적용</w:t>
            </w:r>
          </w:p>
        </w:tc>
      </w:tr>
      <w:tr w:rsidR="00F35F31" w14:paraId="0A760357" w14:textId="77777777" w:rsidTr="00E02E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</w:tcPr>
          <w:p w14:paraId="7D57ABC7" w14:textId="77777777" w:rsidR="00F35F31" w:rsidRDefault="00000000">
            <w:r>
              <w:t>측정</w:t>
            </w:r>
            <w:r>
              <w:t xml:space="preserve"> </w:t>
            </w:r>
            <w:r>
              <w:t>건수</w:t>
            </w:r>
          </w:p>
        </w:tc>
        <w:tc>
          <w:tcPr>
            <w:tcW w:w="5663" w:type="dxa"/>
          </w:tcPr>
          <w:p w14:paraId="2765E103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  <w:r>
              <w:t>건</w:t>
            </w:r>
            <w:r>
              <w:t xml:space="preserve"> (CACHE 3, DB 2, HYBRID 5, CACHE+Today 2)</w:t>
            </w:r>
          </w:p>
        </w:tc>
      </w:tr>
    </w:tbl>
    <w:p w14:paraId="6C6ACC83" w14:textId="77777777" w:rsidR="00F35F31" w:rsidRDefault="00F35F31"/>
    <w:p w14:paraId="5834A85D" w14:textId="77777777" w:rsidR="00F35F31" w:rsidRDefault="00F35F31">
      <w:pPr>
        <w:spacing w:before="120" w:after="120"/>
      </w:pPr>
    </w:p>
    <w:p w14:paraId="772BCB7A" w14:textId="77777777" w:rsidR="00F35F31" w:rsidRDefault="00000000">
      <w:pPr>
        <w:pStyle w:val="21"/>
      </w:pPr>
      <w:r>
        <w:t xml:space="preserve">1. </w:t>
      </w:r>
      <w:r>
        <w:t>핵심</w:t>
      </w:r>
      <w:r>
        <w:t xml:space="preserve"> </w:t>
      </w:r>
      <w:r>
        <w:t>성능</w:t>
      </w:r>
      <w:r>
        <w:t xml:space="preserve"> </w:t>
      </w:r>
      <w:r>
        <w:t>개선</w:t>
      </w:r>
      <w:r>
        <w:t xml:space="preserve"> </w:t>
      </w:r>
      <w:r>
        <w:t>지표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F35F31" w14:paraId="48E2D78B" w14:textId="77777777" w:rsidTr="00F3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62A0366" w14:textId="77777777" w:rsidR="00F35F31" w:rsidRDefault="00000000">
            <w:r>
              <w:t>지표</w:t>
            </w:r>
          </w:p>
        </w:tc>
        <w:tc>
          <w:tcPr>
            <w:tcW w:w="2160" w:type="dxa"/>
          </w:tcPr>
          <w:p w14:paraId="74D15876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DB </w:t>
            </w:r>
            <w:r>
              <w:t>경로</w:t>
            </w:r>
            <w:r>
              <w:t xml:space="preserve"> (</w:t>
            </w:r>
            <w:r>
              <w:t>개선</w:t>
            </w:r>
            <w:r>
              <w:t xml:space="preserve"> </w:t>
            </w:r>
            <w:r>
              <w:t>전</w:t>
            </w:r>
            <w:r>
              <w:t>)</w:t>
            </w:r>
          </w:p>
        </w:tc>
        <w:tc>
          <w:tcPr>
            <w:tcW w:w="2160" w:type="dxa"/>
          </w:tcPr>
          <w:p w14:paraId="1E3BA31A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 xml:space="preserve">CACHE </w:t>
            </w:r>
            <w:r>
              <w:rPr>
                <w:lang w:eastAsia="ko-KR"/>
              </w:rPr>
              <w:t>경로</w:t>
            </w:r>
            <w:r>
              <w:rPr>
                <w:lang w:eastAsia="ko-KR"/>
              </w:rPr>
              <w:t xml:space="preserve"> (</w:t>
            </w:r>
            <w:r>
              <w:rPr>
                <w:lang w:eastAsia="ko-KR"/>
              </w:rPr>
              <w:t>개선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후</w:t>
            </w:r>
            <w:r>
              <w:rPr>
                <w:lang w:eastAsia="ko-KR"/>
              </w:rPr>
              <w:t>)</w:t>
            </w:r>
          </w:p>
        </w:tc>
        <w:tc>
          <w:tcPr>
            <w:tcW w:w="2160" w:type="dxa"/>
          </w:tcPr>
          <w:p w14:paraId="70ECD636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개선율</w:t>
            </w:r>
          </w:p>
        </w:tc>
      </w:tr>
      <w:tr w:rsidR="00F35F31" w14:paraId="218FD202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173C823" w14:textId="77777777" w:rsidR="00F35F31" w:rsidRDefault="00000000">
            <w:r>
              <w:t>응답시간</w:t>
            </w:r>
            <w:r>
              <w:t xml:space="preserve"> (</w:t>
            </w:r>
            <w:r>
              <w:t>만</w:t>
            </w:r>
            <w:r>
              <w:t xml:space="preserve"> </w:t>
            </w:r>
            <w:r>
              <w:t>척</w:t>
            </w:r>
            <w:r>
              <w:t xml:space="preserve"> </w:t>
            </w:r>
            <w:r>
              <w:t>이상</w:t>
            </w:r>
            <w:r>
              <w:t>)</w:t>
            </w:r>
          </w:p>
        </w:tc>
        <w:tc>
          <w:tcPr>
            <w:tcW w:w="2160" w:type="dxa"/>
          </w:tcPr>
          <w:p w14:paraId="11D1BBFD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8.2</w:t>
            </w:r>
            <w:r>
              <w:t>초</w:t>
            </w:r>
          </w:p>
        </w:tc>
        <w:tc>
          <w:tcPr>
            <w:tcW w:w="2160" w:type="dxa"/>
          </w:tcPr>
          <w:p w14:paraId="36258126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1.4</w:t>
            </w:r>
            <w:r>
              <w:t>초</w:t>
            </w:r>
          </w:p>
        </w:tc>
        <w:tc>
          <w:tcPr>
            <w:tcW w:w="2160" w:type="dxa"/>
          </w:tcPr>
          <w:p w14:paraId="57D85709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5.7</w:t>
            </w:r>
            <w:r>
              <w:rPr>
                <w:b/>
              </w:rPr>
              <w:t>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단축</w:t>
            </w:r>
          </w:p>
        </w:tc>
      </w:tr>
      <w:tr w:rsidR="00F35F31" w14:paraId="72A7EC0F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578531F" w14:textId="77777777" w:rsidR="00F35F31" w:rsidRDefault="00000000">
            <w:r>
              <w:t>응답시간</w:t>
            </w:r>
            <w:r>
              <w:t xml:space="preserve"> (</w:t>
            </w:r>
            <w:r>
              <w:t>수백</w:t>
            </w:r>
            <w:r>
              <w:t xml:space="preserve"> </w:t>
            </w:r>
            <w:r>
              <w:t>척</w:t>
            </w:r>
            <w:r>
              <w:t>)</w:t>
            </w:r>
          </w:p>
        </w:tc>
        <w:tc>
          <w:tcPr>
            <w:tcW w:w="2160" w:type="dxa"/>
          </w:tcPr>
          <w:p w14:paraId="14198F2D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7.2</w:t>
            </w:r>
            <w:r>
              <w:t>초</w:t>
            </w:r>
          </w:p>
        </w:tc>
        <w:tc>
          <w:tcPr>
            <w:tcW w:w="2160" w:type="dxa"/>
          </w:tcPr>
          <w:p w14:paraId="33966CB1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0.6</w:t>
            </w:r>
            <w:r>
              <w:t>초</w:t>
            </w:r>
          </w:p>
        </w:tc>
        <w:tc>
          <w:tcPr>
            <w:tcW w:w="2160" w:type="dxa"/>
          </w:tcPr>
          <w:p w14:paraId="2CD496BF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>12.6</w:t>
            </w:r>
            <w:r>
              <w:rPr>
                <w:b/>
              </w:rPr>
              <w:t>배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단축</w:t>
            </w:r>
          </w:p>
        </w:tc>
      </w:tr>
      <w:tr w:rsidR="00F35F31" w14:paraId="7F9DCCD7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F17F103" w14:textId="77777777" w:rsidR="00F35F31" w:rsidRDefault="00000000">
            <w:r>
              <w:t xml:space="preserve">DB </w:t>
            </w:r>
            <w:r>
              <w:t>커넥션</w:t>
            </w:r>
            <w:r>
              <w:t xml:space="preserve"> (</w:t>
            </w:r>
            <w:r>
              <w:t>만</w:t>
            </w:r>
            <w:r>
              <w:t xml:space="preserve"> </w:t>
            </w:r>
            <w:r>
              <w:t>척</w:t>
            </w:r>
            <w:r>
              <w:t xml:space="preserve"> </w:t>
            </w:r>
            <w:r>
              <w:t>이상</w:t>
            </w:r>
            <w:r>
              <w:t>)</w:t>
            </w:r>
          </w:p>
        </w:tc>
        <w:tc>
          <w:tcPr>
            <w:tcW w:w="2160" w:type="dxa"/>
          </w:tcPr>
          <w:p w14:paraId="4485D9C7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</w:t>
            </w:r>
            <w:r>
              <w:t>건</w:t>
            </w:r>
          </w:p>
        </w:tc>
        <w:tc>
          <w:tcPr>
            <w:tcW w:w="2160" w:type="dxa"/>
          </w:tcPr>
          <w:p w14:paraId="5E009164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>
              <w:t>건</w:t>
            </w:r>
          </w:p>
        </w:tc>
        <w:tc>
          <w:tcPr>
            <w:tcW w:w="2160" w:type="dxa"/>
          </w:tcPr>
          <w:p w14:paraId="56D68AF5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89% </w:t>
            </w:r>
            <w:r>
              <w:rPr>
                <w:b/>
              </w:rPr>
              <w:t>감소</w:t>
            </w:r>
          </w:p>
        </w:tc>
      </w:tr>
      <w:tr w:rsidR="00F35F31" w14:paraId="5E6A27B6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C84D43" w14:textId="77777777" w:rsidR="00F35F31" w:rsidRDefault="00000000">
            <w:r>
              <w:t xml:space="preserve">DB </w:t>
            </w:r>
            <w:r>
              <w:t>커넥션</w:t>
            </w:r>
            <w:r>
              <w:t xml:space="preserve"> (</w:t>
            </w:r>
            <w:r>
              <w:t>수백</w:t>
            </w:r>
            <w:r>
              <w:t xml:space="preserve"> </w:t>
            </w:r>
            <w:r>
              <w:t>척</w:t>
            </w:r>
            <w:r>
              <w:t>)</w:t>
            </w:r>
          </w:p>
        </w:tc>
        <w:tc>
          <w:tcPr>
            <w:tcW w:w="2160" w:type="dxa"/>
          </w:tcPr>
          <w:p w14:paraId="1648F89B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  <w:r>
              <w:t>건</w:t>
            </w:r>
          </w:p>
        </w:tc>
        <w:tc>
          <w:tcPr>
            <w:tcW w:w="2160" w:type="dxa"/>
          </w:tcPr>
          <w:p w14:paraId="0876100E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>
              <w:t>건</w:t>
            </w:r>
          </w:p>
        </w:tc>
        <w:tc>
          <w:tcPr>
            <w:tcW w:w="2160" w:type="dxa"/>
          </w:tcPr>
          <w:p w14:paraId="34528FFA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b/>
              </w:rPr>
              <w:t xml:space="preserve">63% </w:t>
            </w:r>
            <w:r>
              <w:rPr>
                <w:b/>
              </w:rPr>
              <w:t>감소</w:t>
            </w:r>
          </w:p>
        </w:tc>
      </w:tr>
      <w:tr w:rsidR="00F35F31" w14:paraId="384B385C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9824C4E" w14:textId="77777777" w:rsidR="00F35F31" w:rsidRDefault="00000000">
            <w:r>
              <w:t xml:space="preserve">DB </w:t>
            </w:r>
            <w:r>
              <w:t>쿼리</w:t>
            </w:r>
            <w:r>
              <w:t xml:space="preserve"> </w:t>
            </w:r>
            <w:r>
              <w:t>시간</w:t>
            </w:r>
          </w:p>
        </w:tc>
        <w:tc>
          <w:tcPr>
            <w:tcW w:w="2160" w:type="dxa"/>
          </w:tcPr>
          <w:p w14:paraId="06B6285A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1.4 ~ 3.5</w:t>
            </w:r>
            <w:r>
              <w:t>초</w:t>
            </w:r>
          </w:p>
        </w:tc>
        <w:tc>
          <w:tcPr>
            <w:tcW w:w="2160" w:type="dxa"/>
          </w:tcPr>
          <w:p w14:paraId="1536BA46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  <w:r>
              <w:t>초</w:t>
            </w:r>
          </w:p>
        </w:tc>
        <w:tc>
          <w:tcPr>
            <w:tcW w:w="2160" w:type="dxa"/>
          </w:tcPr>
          <w:p w14:paraId="6F94BE08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 xml:space="preserve">100% </w:t>
            </w:r>
            <w:r>
              <w:rPr>
                <w:b/>
              </w:rPr>
              <w:t>절감</w:t>
            </w:r>
          </w:p>
        </w:tc>
      </w:tr>
      <w:tr w:rsidR="00F35F31" w14:paraId="589D7E1A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BDFA36" w14:textId="77777777" w:rsidR="00F35F31" w:rsidRDefault="00000000">
            <w:r>
              <w:t>포인트</w:t>
            </w:r>
            <w:r>
              <w:t xml:space="preserve"> </w:t>
            </w:r>
            <w:r>
              <w:t>압축률</w:t>
            </w:r>
          </w:p>
        </w:tc>
        <w:tc>
          <w:tcPr>
            <w:tcW w:w="2160" w:type="dxa"/>
          </w:tcPr>
          <w:p w14:paraId="6B34CCD2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SQL </w:t>
            </w:r>
            <w:r>
              <w:t>처리</w:t>
            </w:r>
          </w:p>
        </w:tc>
        <w:tc>
          <w:tcPr>
            <w:tcW w:w="2160" w:type="dxa"/>
          </w:tcPr>
          <w:p w14:paraId="63A28102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앱</w:t>
            </w:r>
            <w:r>
              <w:t xml:space="preserve"> </w:t>
            </w:r>
            <w:r>
              <w:t>레벨</w:t>
            </w:r>
            <w:r>
              <w:t xml:space="preserve"> 95 ~ 99%</w:t>
            </w:r>
          </w:p>
        </w:tc>
        <w:tc>
          <w:tcPr>
            <w:tcW w:w="2160" w:type="dxa"/>
          </w:tcPr>
          <w:p w14:paraId="6C3C1924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동등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유지</w:t>
            </w:r>
          </w:p>
        </w:tc>
      </w:tr>
    </w:tbl>
    <w:p w14:paraId="2CFB8762" w14:textId="77777777" w:rsidR="00F35F31" w:rsidRDefault="00F35F31"/>
    <w:p w14:paraId="48858F92" w14:textId="77777777" w:rsidR="00F35F31" w:rsidRDefault="00F35F31">
      <w:pPr>
        <w:spacing w:before="120" w:after="120"/>
      </w:pPr>
    </w:p>
    <w:p w14:paraId="46E1AD21" w14:textId="77777777" w:rsidR="00F35F31" w:rsidRDefault="00000000">
      <w:pPr>
        <w:pStyle w:val="21"/>
      </w:pPr>
      <w:r>
        <w:t xml:space="preserve">2. </w:t>
      </w:r>
      <w:r>
        <w:t>경로별</w:t>
      </w:r>
      <w:r>
        <w:t xml:space="preserve"> </w:t>
      </w:r>
      <w:r>
        <w:t>응답시간</w:t>
      </w:r>
      <w:r>
        <w:t xml:space="preserve"> </w:t>
      </w:r>
      <w:r>
        <w:t>비교</w:t>
      </w:r>
    </w:p>
    <w:p w14:paraId="5ABBA3B4" w14:textId="77777777" w:rsidR="00F35F31" w:rsidRDefault="00000000">
      <w:pPr>
        <w:ind w:left="283"/>
        <w:rPr>
          <w:lang w:eastAsia="ko-KR"/>
        </w:rPr>
      </w:pPr>
      <w:r>
        <w:rPr>
          <w:rFonts w:ascii="Consolas" w:hAnsi="Consolas"/>
          <w:color w:val="333333"/>
          <w:sz w:val="16"/>
          <w:lang w:eastAsia="ko-KR"/>
        </w:rPr>
        <w:t>경로</w:t>
      </w:r>
      <w:r>
        <w:rPr>
          <w:rFonts w:ascii="Consolas" w:hAnsi="Consolas"/>
          <w:color w:val="333333"/>
          <w:sz w:val="16"/>
          <w:lang w:eastAsia="ko-KR"/>
        </w:rPr>
        <w:t xml:space="preserve">              </w:t>
      </w:r>
      <w:r>
        <w:rPr>
          <w:rFonts w:ascii="Consolas" w:hAnsi="Consolas"/>
          <w:color w:val="333333"/>
          <w:sz w:val="16"/>
          <w:lang w:eastAsia="ko-KR"/>
        </w:rPr>
        <w:t>응답시간</w:t>
      </w:r>
      <w:r>
        <w:rPr>
          <w:rFonts w:ascii="Consolas" w:hAnsi="Consolas"/>
          <w:color w:val="333333"/>
          <w:sz w:val="16"/>
          <w:lang w:eastAsia="ko-KR"/>
        </w:rPr>
        <w:br/>
        <w:t>CACHE (</w:t>
      </w:r>
      <w:r>
        <w:rPr>
          <w:rFonts w:ascii="Consolas" w:hAnsi="Consolas"/>
          <w:color w:val="333333"/>
          <w:sz w:val="16"/>
          <w:lang w:eastAsia="ko-KR"/>
        </w:rPr>
        <w:t>순수</w:t>
      </w:r>
      <w:r>
        <w:rPr>
          <w:rFonts w:ascii="Consolas" w:hAnsi="Consolas"/>
          <w:color w:val="333333"/>
          <w:sz w:val="16"/>
          <w:lang w:eastAsia="ko-KR"/>
        </w:rPr>
        <w:t>)     ██                      0.6 ~ 1.4</w:t>
      </w:r>
      <w:r>
        <w:rPr>
          <w:rFonts w:ascii="Consolas" w:hAnsi="Consolas"/>
          <w:color w:val="333333"/>
          <w:sz w:val="16"/>
          <w:lang w:eastAsia="ko-KR"/>
        </w:rPr>
        <w:t>초</w:t>
      </w:r>
      <w:r>
        <w:rPr>
          <w:rFonts w:ascii="Consolas" w:hAnsi="Consolas"/>
          <w:color w:val="333333"/>
          <w:sz w:val="16"/>
          <w:lang w:eastAsia="ko-KR"/>
        </w:rPr>
        <w:br/>
        <w:t>HYBRID (</w:t>
      </w:r>
      <w:r>
        <w:rPr>
          <w:rFonts w:ascii="Consolas" w:hAnsi="Consolas"/>
          <w:color w:val="333333"/>
          <w:sz w:val="16"/>
          <w:lang w:eastAsia="ko-KR"/>
        </w:rPr>
        <w:t>소규모</w:t>
      </w:r>
      <w:r>
        <w:rPr>
          <w:rFonts w:ascii="Consolas" w:hAnsi="Consolas"/>
          <w:color w:val="333333"/>
          <w:sz w:val="16"/>
          <w:lang w:eastAsia="ko-KR"/>
        </w:rPr>
        <w:t>)  ██                      1.4</w:t>
      </w:r>
      <w:r>
        <w:rPr>
          <w:rFonts w:ascii="Consolas" w:hAnsi="Consolas"/>
          <w:color w:val="333333"/>
          <w:sz w:val="16"/>
          <w:lang w:eastAsia="ko-KR"/>
        </w:rPr>
        <w:t>초</w:t>
      </w:r>
      <w:r>
        <w:rPr>
          <w:rFonts w:ascii="Consolas" w:hAnsi="Consolas"/>
          <w:color w:val="333333"/>
          <w:sz w:val="16"/>
          <w:lang w:eastAsia="ko-KR"/>
        </w:rPr>
        <w:br/>
        <w:t>HYBRID (</w:t>
      </w:r>
      <w:r>
        <w:rPr>
          <w:rFonts w:ascii="Consolas" w:hAnsi="Consolas"/>
          <w:color w:val="333333"/>
          <w:sz w:val="16"/>
          <w:lang w:eastAsia="ko-KR"/>
        </w:rPr>
        <w:t>중규모</w:t>
      </w:r>
      <w:r>
        <w:rPr>
          <w:rFonts w:ascii="Consolas" w:hAnsi="Consolas"/>
          <w:color w:val="333333"/>
          <w:sz w:val="16"/>
          <w:lang w:eastAsia="ko-KR"/>
        </w:rPr>
        <w:t>)  █████                   2.9 ~ 3.7</w:t>
      </w:r>
      <w:r>
        <w:rPr>
          <w:rFonts w:ascii="Consolas" w:hAnsi="Consolas"/>
          <w:color w:val="333333"/>
          <w:sz w:val="16"/>
          <w:lang w:eastAsia="ko-KR"/>
        </w:rPr>
        <w:t>초</w:t>
      </w:r>
      <w:r>
        <w:rPr>
          <w:rFonts w:ascii="Consolas" w:hAnsi="Consolas"/>
          <w:color w:val="333333"/>
          <w:sz w:val="16"/>
          <w:lang w:eastAsia="ko-KR"/>
        </w:rPr>
        <w:br/>
        <w:t>CACHE+Today      ████████████            6.1 ~ 9.7</w:t>
      </w:r>
      <w:r>
        <w:rPr>
          <w:rFonts w:ascii="Consolas" w:hAnsi="Consolas"/>
          <w:color w:val="333333"/>
          <w:sz w:val="16"/>
          <w:lang w:eastAsia="ko-KR"/>
        </w:rPr>
        <w:t>초</w:t>
      </w:r>
      <w:r>
        <w:rPr>
          <w:rFonts w:ascii="Consolas" w:hAnsi="Consolas"/>
          <w:color w:val="333333"/>
          <w:sz w:val="16"/>
          <w:lang w:eastAsia="ko-KR"/>
        </w:rPr>
        <w:br/>
        <w:t>DB (</w:t>
      </w:r>
      <w:r>
        <w:rPr>
          <w:rFonts w:ascii="Consolas" w:hAnsi="Consolas"/>
          <w:color w:val="333333"/>
          <w:sz w:val="16"/>
          <w:lang w:eastAsia="ko-KR"/>
        </w:rPr>
        <w:t>순수</w:t>
      </w:r>
      <w:r>
        <w:rPr>
          <w:rFonts w:ascii="Consolas" w:hAnsi="Consolas"/>
          <w:color w:val="333333"/>
          <w:sz w:val="16"/>
          <w:lang w:eastAsia="ko-KR"/>
        </w:rPr>
        <w:t>)        ████████████████        7.2 ~ 8.2</w:t>
      </w:r>
      <w:r>
        <w:rPr>
          <w:rFonts w:ascii="Consolas" w:hAnsi="Consolas"/>
          <w:color w:val="333333"/>
          <w:sz w:val="16"/>
          <w:lang w:eastAsia="ko-KR"/>
        </w:rPr>
        <w:t>초</w:t>
      </w:r>
    </w:p>
    <w:p w14:paraId="6B840CA0" w14:textId="77777777" w:rsidR="00F35F31" w:rsidRDefault="00000000">
      <w:pPr>
        <w:pStyle w:val="a0"/>
        <w:rPr>
          <w:lang w:eastAsia="ko-KR"/>
        </w:rPr>
      </w:pPr>
      <w:r>
        <w:rPr>
          <w:b/>
          <w:lang w:eastAsia="ko-KR"/>
        </w:rPr>
        <w:t>CACHE</w:t>
      </w:r>
      <w:r>
        <w:rPr>
          <w:lang w:eastAsia="ko-KR"/>
        </w:rPr>
        <w:t xml:space="preserve">: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범위</w:t>
      </w:r>
      <w:r>
        <w:rPr>
          <w:lang w:eastAsia="ko-KR"/>
        </w:rPr>
        <w:t xml:space="preserve"> </w:t>
      </w:r>
      <w:r>
        <w:rPr>
          <w:lang w:eastAsia="ko-KR"/>
        </w:rPr>
        <w:t>내</w:t>
      </w:r>
      <w:r>
        <w:rPr>
          <w:lang w:eastAsia="ko-KR"/>
        </w:rPr>
        <w:t xml:space="preserve"> </w:t>
      </w:r>
      <w:r>
        <w:rPr>
          <w:lang w:eastAsia="ko-KR"/>
        </w:rPr>
        <w:t>과거</w:t>
      </w:r>
      <w:r>
        <w:rPr>
          <w:lang w:eastAsia="ko-KR"/>
        </w:rPr>
        <w:t xml:space="preserve"> </w:t>
      </w:r>
      <w:r>
        <w:rPr>
          <w:lang w:eastAsia="ko-KR"/>
        </w:rPr>
        <w:t>데이터만</w:t>
      </w:r>
      <w:r>
        <w:rPr>
          <w:lang w:eastAsia="ko-KR"/>
        </w:rPr>
        <w:t xml:space="preserve"> </w:t>
      </w:r>
      <w:r>
        <w:rPr>
          <w:lang w:eastAsia="ko-KR"/>
        </w:rPr>
        <w:t>조회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, </w:t>
      </w:r>
      <w:r>
        <w:rPr>
          <w:lang w:eastAsia="ko-KR"/>
        </w:rPr>
        <w:t>가장</w:t>
      </w:r>
      <w:r>
        <w:rPr>
          <w:lang w:eastAsia="ko-KR"/>
        </w:rPr>
        <w:t xml:space="preserve"> </w:t>
      </w:r>
      <w:r>
        <w:rPr>
          <w:lang w:eastAsia="ko-KR"/>
        </w:rPr>
        <w:t>빠른</w:t>
      </w:r>
      <w:r>
        <w:rPr>
          <w:lang w:eastAsia="ko-KR"/>
        </w:rPr>
        <w:t xml:space="preserve"> </w:t>
      </w:r>
      <w:r>
        <w:rPr>
          <w:lang w:eastAsia="ko-KR"/>
        </w:rPr>
        <w:t>응답</w:t>
      </w:r>
    </w:p>
    <w:p w14:paraId="43E546F8" w14:textId="77777777" w:rsidR="00F35F31" w:rsidRDefault="00000000">
      <w:pPr>
        <w:pStyle w:val="a0"/>
        <w:rPr>
          <w:lang w:eastAsia="ko-KR"/>
        </w:rPr>
      </w:pPr>
      <w:r>
        <w:rPr>
          <w:b/>
          <w:lang w:eastAsia="ko-KR"/>
        </w:rPr>
        <w:t>HYBRID</w:t>
      </w:r>
      <w:r>
        <w:rPr>
          <w:lang w:eastAsia="ko-KR"/>
        </w:rPr>
        <w:t xml:space="preserve">: </w:t>
      </w:r>
      <w:r>
        <w:rPr>
          <w:lang w:eastAsia="ko-KR"/>
        </w:rPr>
        <w:t>캐시</w:t>
      </w:r>
      <w:r>
        <w:rPr>
          <w:lang w:eastAsia="ko-KR"/>
        </w:rPr>
        <w:t xml:space="preserve"> + DB </w:t>
      </w:r>
      <w:r>
        <w:rPr>
          <w:lang w:eastAsia="ko-KR"/>
        </w:rPr>
        <w:t>병합</w:t>
      </w:r>
      <w:r>
        <w:rPr>
          <w:lang w:eastAsia="ko-KR"/>
        </w:rPr>
        <w:t xml:space="preserve"> — </w:t>
      </w: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비율이</w:t>
      </w:r>
      <w:r>
        <w:rPr>
          <w:lang w:eastAsia="ko-KR"/>
        </w:rPr>
        <w:t xml:space="preserve"> </w:t>
      </w:r>
      <w:r>
        <w:rPr>
          <w:lang w:eastAsia="ko-KR"/>
        </w:rPr>
        <w:t>높을수록</w:t>
      </w:r>
      <w:r>
        <w:rPr>
          <w:lang w:eastAsia="ko-KR"/>
        </w:rPr>
        <w:t xml:space="preserve"> DB </w:t>
      </w:r>
      <w:r>
        <w:rPr>
          <w:lang w:eastAsia="ko-KR"/>
        </w:rPr>
        <w:t>부담</w:t>
      </w:r>
      <w:r>
        <w:rPr>
          <w:lang w:eastAsia="ko-KR"/>
        </w:rPr>
        <w:t xml:space="preserve"> </w:t>
      </w:r>
      <w:r>
        <w:rPr>
          <w:lang w:eastAsia="ko-KR"/>
        </w:rPr>
        <w:t>경감</w:t>
      </w:r>
    </w:p>
    <w:p w14:paraId="4DE060D9" w14:textId="77777777" w:rsidR="00F35F31" w:rsidRDefault="00000000">
      <w:pPr>
        <w:pStyle w:val="a0"/>
        <w:rPr>
          <w:lang w:eastAsia="ko-KR"/>
        </w:rPr>
      </w:pPr>
      <w:r>
        <w:rPr>
          <w:b/>
          <w:lang w:eastAsia="ko-KR"/>
        </w:rPr>
        <w:t>CACHE+Today</w:t>
      </w:r>
      <w:r>
        <w:rPr>
          <w:lang w:eastAsia="ko-KR"/>
        </w:rPr>
        <w:t xml:space="preserve">: </w:t>
      </w:r>
      <w:r>
        <w:rPr>
          <w:lang w:eastAsia="ko-KR"/>
        </w:rPr>
        <w:t>오늘</w:t>
      </w:r>
      <w:r>
        <w:rPr>
          <w:lang w:eastAsia="ko-KR"/>
        </w:rPr>
        <w:t xml:space="preserve"> </w:t>
      </w:r>
      <w:r>
        <w:rPr>
          <w:lang w:eastAsia="ko-KR"/>
        </w:rPr>
        <w:t>데이터</w:t>
      </w:r>
      <w:r>
        <w:rPr>
          <w:lang w:eastAsia="ko-KR"/>
        </w:rPr>
        <w:t xml:space="preserve"> </w:t>
      </w:r>
      <w:r>
        <w:rPr>
          <w:lang w:eastAsia="ko-KR"/>
        </w:rPr>
        <w:t>포함</w:t>
      </w:r>
      <w:r>
        <w:rPr>
          <w:lang w:eastAsia="ko-KR"/>
        </w:rPr>
        <w:t xml:space="preserve"> </w:t>
      </w:r>
      <w:r>
        <w:rPr>
          <w:lang w:eastAsia="ko-KR"/>
        </w:rPr>
        <w:t>시</w:t>
      </w:r>
      <w:r>
        <w:rPr>
          <w:lang w:eastAsia="ko-KR"/>
        </w:rPr>
        <w:t xml:space="preserve">, Hourly/5min </w:t>
      </w:r>
      <w:r>
        <w:rPr>
          <w:lang w:eastAsia="ko-KR"/>
        </w:rPr>
        <w:t>테이블</w:t>
      </w:r>
      <w:r>
        <w:rPr>
          <w:lang w:eastAsia="ko-KR"/>
        </w:rPr>
        <w:t xml:space="preserve"> </w:t>
      </w:r>
      <w:r>
        <w:rPr>
          <w:lang w:eastAsia="ko-KR"/>
        </w:rPr>
        <w:t>개별</w:t>
      </w:r>
      <w:r>
        <w:rPr>
          <w:lang w:eastAsia="ko-KR"/>
        </w:rPr>
        <w:t xml:space="preserve"> </w:t>
      </w:r>
      <w:r>
        <w:rPr>
          <w:lang w:eastAsia="ko-KR"/>
        </w:rPr>
        <w:t>조회로</w:t>
      </w:r>
      <w:r>
        <w:rPr>
          <w:lang w:eastAsia="ko-KR"/>
        </w:rPr>
        <w:t xml:space="preserve"> </w:t>
      </w:r>
      <w:r>
        <w:rPr>
          <w:lang w:eastAsia="ko-KR"/>
        </w:rPr>
        <w:t>커넥션</w:t>
      </w:r>
      <w:r>
        <w:rPr>
          <w:lang w:eastAsia="ko-KR"/>
        </w:rPr>
        <w:t xml:space="preserve"> </w:t>
      </w:r>
      <w:r>
        <w:rPr>
          <w:lang w:eastAsia="ko-KR"/>
        </w:rPr>
        <w:t>다수</w:t>
      </w:r>
      <w:r>
        <w:rPr>
          <w:lang w:eastAsia="ko-KR"/>
        </w:rPr>
        <w:t xml:space="preserve"> </w:t>
      </w:r>
      <w:r>
        <w:rPr>
          <w:lang w:eastAsia="ko-KR"/>
        </w:rPr>
        <w:t>발생</w:t>
      </w:r>
    </w:p>
    <w:p w14:paraId="33F04CFC" w14:textId="77777777" w:rsidR="00F35F31" w:rsidRDefault="00F35F31">
      <w:pPr>
        <w:spacing w:before="120" w:after="120"/>
        <w:rPr>
          <w:lang w:eastAsia="ko-KR"/>
        </w:rPr>
      </w:pPr>
    </w:p>
    <w:p w14:paraId="24C62575" w14:textId="77777777" w:rsidR="00F35F31" w:rsidRDefault="00000000">
      <w:pPr>
        <w:pStyle w:val="21"/>
      </w:pPr>
      <w:r>
        <w:lastRenderedPageBreak/>
        <w:t xml:space="preserve">3. DB </w:t>
      </w:r>
      <w:r>
        <w:t>커넥션</w:t>
      </w:r>
      <w:r>
        <w:t xml:space="preserve"> </w:t>
      </w:r>
      <w:r>
        <w:t>풀</w:t>
      </w:r>
      <w:r>
        <w:t xml:space="preserve"> </w:t>
      </w:r>
      <w:r>
        <w:t>부담</w:t>
      </w:r>
      <w:r>
        <w:t xml:space="preserve"> </w:t>
      </w:r>
      <w:r>
        <w:t>변화</w:t>
      </w:r>
    </w:p>
    <w:p w14:paraId="6097BF09" w14:textId="77777777" w:rsidR="00F35F31" w:rsidRDefault="00000000">
      <w:r>
        <w:t xml:space="preserve">Query DataSource </w:t>
      </w:r>
      <w:r>
        <w:t>커넥션</w:t>
      </w:r>
      <w:r>
        <w:t xml:space="preserve"> </w:t>
      </w:r>
      <w:r>
        <w:t>풀</w:t>
      </w:r>
      <w:r>
        <w:t xml:space="preserve"> 180 </w:t>
      </w:r>
      <w:r>
        <w:t>기준</w:t>
      </w:r>
      <w:r>
        <w:t>: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F35F31" w14:paraId="22B149B3" w14:textId="77777777" w:rsidTr="00F3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88ABB0" w14:textId="77777777" w:rsidR="00F35F31" w:rsidRDefault="00000000">
            <w:r>
              <w:t>경로</w:t>
            </w:r>
          </w:p>
        </w:tc>
        <w:tc>
          <w:tcPr>
            <w:tcW w:w="2160" w:type="dxa"/>
          </w:tcPr>
          <w:p w14:paraId="6E2F5C98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쿼리당</w:t>
            </w:r>
            <w:r>
              <w:t xml:space="preserve"> </w:t>
            </w:r>
            <w:r>
              <w:t>커넥션</w:t>
            </w:r>
          </w:p>
        </w:tc>
        <w:tc>
          <w:tcPr>
            <w:tcW w:w="2160" w:type="dxa"/>
          </w:tcPr>
          <w:p w14:paraId="2A00355F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동시</w:t>
            </w:r>
            <w:r>
              <w:t xml:space="preserve"> 10</w:t>
            </w:r>
            <w:r>
              <w:t>쿼리</w:t>
            </w:r>
          </w:p>
        </w:tc>
        <w:tc>
          <w:tcPr>
            <w:tcW w:w="2160" w:type="dxa"/>
          </w:tcPr>
          <w:p w14:paraId="650C449E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풀</w:t>
            </w:r>
            <w:r>
              <w:t xml:space="preserve"> </w:t>
            </w:r>
            <w:r>
              <w:t>사용률</w:t>
            </w:r>
          </w:p>
        </w:tc>
      </w:tr>
      <w:tr w:rsidR="00F35F31" w14:paraId="7881E94A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6652BE0" w14:textId="77777777" w:rsidR="00F35F31" w:rsidRDefault="00000000">
            <w:r>
              <w:t>CACHE</w:t>
            </w:r>
          </w:p>
        </w:tc>
        <w:tc>
          <w:tcPr>
            <w:tcW w:w="2160" w:type="dxa"/>
          </w:tcPr>
          <w:p w14:paraId="7250EDAA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~ 3</w:t>
            </w:r>
          </w:p>
        </w:tc>
        <w:tc>
          <w:tcPr>
            <w:tcW w:w="2160" w:type="dxa"/>
          </w:tcPr>
          <w:p w14:paraId="25BA82ED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~30</w:t>
            </w:r>
          </w:p>
        </w:tc>
        <w:tc>
          <w:tcPr>
            <w:tcW w:w="2160" w:type="dxa"/>
          </w:tcPr>
          <w:p w14:paraId="7F3D94C9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17%</w:t>
            </w:r>
            <w:r>
              <w:t xml:space="preserve"> (</w:t>
            </w:r>
            <w:r>
              <w:t>여유</w:t>
            </w:r>
            <w:r>
              <w:t>)</w:t>
            </w:r>
          </w:p>
        </w:tc>
      </w:tr>
      <w:tr w:rsidR="00F35F31" w14:paraId="25DEA867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ADFA8E8" w14:textId="77777777" w:rsidR="00F35F31" w:rsidRDefault="00000000">
            <w:r>
              <w:t>HYBRID (</w:t>
            </w:r>
            <w:r>
              <w:t>소규모</w:t>
            </w:r>
            <w:r>
              <w:t>)</w:t>
            </w:r>
          </w:p>
        </w:tc>
        <w:tc>
          <w:tcPr>
            <w:tcW w:w="2160" w:type="dxa"/>
          </w:tcPr>
          <w:p w14:paraId="615F8AD8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 ~ 15</w:t>
            </w:r>
          </w:p>
        </w:tc>
        <w:tc>
          <w:tcPr>
            <w:tcW w:w="2160" w:type="dxa"/>
          </w:tcPr>
          <w:p w14:paraId="295E7403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~150</w:t>
            </w:r>
          </w:p>
        </w:tc>
        <w:tc>
          <w:tcPr>
            <w:tcW w:w="2160" w:type="dxa"/>
          </w:tcPr>
          <w:p w14:paraId="27954E04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83%</w:t>
            </w:r>
          </w:p>
        </w:tc>
      </w:tr>
      <w:tr w:rsidR="00F35F31" w14:paraId="3D0CA783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9EF2CB1" w14:textId="77777777" w:rsidR="00F35F31" w:rsidRDefault="00000000">
            <w:r>
              <w:t>DB</w:t>
            </w:r>
          </w:p>
        </w:tc>
        <w:tc>
          <w:tcPr>
            <w:tcW w:w="2160" w:type="dxa"/>
          </w:tcPr>
          <w:p w14:paraId="179261C3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 ~ 19</w:t>
            </w:r>
          </w:p>
        </w:tc>
        <w:tc>
          <w:tcPr>
            <w:tcW w:w="2160" w:type="dxa"/>
          </w:tcPr>
          <w:p w14:paraId="65BD390C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~190</w:t>
            </w:r>
          </w:p>
        </w:tc>
        <w:tc>
          <w:tcPr>
            <w:tcW w:w="2160" w:type="dxa"/>
          </w:tcPr>
          <w:p w14:paraId="27427EF1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100%+</w:t>
            </w:r>
          </w:p>
        </w:tc>
      </w:tr>
    </w:tbl>
    <w:p w14:paraId="29831CC4" w14:textId="77777777" w:rsidR="00F35F31" w:rsidRDefault="00F35F31"/>
    <w:p w14:paraId="25F34C51" w14:textId="77777777" w:rsidR="00F35F31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캐시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적용으로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전체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쿼리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중</w:t>
      </w:r>
      <w:r>
        <w:rPr>
          <w:i/>
          <w:color w:val="555555"/>
          <w:lang w:eastAsia="ko-KR"/>
        </w:rPr>
        <w:t xml:space="preserve"> CACHE </w:t>
      </w:r>
      <w:r>
        <w:rPr>
          <w:i/>
          <w:color w:val="555555"/>
          <w:lang w:eastAsia="ko-KR"/>
        </w:rPr>
        <w:t>경로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비율이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높아지면</w:t>
      </w:r>
      <w:r>
        <w:rPr>
          <w:i/>
          <w:color w:val="555555"/>
          <w:lang w:eastAsia="ko-KR"/>
        </w:rPr>
        <w:t xml:space="preserve">, DB </w:t>
      </w:r>
      <w:r>
        <w:rPr>
          <w:i/>
          <w:color w:val="555555"/>
          <w:lang w:eastAsia="ko-KR"/>
        </w:rPr>
        <w:t>커넥션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풀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전체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부담이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크게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감소한다</w:t>
      </w:r>
      <w:r>
        <w:rPr>
          <w:i/>
          <w:color w:val="555555"/>
          <w:lang w:eastAsia="ko-KR"/>
        </w:rPr>
        <w:t>.</w:t>
      </w:r>
    </w:p>
    <w:p w14:paraId="01C39359" w14:textId="77777777" w:rsidR="00F35F31" w:rsidRDefault="00F35F31">
      <w:pPr>
        <w:spacing w:before="120" w:after="120"/>
        <w:rPr>
          <w:lang w:eastAsia="ko-KR"/>
        </w:rPr>
      </w:pPr>
    </w:p>
    <w:p w14:paraId="46F88197" w14:textId="77777777" w:rsidR="00F35F31" w:rsidRDefault="00000000">
      <w:pPr>
        <w:pStyle w:val="21"/>
        <w:rPr>
          <w:lang w:eastAsia="ko-KR"/>
        </w:rPr>
      </w:pPr>
      <w:r>
        <w:rPr>
          <w:lang w:eastAsia="ko-KR"/>
        </w:rPr>
        <w:t xml:space="preserve">4. </w:t>
      </w:r>
      <w:r>
        <w:rPr>
          <w:lang w:eastAsia="ko-KR"/>
        </w:rPr>
        <w:t>간소화</w:t>
      </w:r>
      <w:r>
        <w:rPr>
          <w:lang w:eastAsia="ko-KR"/>
        </w:rPr>
        <w:t xml:space="preserve"> </w:t>
      </w:r>
      <w:r>
        <w:rPr>
          <w:lang w:eastAsia="ko-KR"/>
        </w:rPr>
        <w:t>파이프라인</w:t>
      </w:r>
      <w:r>
        <w:rPr>
          <w:lang w:eastAsia="ko-KR"/>
        </w:rPr>
        <w:t xml:space="preserve"> </w:t>
      </w:r>
      <w:r>
        <w:rPr>
          <w:lang w:eastAsia="ko-KR"/>
        </w:rPr>
        <w:t>효과</w:t>
      </w:r>
    </w:p>
    <w:p w14:paraId="469069E8" w14:textId="77777777" w:rsidR="00F35F31" w:rsidRDefault="00000000">
      <w:pPr>
        <w:rPr>
          <w:lang w:eastAsia="ko-KR"/>
        </w:rPr>
      </w:pPr>
      <w:r>
        <w:rPr>
          <w:lang w:eastAsia="ko-KR"/>
        </w:rPr>
        <w:t>캐시</w:t>
      </w:r>
      <w:r>
        <w:rPr>
          <w:lang w:eastAsia="ko-KR"/>
        </w:rPr>
        <w:t xml:space="preserve"> </w:t>
      </w:r>
      <w:r>
        <w:rPr>
          <w:lang w:eastAsia="ko-KR"/>
        </w:rPr>
        <w:t>경로에서</w:t>
      </w:r>
      <w:r>
        <w:rPr>
          <w:lang w:eastAsia="ko-KR"/>
        </w:rPr>
        <w:t xml:space="preserve"> </w:t>
      </w:r>
      <w:r>
        <w:rPr>
          <w:lang w:eastAsia="ko-KR"/>
        </w:rPr>
        <w:t>원본</w:t>
      </w:r>
      <w:r>
        <w:rPr>
          <w:lang w:eastAsia="ko-KR"/>
        </w:rPr>
        <w:t xml:space="preserve"> </w:t>
      </w:r>
      <w:r>
        <w:rPr>
          <w:lang w:eastAsia="ko-KR"/>
        </w:rPr>
        <w:t>데이터</w:t>
      </w:r>
      <w:r>
        <w:rPr>
          <w:lang w:eastAsia="ko-KR"/>
        </w:rPr>
        <w:t xml:space="preserve"> → 3</w:t>
      </w:r>
      <w:r>
        <w:rPr>
          <w:lang w:eastAsia="ko-KR"/>
        </w:rPr>
        <w:t>단계</w:t>
      </w:r>
      <w:r>
        <w:rPr>
          <w:lang w:eastAsia="ko-KR"/>
        </w:rPr>
        <w:t xml:space="preserve"> </w:t>
      </w:r>
      <w:r>
        <w:rPr>
          <w:lang w:eastAsia="ko-KR"/>
        </w:rPr>
        <w:t>간소화</w:t>
      </w:r>
      <w:r>
        <w:rPr>
          <w:lang w:eastAsia="ko-KR"/>
        </w:rPr>
        <w:t xml:space="preserve">(Douglas-Peucker + </w:t>
      </w:r>
      <w:r>
        <w:rPr>
          <w:lang w:eastAsia="ko-KR"/>
        </w:rPr>
        <w:t>거리</w:t>
      </w:r>
      <w:r>
        <w:rPr>
          <w:lang w:eastAsia="ko-KR"/>
        </w:rPr>
        <w:t>/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샘플링</w:t>
      </w:r>
      <w:r>
        <w:rPr>
          <w:lang w:eastAsia="ko-KR"/>
        </w:rPr>
        <w:t xml:space="preserve"> + </w:t>
      </w:r>
      <w:r>
        <w:rPr>
          <w:lang w:eastAsia="ko-KR"/>
        </w:rPr>
        <w:t>줌</w:t>
      </w:r>
      <w:r>
        <w:rPr>
          <w:lang w:eastAsia="ko-KR"/>
        </w:rPr>
        <w:t xml:space="preserve"> </w:t>
      </w:r>
      <w:r>
        <w:rPr>
          <w:lang w:eastAsia="ko-KR"/>
        </w:rPr>
        <w:t>레벨</w:t>
      </w:r>
      <w:r>
        <w:rPr>
          <w:lang w:eastAsia="ko-KR"/>
        </w:rPr>
        <w:t xml:space="preserve"> </w:t>
      </w:r>
      <w:r>
        <w:rPr>
          <w:lang w:eastAsia="ko-KR"/>
        </w:rPr>
        <w:t>샘플링</w:t>
      </w:r>
      <w:r>
        <w:rPr>
          <w:lang w:eastAsia="ko-KR"/>
        </w:rPr>
        <w:t xml:space="preserve">) </w:t>
      </w:r>
      <w:r>
        <w:rPr>
          <w:lang w:eastAsia="ko-KR"/>
        </w:rPr>
        <w:t>적용</w:t>
      </w:r>
      <w:r>
        <w:rPr>
          <w:lang w:eastAsia="ko-KR"/>
        </w:rPr>
        <w:t>: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F35F31" w14:paraId="65FDBA4F" w14:textId="77777777" w:rsidTr="00F3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D3BB0EA" w14:textId="77777777" w:rsidR="00F35F31" w:rsidRDefault="00000000">
            <w:r>
              <w:t>줌</w:t>
            </w:r>
            <w:r>
              <w:t xml:space="preserve"> </w:t>
            </w:r>
            <w:r>
              <w:t>레벨</w:t>
            </w:r>
          </w:p>
        </w:tc>
        <w:tc>
          <w:tcPr>
            <w:tcW w:w="1728" w:type="dxa"/>
          </w:tcPr>
          <w:p w14:paraId="65FECD5C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원본</w:t>
            </w:r>
            <w:r>
              <w:t xml:space="preserve"> </w:t>
            </w:r>
            <w:r>
              <w:t>포인트</w:t>
            </w:r>
          </w:p>
        </w:tc>
        <w:tc>
          <w:tcPr>
            <w:tcW w:w="1728" w:type="dxa"/>
          </w:tcPr>
          <w:p w14:paraId="7B191FC7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간소화</w:t>
            </w:r>
            <w:r>
              <w:t xml:space="preserve"> </w:t>
            </w:r>
            <w:r>
              <w:t>후</w:t>
            </w:r>
          </w:p>
        </w:tc>
        <w:tc>
          <w:tcPr>
            <w:tcW w:w="1728" w:type="dxa"/>
          </w:tcPr>
          <w:p w14:paraId="0DE521F0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압축률</w:t>
            </w:r>
          </w:p>
        </w:tc>
        <w:tc>
          <w:tcPr>
            <w:tcW w:w="1728" w:type="dxa"/>
          </w:tcPr>
          <w:p w14:paraId="2A53A56B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선박당</w:t>
            </w:r>
            <w:r>
              <w:t xml:space="preserve"> </w:t>
            </w:r>
            <w:r>
              <w:t>평균</w:t>
            </w:r>
          </w:p>
        </w:tc>
      </w:tr>
      <w:tr w:rsidR="00F35F31" w14:paraId="66B420A8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1E14AA1" w14:textId="77777777" w:rsidR="00F35F31" w:rsidRDefault="00000000">
            <w:r>
              <w:t>8</w:t>
            </w:r>
          </w:p>
        </w:tc>
        <w:tc>
          <w:tcPr>
            <w:tcW w:w="1728" w:type="dxa"/>
          </w:tcPr>
          <w:p w14:paraId="4AF8EBD6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7.6M</w:t>
            </w:r>
          </w:p>
        </w:tc>
        <w:tc>
          <w:tcPr>
            <w:tcW w:w="1728" w:type="dxa"/>
          </w:tcPr>
          <w:p w14:paraId="4A7C596B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153K</w:t>
            </w:r>
          </w:p>
        </w:tc>
        <w:tc>
          <w:tcPr>
            <w:tcW w:w="1728" w:type="dxa"/>
          </w:tcPr>
          <w:p w14:paraId="1F7F2E32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728" w:type="dxa"/>
          </w:tcPr>
          <w:p w14:paraId="6D1C0336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15 </w:t>
            </w:r>
            <w:r>
              <w:t>포인트</w:t>
            </w:r>
          </w:p>
        </w:tc>
      </w:tr>
      <w:tr w:rsidR="00F35F31" w14:paraId="770AE35F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755B88E" w14:textId="77777777" w:rsidR="00F35F31" w:rsidRDefault="00000000">
            <w:r>
              <w:t>9</w:t>
            </w:r>
          </w:p>
        </w:tc>
        <w:tc>
          <w:tcPr>
            <w:tcW w:w="1728" w:type="dxa"/>
          </w:tcPr>
          <w:p w14:paraId="1E95EC2A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1.0M</w:t>
            </w:r>
          </w:p>
        </w:tc>
        <w:tc>
          <w:tcPr>
            <w:tcW w:w="1728" w:type="dxa"/>
          </w:tcPr>
          <w:p w14:paraId="7891D328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12K</w:t>
            </w:r>
          </w:p>
        </w:tc>
        <w:tc>
          <w:tcPr>
            <w:tcW w:w="1728" w:type="dxa"/>
          </w:tcPr>
          <w:p w14:paraId="0D5EA5D0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728" w:type="dxa"/>
          </w:tcPr>
          <w:p w14:paraId="030BCED8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21 </w:t>
            </w:r>
            <w:r>
              <w:t>포인트</w:t>
            </w:r>
          </w:p>
        </w:tc>
      </w:tr>
      <w:tr w:rsidR="00F35F31" w14:paraId="2354DBAF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7C1A879" w14:textId="77777777" w:rsidR="00F35F31" w:rsidRDefault="00000000">
            <w:r>
              <w:t>10</w:t>
            </w:r>
          </w:p>
        </w:tc>
        <w:tc>
          <w:tcPr>
            <w:tcW w:w="1728" w:type="dxa"/>
          </w:tcPr>
          <w:p w14:paraId="5B692F8E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13.5M</w:t>
            </w:r>
          </w:p>
        </w:tc>
        <w:tc>
          <w:tcPr>
            <w:tcW w:w="1728" w:type="dxa"/>
          </w:tcPr>
          <w:p w14:paraId="6D522F54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172K</w:t>
            </w:r>
          </w:p>
        </w:tc>
        <w:tc>
          <w:tcPr>
            <w:tcW w:w="1728" w:type="dxa"/>
          </w:tcPr>
          <w:p w14:paraId="04EE9411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99%</w:t>
            </w:r>
          </w:p>
        </w:tc>
        <w:tc>
          <w:tcPr>
            <w:tcW w:w="1728" w:type="dxa"/>
          </w:tcPr>
          <w:p w14:paraId="4FB30F0A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16 </w:t>
            </w:r>
            <w:r>
              <w:t>포인트</w:t>
            </w:r>
          </w:p>
        </w:tc>
      </w:tr>
      <w:tr w:rsidR="00F35F31" w14:paraId="458EAF7E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97C9561" w14:textId="77777777" w:rsidR="00F35F31" w:rsidRDefault="00000000">
            <w:r>
              <w:t>12</w:t>
            </w:r>
          </w:p>
        </w:tc>
        <w:tc>
          <w:tcPr>
            <w:tcW w:w="1728" w:type="dxa"/>
          </w:tcPr>
          <w:p w14:paraId="0B7B64B0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14.4M</w:t>
            </w:r>
          </w:p>
        </w:tc>
        <w:tc>
          <w:tcPr>
            <w:tcW w:w="1728" w:type="dxa"/>
          </w:tcPr>
          <w:p w14:paraId="17D25B21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260K</w:t>
            </w:r>
          </w:p>
        </w:tc>
        <w:tc>
          <w:tcPr>
            <w:tcW w:w="1728" w:type="dxa"/>
          </w:tcPr>
          <w:p w14:paraId="7BFEB463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98%</w:t>
            </w:r>
          </w:p>
        </w:tc>
        <w:tc>
          <w:tcPr>
            <w:tcW w:w="1728" w:type="dxa"/>
          </w:tcPr>
          <w:p w14:paraId="755B2B07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37 </w:t>
            </w:r>
            <w:r>
              <w:t>포인트</w:t>
            </w:r>
          </w:p>
        </w:tc>
      </w:tr>
    </w:tbl>
    <w:p w14:paraId="0DEF49AC" w14:textId="77777777" w:rsidR="00F35F31" w:rsidRDefault="00F35F31"/>
    <w:p w14:paraId="2FE9F73E" w14:textId="77777777" w:rsidR="00F35F31" w:rsidRDefault="00000000">
      <w:pPr>
        <w:pStyle w:val="a0"/>
        <w:rPr>
          <w:lang w:eastAsia="ko-KR"/>
        </w:rPr>
      </w:pPr>
      <w:r>
        <w:rPr>
          <w:lang w:eastAsia="ko-KR"/>
        </w:rPr>
        <w:t>간소화</w:t>
      </w:r>
      <w:r>
        <w:rPr>
          <w:lang w:eastAsia="ko-KR"/>
        </w:rPr>
        <w:t xml:space="preserve"> CPU </w:t>
      </w:r>
      <w:r>
        <w:rPr>
          <w:lang w:eastAsia="ko-KR"/>
        </w:rPr>
        <w:t>시간</w:t>
      </w:r>
      <w:r>
        <w:rPr>
          <w:lang w:eastAsia="ko-KR"/>
        </w:rPr>
        <w:t xml:space="preserve">: 24ms ~ 1,258ms (DB </w:t>
      </w:r>
      <w:r>
        <w:rPr>
          <w:lang w:eastAsia="ko-KR"/>
        </w:rPr>
        <w:t>대기</w:t>
      </w:r>
      <w:r>
        <w:rPr>
          <w:lang w:eastAsia="ko-KR"/>
        </w:rPr>
        <w:t xml:space="preserve"> </w:t>
      </w:r>
      <w:r>
        <w:rPr>
          <w:lang w:eastAsia="ko-KR"/>
        </w:rPr>
        <w:t>없이</w:t>
      </w:r>
      <w:r>
        <w:rPr>
          <w:lang w:eastAsia="ko-KR"/>
        </w:rPr>
        <w:t xml:space="preserve"> </w:t>
      </w:r>
      <w:r>
        <w:rPr>
          <w:lang w:eastAsia="ko-KR"/>
        </w:rPr>
        <w:t>순수</w:t>
      </w:r>
      <w:r>
        <w:rPr>
          <w:lang w:eastAsia="ko-KR"/>
        </w:rPr>
        <w:t xml:space="preserve"> CPU </w:t>
      </w:r>
      <w:r>
        <w:rPr>
          <w:lang w:eastAsia="ko-KR"/>
        </w:rPr>
        <w:t>연산</w:t>
      </w:r>
      <w:r>
        <w:rPr>
          <w:lang w:eastAsia="ko-KR"/>
        </w:rPr>
        <w:t>)</w:t>
      </w:r>
    </w:p>
    <w:p w14:paraId="3DBEE25C" w14:textId="77777777" w:rsidR="00F35F31" w:rsidRDefault="00000000">
      <w:pPr>
        <w:pStyle w:val="a0"/>
        <w:rPr>
          <w:lang w:eastAsia="ko-KR"/>
        </w:rPr>
      </w:pPr>
      <w:r>
        <w:rPr>
          <w:lang w:eastAsia="ko-KR"/>
        </w:rPr>
        <w:t>전</w:t>
      </w:r>
      <w:r>
        <w:rPr>
          <w:lang w:eastAsia="ko-KR"/>
        </w:rPr>
        <w:t xml:space="preserve"> </w:t>
      </w:r>
      <w:r>
        <w:rPr>
          <w:lang w:eastAsia="ko-KR"/>
        </w:rPr>
        <w:t>줌</w:t>
      </w:r>
      <w:r>
        <w:rPr>
          <w:lang w:eastAsia="ko-KR"/>
        </w:rPr>
        <w:t xml:space="preserve"> </w:t>
      </w:r>
      <w:r>
        <w:rPr>
          <w:lang w:eastAsia="ko-KR"/>
        </w:rPr>
        <w:t>레벨에서</w:t>
      </w:r>
      <w:r>
        <w:rPr>
          <w:lang w:eastAsia="ko-KR"/>
        </w:rPr>
        <w:t xml:space="preserve"> 95 ~ 99% </w:t>
      </w:r>
      <w:r>
        <w:rPr>
          <w:lang w:eastAsia="ko-KR"/>
        </w:rPr>
        <w:t>데이터</w:t>
      </w:r>
      <w:r>
        <w:rPr>
          <w:lang w:eastAsia="ko-KR"/>
        </w:rPr>
        <w:t xml:space="preserve"> </w:t>
      </w:r>
      <w:r>
        <w:rPr>
          <w:lang w:eastAsia="ko-KR"/>
        </w:rPr>
        <w:t>압축</w:t>
      </w:r>
      <w:r>
        <w:rPr>
          <w:lang w:eastAsia="ko-KR"/>
        </w:rPr>
        <w:t xml:space="preserve"> </w:t>
      </w:r>
      <w:r>
        <w:rPr>
          <w:lang w:eastAsia="ko-KR"/>
        </w:rPr>
        <w:t>달성</w:t>
      </w:r>
    </w:p>
    <w:p w14:paraId="5EFEBF48" w14:textId="77777777" w:rsidR="00F35F31" w:rsidRDefault="00F35F31">
      <w:pPr>
        <w:spacing w:before="120" w:after="120"/>
        <w:rPr>
          <w:lang w:eastAsia="ko-KR"/>
        </w:rPr>
      </w:pPr>
    </w:p>
    <w:p w14:paraId="6DFD2184" w14:textId="77777777" w:rsidR="00F35F31" w:rsidRDefault="00000000">
      <w:pPr>
        <w:pStyle w:val="21"/>
        <w:rPr>
          <w:lang w:eastAsia="ko-KR"/>
        </w:rPr>
      </w:pPr>
      <w:r>
        <w:rPr>
          <w:lang w:eastAsia="ko-KR"/>
        </w:rPr>
        <w:t xml:space="preserve">5. </w:t>
      </w:r>
      <w:r>
        <w:rPr>
          <w:lang w:eastAsia="ko-KR"/>
        </w:rPr>
        <w:t>운영</w:t>
      </w:r>
      <w:r>
        <w:rPr>
          <w:lang w:eastAsia="ko-KR"/>
        </w:rPr>
        <w:t xml:space="preserve"> </w:t>
      </w:r>
      <w:r>
        <w:rPr>
          <w:lang w:eastAsia="ko-KR"/>
        </w:rPr>
        <w:t>시나리오별</w:t>
      </w:r>
      <w:r>
        <w:rPr>
          <w:lang w:eastAsia="ko-KR"/>
        </w:rPr>
        <w:t xml:space="preserve"> </w:t>
      </w:r>
      <w:r>
        <w:rPr>
          <w:lang w:eastAsia="ko-KR"/>
        </w:rPr>
        <w:t>예상</w:t>
      </w:r>
      <w:r>
        <w:rPr>
          <w:lang w:eastAsia="ko-KR"/>
        </w:rPr>
        <w:t xml:space="preserve"> </w:t>
      </w:r>
      <w:r>
        <w:rPr>
          <w:lang w:eastAsia="ko-KR"/>
        </w:rPr>
        <w:t>성능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F35F31" w14:paraId="1F793809" w14:textId="77777777" w:rsidTr="00F3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2FBC888" w14:textId="77777777" w:rsidR="00F35F31" w:rsidRDefault="00000000">
            <w:r>
              <w:t>사용</w:t>
            </w:r>
            <w:r>
              <w:t xml:space="preserve"> </w:t>
            </w:r>
            <w:r>
              <w:t>패턴</w:t>
            </w:r>
          </w:p>
        </w:tc>
        <w:tc>
          <w:tcPr>
            <w:tcW w:w="2160" w:type="dxa"/>
          </w:tcPr>
          <w:p w14:paraId="3048BB62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예상</w:t>
            </w:r>
            <w:r>
              <w:t xml:space="preserve"> </w:t>
            </w:r>
            <w:r>
              <w:t>경로</w:t>
            </w:r>
          </w:p>
        </w:tc>
        <w:tc>
          <w:tcPr>
            <w:tcW w:w="2160" w:type="dxa"/>
          </w:tcPr>
          <w:p w14:paraId="71497E5B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예상</w:t>
            </w:r>
            <w:r>
              <w:t xml:space="preserve"> </w:t>
            </w:r>
            <w:r>
              <w:t>응답시간</w:t>
            </w:r>
          </w:p>
        </w:tc>
        <w:tc>
          <w:tcPr>
            <w:tcW w:w="2160" w:type="dxa"/>
          </w:tcPr>
          <w:p w14:paraId="2B816E82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DB </w:t>
            </w:r>
            <w:r>
              <w:t>커넥션</w:t>
            </w:r>
          </w:p>
        </w:tc>
      </w:tr>
      <w:tr w:rsidR="00F35F31" w14:paraId="14DE8D83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8677DB3" w14:textId="77777777" w:rsidR="00F35F31" w:rsidRDefault="00000000">
            <w:r>
              <w:t>과거</w:t>
            </w:r>
            <w:r>
              <w:t xml:space="preserve"> 1~7</w:t>
            </w:r>
            <w:r>
              <w:t>일만</w:t>
            </w:r>
            <w:r>
              <w:t xml:space="preserve"> </w:t>
            </w:r>
            <w:r>
              <w:t>조회</w:t>
            </w:r>
          </w:p>
        </w:tc>
        <w:tc>
          <w:tcPr>
            <w:tcW w:w="2160" w:type="dxa"/>
          </w:tcPr>
          <w:p w14:paraId="054DF9FF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CACHE</w:t>
            </w:r>
          </w:p>
        </w:tc>
        <w:tc>
          <w:tcPr>
            <w:tcW w:w="2160" w:type="dxa"/>
          </w:tcPr>
          <w:p w14:paraId="1B7C676F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</w:rPr>
              <w:t>0.6 ~ 1.4</w:t>
            </w:r>
            <w:r>
              <w:rPr>
                <w:b/>
              </w:rPr>
              <w:t>초</w:t>
            </w:r>
          </w:p>
        </w:tc>
        <w:tc>
          <w:tcPr>
            <w:tcW w:w="2160" w:type="dxa"/>
          </w:tcPr>
          <w:p w14:paraId="0E98BEDB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2~3</w:t>
            </w:r>
            <w:r>
              <w:t>건</w:t>
            </w:r>
          </w:p>
        </w:tc>
      </w:tr>
      <w:tr w:rsidR="00F35F31" w14:paraId="3BC9E840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E785AD" w14:textId="77777777" w:rsidR="00F35F31" w:rsidRDefault="00000000">
            <w:r>
              <w:t>과거</w:t>
            </w:r>
            <w:r>
              <w:t xml:space="preserve"> </w:t>
            </w:r>
            <w:r>
              <w:t>수일</w:t>
            </w:r>
            <w:r>
              <w:t xml:space="preserve"> + </w:t>
            </w:r>
            <w:r>
              <w:t>오늘</w:t>
            </w:r>
          </w:p>
        </w:tc>
        <w:tc>
          <w:tcPr>
            <w:tcW w:w="2160" w:type="dxa"/>
          </w:tcPr>
          <w:p w14:paraId="25000256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CACHE+Today</w:t>
            </w:r>
          </w:p>
        </w:tc>
        <w:tc>
          <w:tcPr>
            <w:tcW w:w="2160" w:type="dxa"/>
          </w:tcPr>
          <w:p w14:paraId="0C665178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 ~ 10</w:t>
            </w:r>
            <w:r>
              <w:t>초</w:t>
            </w:r>
          </w:p>
        </w:tc>
        <w:tc>
          <w:tcPr>
            <w:tcW w:w="2160" w:type="dxa"/>
          </w:tcPr>
          <w:p w14:paraId="4C503339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~56</w:t>
            </w:r>
            <w:r>
              <w:t>건</w:t>
            </w:r>
          </w:p>
        </w:tc>
      </w:tr>
      <w:tr w:rsidR="00F35F31" w14:paraId="33DA55BB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DFB139" w14:textId="77777777" w:rsidR="00F35F31" w:rsidRDefault="00000000">
            <w:r>
              <w:t>7</w:t>
            </w:r>
            <w:r>
              <w:t>일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과거</w:t>
            </w:r>
            <w:r>
              <w:t xml:space="preserve"> </w:t>
            </w:r>
            <w:r>
              <w:t>포함</w:t>
            </w:r>
          </w:p>
        </w:tc>
        <w:tc>
          <w:tcPr>
            <w:tcW w:w="2160" w:type="dxa"/>
          </w:tcPr>
          <w:p w14:paraId="5F9EA69B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HYBRID / DB</w:t>
            </w:r>
          </w:p>
        </w:tc>
        <w:tc>
          <w:tcPr>
            <w:tcW w:w="2160" w:type="dxa"/>
          </w:tcPr>
          <w:p w14:paraId="646A6C69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~ 9</w:t>
            </w:r>
            <w:r>
              <w:t>초</w:t>
            </w:r>
            <w:r>
              <w:t xml:space="preserve"> (</w:t>
            </w:r>
            <w:r>
              <w:t>규모</w:t>
            </w:r>
            <w:r>
              <w:t xml:space="preserve"> </w:t>
            </w:r>
            <w:r>
              <w:t>의존</w:t>
            </w:r>
            <w:r>
              <w:t>)</w:t>
            </w:r>
          </w:p>
        </w:tc>
        <w:tc>
          <w:tcPr>
            <w:tcW w:w="2160" w:type="dxa"/>
          </w:tcPr>
          <w:p w14:paraId="61CDEBC2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8~45</w:t>
            </w:r>
            <w:r>
              <w:t>건</w:t>
            </w:r>
          </w:p>
        </w:tc>
      </w:tr>
    </w:tbl>
    <w:p w14:paraId="5A17C21F" w14:textId="77777777" w:rsidR="00F35F31" w:rsidRDefault="00F35F31"/>
    <w:p w14:paraId="5C7EFB46" w14:textId="77777777" w:rsidR="00F35F31" w:rsidRDefault="00F35F31">
      <w:pPr>
        <w:spacing w:before="120" w:after="120"/>
      </w:pPr>
    </w:p>
    <w:p w14:paraId="0E7A885F" w14:textId="77777777" w:rsidR="00F35F31" w:rsidRDefault="00000000">
      <w:pPr>
        <w:pStyle w:val="21"/>
      </w:pPr>
      <w:r>
        <w:lastRenderedPageBreak/>
        <w:t xml:space="preserve">6. </w:t>
      </w:r>
      <w:r>
        <w:t>향후</w:t>
      </w:r>
      <w:r>
        <w:t xml:space="preserve"> </w:t>
      </w:r>
      <w:r>
        <w:t>확장</w:t>
      </w:r>
      <w:r>
        <w:t xml:space="preserve"> </w:t>
      </w:r>
      <w:r>
        <w:t>권장안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F35F31" w14:paraId="727A4043" w14:textId="77777777" w:rsidTr="00F3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DCE531F" w14:textId="77777777" w:rsidR="00F35F31" w:rsidRDefault="00000000">
            <w:r>
              <w:t>시나리오</w:t>
            </w:r>
          </w:p>
        </w:tc>
        <w:tc>
          <w:tcPr>
            <w:tcW w:w="2160" w:type="dxa"/>
          </w:tcPr>
          <w:p w14:paraId="3F577EFD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캐시</w:t>
            </w:r>
            <w:r>
              <w:t xml:space="preserve"> </w:t>
            </w:r>
            <w:r>
              <w:t>보존</w:t>
            </w:r>
            <w:r>
              <w:t xml:space="preserve"> </w:t>
            </w:r>
            <w:r>
              <w:t>기간</w:t>
            </w:r>
          </w:p>
        </w:tc>
        <w:tc>
          <w:tcPr>
            <w:tcW w:w="2160" w:type="dxa"/>
          </w:tcPr>
          <w:p w14:paraId="1AAF88A1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메모리</w:t>
            </w:r>
          </w:p>
        </w:tc>
        <w:tc>
          <w:tcPr>
            <w:tcW w:w="2160" w:type="dxa"/>
          </w:tcPr>
          <w:p w14:paraId="5B193E5C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효과</w:t>
            </w:r>
          </w:p>
        </w:tc>
      </w:tr>
      <w:tr w:rsidR="00F35F31" w14:paraId="7339E882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700394F" w14:textId="77777777" w:rsidR="00F35F31" w:rsidRDefault="00000000">
            <w:r>
              <w:t>현재</w:t>
            </w:r>
          </w:p>
        </w:tc>
        <w:tc>
          <w:tcPr>
            <w:tcW w:w="2160" w:type="dxa"/>
          </w:tcPr>
          <w:p w14:paraId="3EA365FD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  <w:r>
              <w:t>일</w:t>
            </w:r>
          </w:p>
        </w:tc>
        <w:tc>
          <w:tcPr>
            <w:tcW w:w="2160" w:type="dxa"/>
          </w:tcPr>
          <w:p w14:paraId="1D8C7008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6GB</w:t>
            </w:r>
          </w:p>
        </w:tc>
        <w:tc>
          <w:tcPr>
            <w:tcW w:w="2160" w:type="dxa"/>
          </w:tcPr>
          <w:p w14:paraId="2FB2A392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1</w:t>
            </w:r>
            <w:r>
              <w:rPr>
                <w:lang w:eastAsia="ko-KR"/>
              </w:rPr>
              <w:t>주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이내</w:t>
            </w:r>
            <w:r>
              <w:rPr>
                <w:lang w:eastAsia="ko-KR"/>
              </w:rPr>
              <w:t xml:space="preserve"> CACHE </w:t>
            </w:r>
            <w:r>
              <w:rPr>
                <w:lang w:eastAsia="ko-KR"/>
              </w:rPr>
              <w:t>경로</w:t>
            </w:r>
          </w:p>
        </w:tc>
      </w:tr>
      <w:tr w:rsidR="00F35F31" w14:paraId="48EDC334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F99C694" w14:textId="77777777" w:rsidR="00F35F31" w:rsidRDefault="00000000">
            <w:r>
              <w:t>2</w:t>
            </w:r>
            <w:r>
              <w:t>주</w:t>
            </w:r>
            <w:r>
              <w:t xml:space="preserve"> </w:t>
            </w:r>
            <w:r>
              <w:t>확장</w:t>
            </w:r>
          </w:p>
        </w:tc>
        <w:tc>
          <w:tcPr>
            <w:tcW w:w="2160" w:type="dxa"/>
          </w:tcPr>
          <w:p w14:paraId="1963DF47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</w:t>
            </w:r>
            <w:r>
              <w:t>일</w:t>
            </w:r>
          </w:p>
        </w:tc>
        <w:tc>
          <w:tcPr>
            <w:tcW w:w="2160" w:type="dxa"/>
          </w:tcPr>
          <w:p w14:paraId="27797385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12GB</w:t>
            </w:r>
          </w:p>
        </w:tc>
        <w:tc>
          <w:tcPr>
            <w:tcW w:w="2160" w:type="dxa"/>
          </w:tcPr>
          <w:p w14:paraId="79518F27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주간</w:t>
            </w:r>
            <w:r>
              <w:t xml:space="preserve"> </w:t>
            </w:r>
            <w:r>
              <w:t>비교</w:t>
            </w:r>
            <w:r>
              <w:t xml:space="preserve"> </w:t>
            </w:r>
            <w:r>
              <w:t>분석</w:t>
            </w:r>
            <w:r>
              <w:t xml:space="preserve"> </w:t>
            </w:r>
            <w:r>
              <w:t>지원</w:t>
            </w:r>
          </w:p>
        </w:tc>
      </w:tr>
      <w:tr w:rsidR="00F35F31" w14:paraId="162431E5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4667B6E" w14:textId="77777777" w:rsidR="00F35F31" w:rsidRDefault="00000000">
            <w:r>
              <w:t>1</w:t>
            </w:r>
            <w:r>
              <w:t>개월</w:t>
            </w:r>
            <w:r>
              <w:t xml:space="preserve"> </w:t>
            </w:r>
            <w:r>
              <w:t>확장</w:t>
            </w:r>
          </w:p>
        </w:tc>
        <w:tc>
          <w:tcPr>
            <w:tcW w:w="2160" w:type="dxa"/>
          </w:tcPr>
          <w:p w14:paraId="4A9A071F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  <w:r>
              <w:t>일</w:t>
            </w:r>
          </w:p>
        </w:tc>
        <w:tc>
          <w:tcPr>
            <w:tcW w:w="2160" w:type="dxa"/>
          </w:tcPr>
          <w:p w14:paraId="12101A23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25GB</w:t>
            </w:r>
          </w:p>
        </w:tc>
        <w:tc>
          <w:tcPr>
            <w:tcW w:w="2160" w:type="dxa"/>
          </w:tcPr>
          <w:p w14:paraId="0EC77D72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월간</w:t>
            </w:r>
            <w:r>
              <w:t xml:space="preserve"> </w:t>
            </w:r>
            <w:r>
              <w:t>항적</w:t>
            </w:r>
            <w:r>
              <w:t xml:space="preserve"> </w:t>
            </w:r>
            <w:r>
              <w:t>분석</w:t>
            </w:r>
            <w:r>
              <w:t xml:space="preserve"> </w:t>
            </w:r>
            <w:r>
              <w:t>지원</w:t>
            </w:r>
          </w:p>
        </w:tc>
      </w:tr>
    </w:tbl>
    <w:p w14:paraId="059AC981" w14:textId="77777777" w:rsidR="00F35F31" w:rsidRDefault="00F35F31"/>
    <w:p w14:paraId="1E310CE4" w14:textId="77777777" w:rsidR="00F35F31" w:rsidRDefault="00000000">
      <w:pPr>
        <w:ind w:left="567"/>
        <w:rPr>
          <w:lang w:eastAsia="ko-KR"/>
        </w:rPr>
      </w:pPr>
      <w:r>
        <w:rPr>
          <w:i/>
          <w:color w:val="555555"/>
          <w:lang w:eastAsia="ko-KR"/>
        </w:rPr>
        <w:t>캐시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보존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기간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확장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시</w:t>
      </w:r>
      <w:r>
        <w:rPr>
          <w:i/>
          <w:color w:val="555555"/>
          <w:lang w:eastAsia="ko-KR"/>
        </w:rPr>
        <w:t xml:space="preserve"> HYBRID </w:t>
      </w:r>
      <w:r>
        <w:rPr>
          <w:i/>
          <w:color w:val="555555"/>
          <w:lang w:eastAsia="ko-KR"/>
        </w:rPr>
        <w:t>경로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비율이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줄고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순수</w:t>
      </w:r>
      <w:r>
        <w:rPr>
          <w:i/>
          <w:color w:val="555555"/>
          <w:lang w:eastAsia="ko-KR"/>
        </w:rPr>
        <w:t xml:space="preserve"> CACHE </w:t>
      </w:r>
      <w:r>
        <w:rPr>
          <w:i/>
          <w:color w:val="555555"/>
          <w:lang w:eastAsia="ko-KR"/>
        </w:rPr>
        <w:t>비율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증가</w:t>
      </w:r>
      <w:r>
        <w:rPr>
          <w:i/>
          <w:color w:val="555555"/>
          <w:lang w:eastAsia="ko-KR"/>
        </w:rPr>
        <w:t xml:space="preserve"> → DB </w:t>
      </w:r>
      <w:r>
        <w:rPr>
          <w:i/>
          <w:color w:val="555555"/>
          <w:lang w:eastAsia="ko-KR"/>
        </w:rPr>
        <w:t>부담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추가</w:t>
      </w:r>
      <w:r>
        <w:rPr>
          <w:i/>
          <w:color w:val="555555"/>
          <w:lang w:eastAsia="ko-KR"/>
        </w:rPr>
        <w:t xml:space="preserve"> </w:t>
      </w:r>
      <w:r>
        <w:rPr>
          <w:i/>
          <w:color w:val="555555"/>
          <w:lang w:eastAsia="ko-KR"/>
        </w:rPr>
        <w:t>경감</w:t>
      </w:r>
    </w:p>
    <w:p w14:paraId="5AC8550D" w14:textId="77777777" w:rsidR="00F35F31" w:rsidRDefault="00F35F31">
      <w:pPr>
        <w:spacing w:before="120" w:after="120"/>
        <w:rPr>
          <w:lang w:eastAsia="ko-KR"/>
        </w:rPr>
      </w:pPr>
    </w:p>
    <w:p w14:paraId="5273C5D6" w14:textId="77777777" w:rsidR="00F35F31" w:rsidRDefault="00000000">
      <w:pPr>
        <w:pStyle w:val="21"/>
      </w:pPr>
      <w:r>
        <w:t xml:space="preserve">7. </w:t>
      </w:r>
      <w:r>
        <w:t>결론</w:t>
      </w:r>
    </w:p>
    <w:tbl>
      <w:tblPr>
        <w:tblStyle w:val="-11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F35F31" w14:paraId="4C4DA11C" w14:textId="77777777" w:rsidTr="00F35F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E799515" w14:textId="77777777" w:rsidR="00F35F31" w:rsidRDefault="00000000">
            <w:r>
              <w:t>항목</w:t>
            </w:r>
          </w:p>
        </w:tc>
        <w:tc>
          <w:tcPr>
            <w:tcW w:w="4320" w:type="dxa"/>
          </w:tcPr>
          <w:p w14:paraId="59592783" w14:textId="77777777" w:rsidR="00F35F31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효과</w:t>
            </w:r>
          </w:p>
        </w:tc>
      </w:tr>
      <w:tr w:rsidR="00F35F31" w14:paraId="68372D5A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92A84D0" w14:textId="77777777" w:rsidR="00F35F31" w:rsidRDefault="00000000">
            <w:r>
              <w:t>응답</w:t>
            </w:r>
            <w:r>
              <w:t xml:space="preserve"> </w:t>
            </w:r>
            <w:r>
              <w:t>속도</w:t>
            </w:r>
          </w:p>
        </w:tc>
        <w:tc>
          <w:tcPr>
            <w:tcW w:w="4320" w:type="dxa"/>
          </w:tcPr>
          <w:p w14:paraId="4F361101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DB </w:t>
            </w:r>
            <w:r>
              <w:t>대비</w:t>
            </w:r>
            <w:r>
              <w:t xml:space="preserve"> </w:t>
            </w:r>
            <w:r>
              <w:rPr>
                <w:b/>
              </w:rPr>
              <w:t>5.7 ~ 12.6</w:t>
            </w:r>
            <w:r>
              <w:rPr>
                <w:b/>
              </w:rPr>
              <w:t>배</w:t>
            </w:r>
            <w:r>
              <w:t xml:space="preserve"> </w:t>
            </w:r>
            <w:r>
              <w:t>단축</w:t>
            </w:r>
          </w:p>
        </w:tc>
      </w:tr>
      <w:tr w:rsidR="00F35F31" w14:paraId="33065E06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7D3B54E" w14:textId="77777777" w:rsidR="00F35F31" w:rsidRDefault="00000000">
            <w:r>
              <w:t xml:space="preserve">DB </w:t>
            </w:r>
            <w:r>
              <w:t>부하</w:t>
            </w:r>
          </w:p>
        </w:tc>
        <w:tc>
          <w:tcPr>
            <w:tcW w:w="4320" w:type="dxa"/>
          </w:tcPr>
          <w:p w14:paraId="7FDF427B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커넥션</w:t>
            </w:r>
            <w:r>
              <w:rPr>
                <w:lang w:eastAsia="ko-KR"/>
              </w:rPr>
              <w:t xml:space="preserve"> </w:t>
            </w:r>
            <w:r>
              <w:rPr>
                <w:b/>
                <w:lang w:eastAsia="ko-KR"/>
              </w:rPr>
              <w:t>63 ~ 89%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감소</w:t>
            </w:r>
            <w:r>
              <w:rPr>
                <w:lang w:eastAsia="ko-KR"/>
              </w:rPr>
              <w:t xml:space="preserve">, </w:t>
            </w:r>
            <w:r>
              <w:rPr>
                <w:lang w:eastAsia="ko-KR"/>
              </w:rPr>
              <w:t>쿼리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시간</w:t>
            </w:r>
            <w:r>
              <w:rPr>
                <w:lang w:eastAsia="ko-KR"/>
              </w:rPr>
              <w:t xml:space="preserve"> </w:t>
            </w:r>
            <w:r>
              <w:rPr>
                <w:b/>
                <w:lang w:eastAsia="ko-KR"/>
              </w:rPr>
              <w:t>100%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절감</w:t>
            </w:r>
          </w:p>
        </w:tc>
      </w:tr>
      <w:tr w:rsidR="00F35F31" w14:paraId="6CAB0669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51D10B" w14:textId="77777777" w:rsidR="00F35F31" w:rsidRDefault="00000000">
            <w:r>
              <w:t>데이터</w:t>
            </w:r>
            <w:r>
              <w:t xml:space="preserve"> </w:t>
            </w:r>
            <w:r>
              <w:t>품질</w:t>
            </w:r>
          </w:p>
        </w:tc>
        <w:tc>
          <w:tcPr>
            <w:tcW w:w="4320" w:type="dxa"/>
          </w:tcPr>
          <w:p w14:paraId="5BCD43B3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줌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레벨별</w:t>
            </w:r>
            <w:r>
              <w:rPr>
                <w:lang w:eastAsia="ko-KR"/>
              </w:rPr>
              <w:t xml:space="preserve"> 95 ~ 99% </w:t>
            </w:r>
            <w:r>
              <w:rPr>
                <w:lang w:eastAsia="ko-KR"/>
              </w:rPr>
              <w:t>압축</w:t>
            </w:r>
            <w:r>
              <w:rPr>
                <w:lang w:eastAsia="ko-KR"/>
              </w:rPr>
              <w:t xml:space="preserve">, DB </w:t>
            </w:r>
            <w:r>
              <w:rPr>
                <w:lang w:eastAsia="ko-KR"/>
              </w:rPr>
              <w:t>경로와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동등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품질</w:t>
            </w:r>
          </w:p>
        </w:tc>
      </w:tr>
      <w:tr w:rsidR="00F35F31" w14:paraId="18A665E8" w14:textId="77777777" w:rsidTr="00F35F3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821E8EC" w14:textId="77777777" w:rsidR="00F35F31" w:rsidRDefault="00000000">
            <w:r>
              <w:t>동시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수용</w:t>
            </w:r>
          </w:p>
        </w:tc>
        <w:tc>
          <w:tcPr>
            <w:tcW w:w="4320" w:type="dxa"/>
          </w:tcPr>
          <w:p w14:paraId="47F18C76" w14:textId="77777777" w:rsidR="00F35F31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 xml:space="preserve">DB </w:t>
            </w:r>
            <w:r>
              <w:rPr>
                <w:lang w:eastAsia="ko-KR"/>
              </w:rPr>
              <w:t>커넥션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경합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해소로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동시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처리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가능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수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증가</w:t>
            </w:r>
          </w:p>
        </w:tc>
      </w:tr>
      <w:tr w:rsidR="00F35F31" w14:paraId="020E9E62" w14:textId="77777777" w:rsidTr="00F35F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2A0435B" w14:textId="77777777" w:rsidR="00F35F31" w:rsidRDefault="00000000">
            <w:r>
              <w:t>확장성</w:t>
            </w:r>
          </w:p>
        </w:tc>
        <w:tc>
          <w:tcPr>
            <w:tcW w:w="4320" w:type="dxa"/>
          </w:tcPr>
          <w:p w14:paraId="1944DE3E" w14:textId="77777777" w:rsidR="00F35F31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ko-KR"/>
              </w:rPr>
            </w:pPr>
            <w:r>
              <w:rPr>
                <w:lang w:eastAsia="ko-KR"/>
              </w:rPr>
              <w:t>캐시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보존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기간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확장으로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추가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개선</w:t>
            </w:r>
            <w:r>
              <w:rPr>
                <w:lang w:eastAsia="ko-KR"/>
              </w:rPr>
              <w:t xml:space="preserve"> </w:t>
            </w:r>
            <w:r>
              <w:rPr>
                <w:lang w:eastAsia="ko-KR"/>
              </w:rPr>
              <w:t>가능</w:t>
            </w:r>
          </w:p>
        </w:tc>
      </w:tr>
    </w:tbl>
    <w:p w14:paraId="05DECF60" w14:textId="77777777" w:rsidR="00F35F31" w:rsidRDefault="00F35F31">
      <w:pPr>
        <w:rPr>
          <w:lang w:eastAsia="ko-KR"/>
        </w:rPr>
      </w:pPr>
    </w:p>
    <w:sectPr w:rsidR="00F35F3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71191874">
    <w:abstractNumId w:val="8"/>
  </w:num>
  <w:num w:numId="2" w16cid:durableId="1513950980">
    <w:abstractNumId w:val="6"/>
  </w:num>
  <w:num w:numId="3" w16cid:durableId="279147574">
    <w:abstractNumId w:val="5"/>
  </w:num>
  <w:num w:numId="4" w16cid:durableId="576475745">
    <w:abstractNumId w:val="4"/>
  </w:num>
  <w:num w:numId="5" w16cid:durableId="528420854">
    <w:abstractNumId w:val="7"/>
  </w:num>
  <w:num w:numId="6" w16cid:durableId="657342905">
    <w:abstractNumId w:val="3"/>
  </w:num>
  <w:num w:numId="7" w16cid:durableId="1372070711">
    <w:abstractNumId w:val="2"/>
  </w:num>
  <w:num w:numId="8" w16cid:durableId="148643785">
    <w:abstractNumId w:val="1"/>
  </w:num>
  <w:num w:numId="9" w16cid:durableId="832183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D5D5E"/>
    <w:rsid w:val="00326F90"/>
    <w:rsid w:val="00AA1D8D"/>
    <w:rsid w:val="00B47730"/>
    <w:rsid w:val="00CB0664"/>
    <w:rsid w:val="00E02E83"/>
    <w:rsid w:val="00F35F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0B4A44"/>
  <w14:defaultImageDpi w14:val="300"/>
  <w15:docId w15:val="{906FF09E-9676-4F43-AE44-60C71EBB2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맑은 고딕" w:hAnsi="맑은 고딕"/>
      <w:sz w:val="18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6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Lee heungtak</cp:lastModifiedBy>
  <cp:revision>3</cp:revision>
  <dcterms:created xsi:type="dcterms:W3CDTF">2013-12-23T23:15:00Z</dcterms:created>
  <dcterms:modified xsi:type="dcterms:W3CDTF">2026-02-07T04:24:00Z</dcterms:modified>
  <cp:category/>
</cp:coreProperties>
</file>