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7B88A5" w14:textId="77777777" w:rsidR="00927E94" w:rsidRDefault="00000000">
      <w:pPr>
        <w:pStyle w:val="1"/>
        <w:rPr>
          <w:lang w:eastAsia="ko-KR"/>
        </w:rPr>
      </w:pPr>
      <w:r>
        <w:rPr>
          <w:lang w:eastAsia="ko-KR"/>
        </w:rPr>
        <w:t>일일</w:t>
      </w:r>
      <w:r>
        <w:rPr>
          <w:lang w:eastAsia="ko-KR"/>
        </w:rPr>
        <w:t xml:space="preserve"> </w:t>
      </w:r>
      <w:r>
        <w:rPr>
          <w:lang w:eastAsia="ko-KR"/>
        </w:rPr>
        <w:t>캐시</w:t>
      </w:r>
      <w:r>
        <w:rPr>
          <w:lang w:eastAsia="ko-KR"/>
        </w:rPr>
        <w:t xml:space="preserve"> </w:t>
      </w:r>
      <w:r>
        <w:rPr>
          <w:lang w:eastAsia="ko-KR"/>
        </w:rPr>
        <w:t>성능</w:t>
      </w:r>
      <w:r>
        <w:rPr>
          <w:lang w:eastAsia="ko-KR"/>
        </w:rPr>
        <w:t xml:space="preserve"> </w:t>
      </w:r>
      <w:r>
        <w:rPr>
          <w:lang w:eastAsia="ko-KR"/>
        </w:rPr>
        <w:t>벤치마크</w:t>
      </w:r>
      <w:r>
        <w:rPr>
          <w:lang w:eastAsia="ko-KR"/>
        </w:rPr>
        <w:t xml:space="preserve"> </w:t>
      </w:r>
      <w:r>
        <w:rPr>
          <w:lang w:eastAsia="ko-KR"/>
        </w:rPr>
        <w:t>보고서</w:t>
      </w:r>
    </w:p>
    <w:p w14:paraId="1A35FDBB" w14:textId="77777777" w:rsidR="00927E94" w:rsidRDefault="00000000">
      <w:pPr>
        <w:pStyle w:val="21"/>
        <w:rPr>
          <w:lang w:eastAsia="ko-KR"/>
        </w:rPr>
      </w:pPr>
      <w:r>
        <w:rPr>
          <w:lang w:eastAsia="ko-KR"/>
        </w:rPr>
        <w:t>선박</w:t>
      </w:r>
      <w:r>
        <w:rPr>
          <w:lang w:eastAsia="ko-KR"/>
        </w:rPr>
        <w:t xml:space="preserve"> </w:t>
      </w:r>
      <w:r>
        <w:rPr>
          <w:lang w:eastAsia="ko-KR"/>
        </w:rPr>
        <w:t>항적</w:t>
      </w:r>
      <w:r>
        <w:rPr>
          <w:lang w:eastAsia="ko-KR"/>
        </w:rPr>
        <w:t xml:space="preserve"> </w:t>
      </w:r>
      <w:r>
        <w:rPr>
          <w:lang w:eastAsia="ko-KR"/>
        </w:rPr>
        <w:t>리플레이</w:t>
      </w:r>
      <w:r>
        <w:rPr>
          <w:lang w:eastAsia="ko-KR"/>
        </w:rPr>
        <w:t xml:space="preserve"> </w:t>
      </w:r>
      <w:r>
        <w:rPr>
          <w:lang w:eastAsia="ko-KR"/>
        </w:rPr>
        <w:t>서비스</w:t>
      </w:r>
      <w:r>
        <w:rPr>
          <w:lang w:eastAsia="ko-KR"/>
        </w:rPr>
        <w:t xml:space="preserve"> — </w:t>
      </w:r>
      <w:r>
        <w:rPr>
          <w:lang w:eastAsia="ko-KR"/>
        </w:rPr>
        <w:t>캐시</w:t>
      </w:r>
      <w:r>
        <w:rPr>
          <w:lang w:eastAsia="ko-KR"/>
        </w:rPr>
        <w:t xml:space="preserve"> vs DB </w:t>
      </w:r>
      <w:r>
        <w:rPr>
          <w:lang w:eastAsia="ko-KR"/>
        </w:rPr>
        <w:t>정량</w:t>
      </w:r>
      <w:r>
        <w:rPr>
          <w:lang w:eastAsia="ko-KR"/>
        </w:rPr>
        <w:t xml:space="preserve"> </w:t>
      </w:r>
      <w:r>
        <w:rPr>
          <w:lang w:eastAsia="ko-KR"/>
        </w:rPr>
        <w:t>비교</w:t>
      </w:r>
    </w:p>
    <w:tbl>
      <w:tblPr>
        <w:tblStyle w:val="-11"/>
        <w:tblW w:w="0" w:type="auto"/>
        <w:jc w:val="center"/>
        <w:tblLook w:val="04A0" w:firstRow="1" w:lastRow="0" w:firstColumn="1" w:lastColumn="0" w:noHBand="0" w:noVBand="1"/>
      </w:tblPr>
      <w:tblGrid>
        <w:gridCol w:w="1701"/>
        <w:gridCol w:w="6939"/>
      </w:tblGrid>
      <w:tr w:rsidR="00927E94" w14:paraId="41878BC7" w14:textId="77777777" w:rsidTr="00A611C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2453B5F8" w14:textId="77777777" w:rsidR="00927E94" w:rsidRDefault="00000000">
            <w:r>
              <w:t>항목</w:t>
            </w:r>
          </w:p>
        </w:tc>
        <w:tc>
          <w:tcPr>
            <w:tcW w:w="6939" w:type="dxa"/>
          </w:tcPr>
          <w:p w14:paraId="3A78A610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내용</w:t>
            </w:r>
          </w:p>
        </w:tc>
      </w:tr>
      <w:tr w:rsidR="00927E94" w14:paraId="46AEA2CB" w14:textId="77777777" w:rsidTr="00A61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080A3494" w14:textId="77777777" w:rsidR="00927E94" w:rsidRDefault="00000000">
            <w:r>
              <w:t>측정일</w:t>
            </w:r>
          </w:p>
        </w:tc>
        <w:tc>
          <w:tcPr>
            <w:tcW w:w="6939" w:type="dxa"/>
          </w:tcPr>
          <w:p w14:paraId="0A8FB8BB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2026-02-07</w:t>
            </w:r>
          </w:p>
        </w:tc>
      </w:tr>
      <w:tr w:rsidR="00927E94" w14:paraId="5BE3C9B1" w14:textId="77777777" w:rsidTr="00A611C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34A81CD0" w14:textId="77777777" w:rsidR="00927E94" w:rsidRDefault="00000000">
            <w:r>
              <w:t>대상</w:t>
            </w:r>
            <w:r>
              <w:t xml:space="preserve"> </w:t>
            </w:r>
            <w:r>
              <w:t>시스템</w:t>
            </w:r>
          </w:p>
        </w:tc>
        <w:tc>
          <w:tcPr>
            <w:tcW w:w="6939" w:type="dxa"/>
          </w:tcPr>
          <w:p w14:paraId="306633F3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Signal Batch — ChunkedTrackStreamingService (WebSocket </w:t>
            </w:r>
            <w:r>
              <w:t>스트리밍</w:t>
            </w:r>
            <w:r>
              <w:t>)</w:t>
            </w:r>
          </w:p>
        </w:tc>
      </w:tr>
      <w:tr w:rsidR="00927E94" w14:paraId="2B5FAF56" w14:textId="77777777" w:rsidTr="00A61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4CBD7207" w14:textId="77777777" w:rsidR="00927E94" w:rsidRDefault="00000000">
            <w:r>
              <w:t>운영</w:t>
            </w:r>
            <w:r>
              <w:t xml:space="preserve"> </w:t>
            </w:r>
            <w:r>
              <w:t>환경</w:t>
            </w:r>
          </w:p>
        </w:tc>
        <w:tc>
          <w:tcPr>
            <w:tcW w:w="6939" w:type="dxa"/>
          </w:tcPr>
          <w:p w14:paraId="1ACC5182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>
              <w:rPr>
                <w:lang w:eastAsia="ko-KR"/>
              </w:rPr>
              <w:t xml:space="preserve">prod </w:t>
            </w:r>
            <w:r>
              <w:rPr>
                <w:lang w:eastAsia="ko-KR"/>
              </w:rPr>
              <w:t>프로파일</w:t>
            </w:r>
            <w:r>
              <w:rPr>
                <w:lang w:eastAsia="ko-KR"/>
              </w:rPr>
              <w:t xml:space="preserve">, Query DB </w:t>
            </w:r>
            <w:r>
              <w:rPr>
                <w:lang w:eastAsia="ko-KR"/>
              </w:rPr>
              <w:t>커넥션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풀</w:t>
            </w:r>
            <w:r>
              <w:rPr>
                <w:lang w:eastAsia="ko-KR"/>
              </w:rPr>
              <w:t xml:space="preserve"> 180</w:t>
            </w:r>
          </w:p>
        </w:tc>
      </w:tr>
      <w:tr w:rsidR="00927E94" w14:paraId="0625FB3F" w14:textId="77777777" w:rsidTr="00A611C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10D6382F" w14:textId="77777777" w:rsidR="00927E94" w:rsidRDefault="00000000">
            <w:r>
              <w:t>캐시</w:t>
            </w:r>
            <w:r>
              <w:t xml:space="preserve"> </w:t>
            </w:r>
            <w:r>
              <w:t>구성</w:t>
            </w:r>
          </w:p>
        </w:tc>
        <w:tc>
          <w:tcPr>
            <w:tcW w:w="6939" w:type="dxa"/>
          </w:tcPr>
          <w:p w14:paraId="0536108F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DailyTrackCacheManager — D-1 ~ D-7 </w:t>
            </w:r>
            <w:r>
              <w:t>인메모리</w:t>
            </w:r>
            <w:r>
              <w:t xml:space="preserve"> </w:t>
            </w:r>
            <w:r>
              <w:t>캐시</w:t>
            </w:r>
            <w:r>
              <w:t xml:space="preserve">, STRtree </w:t>
            </w:r>
            <w:r>
              <w:t>공간</w:t>
            </w:r>
            <w:r>
              <w:t xml:space="preserve"> </w:t>
            </w:r>
            <w:r>
              <w:t>인덱스</w:t>
            </w:r>
          </w:p>
        </w:tc>
      </w:tr>
      <w:tr w:rsidR="00927E94" w14:paraId="626C254A" w14:textId="77777777" w:rsidTr="00A61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7A244353" w14:textId="77777777" w:rsidR="00927E94" w:rsidRDefault="00000000">
            <w:r>
              <w:t>측정</w:t>
            </w:r>
            <w:r>
              <w:t xml:space="preserve"> </w:t>
            </w:r>
            <w:r>
              <w:t>방식</w:t>
            </w:r>
          </w:p>
        </w:tc>
        <w:tc>
          <w:tcPr>
            <w:tcW w:w="6939" w:type="dxa"/>
          </w:tcPr>
          <w:p w14:paraId="5C37C422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QueryBenchmark </w:t>
            </w:r>
            <w:r>
              <w:t>내부</w:t>
            </w:r>
            <w:r>
              <w:t xml:space="preserve"> </w:t>
            </w:r>
            <w:r>
              <w:t>클래스</w:t>
            </w:r>
            <w:r>
              <w:t xml:space="preserve"> → </w:t>
            </w:r>
            <w:r>
              <w:rPr>
                <w:rFonts w:ascii="Consolas" w:hAnsi="Consolas"/>
                <w:color w:val="800000"/>
              </w:rPr>
              <w:t>cache-benchmark.log</w:t>
            </w:r>
            <w:r>
              <w:t xml:space="preserve"> JSON </w:t>
            </w:r>
            <w:r>
              <w:t>기록</w:t>
            </w:r>
          </w:p>
        </w:tc>
      </w:tr>
      <w:tr w:rsidR="00927E94" w14:paraId="5EEF801F" w14:textId="77777777" w:rsidTr="00A611C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69DF7906" w14:textId="77777777" w:rsidR="00927E94" w:rsidRDefault="00000000">
            <w:r>
              <w:t>샘플</w:t>
            </w:r>
            <w:r>
              <w:t xml:space="preserve"> </w:t>
            </w:r>
            <w:r>
              <w:t>수</w:t>
            </w:r>
          </w:p>
        </w:tc>
        <w:tc>
          <w:tcPr>
            <w:tcW w:w="6939" w:type="dxa"/>
          </w:tcPr>
          <w:p w14:paraId="3D32BFA9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12</w:t>
            </w:r>
            <w:r>
              <w:t>건</w:t>
            </w:r>
            <w:r>
              <w:t xml:space="preserve"> (CACHE 3, DB 2, HYBRID 5, CACHE+Today 2)</w:t>
            </w:r>
          </w:p>
        </w:tc>
      </w:tr>
    </w:tbl>
    <w:p w14:paraId="25131B47" w14:textId="77777777" w:rsidR="00927E94" w:rsidRDefault="00927E94"/>
    <w:p w14:paraId="690A297D" w14:textId="77777777" w:rsidR="00927E94" w:rsidRDefault="00927E94">
      <w:pPr>
        <w:spacing w:before="120" w:after="120"/>
      </w:pPr>
    </w:p>
    <w:p w14:paraId="45E6912D" w14:textId="77777777" w:rsidR="00927E94" w:rsidRDefault="00000000">
      <w:pPr>
        <w:pStyle w:val="21"/>
      </w:pPr>
      <w:r>
        <w:t xml:space="preserve">1. </w:t>
      </w:r>
      <w:r>
        <w:t>측정</w:t>
      </w:r>
      <w:r>
        <w:t xml:space="preserve"> </w:t>
      </w:r>
      <w:r>
        <w:t>경로</w:t>
      </w:r>
      <w:r>
        <w:t xml:space="preserve"> </w:t>
      </w:r>
      <w:r>
        <w:t>분류</w:t>
      </w:r>
    </w:p>
    <w:p w14:paraId="395C5359" w14:textId="77777777" w:rsidR="00927E94" w:rsidRDefault="00000000">
      <w:pPr>
        <w:rPr>
          <w:lang w:eastAsia="ko-KR"/>
        </w:rPr>
      </w:pPr>
      <w:r>
        <w:rPr>
          <w:lang w:eastAsia="ko-KR"/>
        </w:rPr>
        <w:t>쿼리</w:t>
      </w:r>
      <w:r>
        <w:rPr>
          <w:lang w:eastAsia="ko-KR"/>
        </w:rPr>
        <w:t xml:space="preserve"> </w:t>
      </w:r>
      <w:r>
        <w:rPr>
          <w:lang w:eastAsia="ko-KR"/>
        </w:rPr>
        <w:t>시간</w:t>
      </w:r>
      <w:r>
        <w:rPr>
          <w:lang w:eastAsia="ko-KR"/>
        </w:rPr>
        <w:t xml:space="preserve"> </w:t>
      </w:r>
      <w:r>
        <w:rPr>
          <w:lang w:eastAsia="ko-KR"/>
        </w:rPr>
        <w:t>범위에</w:t>
      </w:r>
      <w:r>
        <w:rPr>
          <w:lang w:eastAsia="ko-KR"/>
        </w:rPr>
        <w:t xml:space="preserve"> </w:t>
      </w:r>
      <w:r>
        <w:rPr>
          <w:lang w:eastAsia="ko-KR"/>
        </w:rPr>
        <w:t>따라</w:t>
      </w:r>
      <w:r>
        <w:rPr>
          <w:lang w:eastAsia="ko-KR"/>
        </w:rPr>
        <w:t xml:space="preserve"> 4</w:t>
      </w:r>
      <w:r>
        <w:rPr>
          <w:lang w:eastAsia="ko-KR"/>
        </w:rPr>
        <w:t>가지</w:t>
      </w:r>
      <w:r>
        <w:rPr>
          <w:lang w:eastAsia="ko-KR"/>
        </w:rPr>
        <w:t xml:space="preserve"> </w:t>
      </w:r>
      <w:r>
        <w:rPr>
          <w:lang w:eastAsia="ko-KR"/>
        </w:rPr>
        <w:t>경로로</w:t>
      </w:r>
      <w:r>
        <w:rPr>
          <w:lang w:eastAsia="ko-KR"/>
        </w:rPr>
        <w:t xml:space="preserve"> </w:t>
      </w:r>
      <w:r>
        <w:rPr>
          <w:lang w:eastAsia="ko-KR"/>
        </w:rPr>
        <w:t>처리된다</w:t>
      </w:r>
      <w:r>
        <w:rPr>
          <w:lang w:eastAsia="ko-KR"/>
        </w:rPr>
        <w:t>.</w:t>
      </w:r>
    </w:p>
    <w:tbl>
      <w:tblPr>
        <w:tblStyle w:val="-11"/>
        <w:tblW w:w="0" w:type="auto"/>
        <w:jc w:val="center"/>
        <w:tblLook w:val="04A0" w:firstRow="1" w:lastRow="0" w:firstColumn="1" w:lastColumn="0" w:noHBand="0" w:noVBand="1"/>
      </w:tblPr>
      <w:tblGrid>
        <w:gridCol w:w="1701"/>
        <w:gridCol w:w="4059"/>
        <w:gridCol w:w="2880"/>
      </w:tblGrid>
      <w:tr w:rsidR="00927E94" w14:paraId="373E1BB4" w14:textId="77777777" w:rsidTr="00A611C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25F65BAB" w14:textId="77777777" w:rsidR="00927E94" w:rsidRDefault="00000000">
            <w:r>
              <w:t>경로</w:t>
            </w:r>
          </w:p>
        </w:tc>
        <w:tc>
          <w:tcPr>
            <w:tcW w:w="4059" w:type="dxa"/>
          </w:tcPr>
          <w:p w14:paraId="77277CE5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설명</w:t>
            </w:r>
          </w:p>
        </w:tc>
        <w:tc>
          <w:tcPr>
            <w:tcW w:w="2880" w:type="dxa"/>
          </w:tcPr>
          <w:p w14:paraId="40EF4BDC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데이터</w:t>
            </w:r>
            <w:r>
              <w:t xml:space="preserve"> </w:t>
            </w:r>
            <w:r>
              <w:t>소스</w:t>
            </w:r>
          </w:p>
        </w:tc>
      </w:tr>
      <w:tr w:rsidR="00927E94" w14:paraId="3C5946C5" w14:textId="77777777" w:rsidTr="00A61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64B987A1" w14:textId="77777777" w:rsidR="00927E94" w:rsidRDefault="00000000">
            <w:r>
              <w:t>CACHE</w:t>
            </w:r>
          </w:p>
        </w:tc>
        <w:tc>
          <w:tcPr>
            <w:tcW w:w="4059" w:type="dxa"/>
          </w:tcPr>
          <w:p w14:paraId="3C951104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>
              <w:rPr>
                <w:lang w:eastAsia="ko-KR"/>
              </w:rPr>
              <w:t>요청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일자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전체가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인메모리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캐시에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존재</w:t>
            </w:r>
          </w:p>
        </w:tc>
        <w:tc>
          <w:tcPr>
            <w:tcW w:w="2880" w:type="dxa"/>
          </w:tcPr>
          <w:p w14:paraId="3DBAA503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메모리</w:t>
            </w:r>
          </w:p>
        </w:tc>
      </w:tr>
      <w:tr w:rsidR="00927E94" w14:paraId="5FFDE58B" w14:textId="77777777" w:rsidTr="00A611C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47FCD5DF" w14:textId="77777777" w:rsidR="00927E94" w:rsidRDefault="00000000">
            <w:r>
              <w:t>DB</w:t>
            </w:r>
          </w:p>
        </w:tc>
        <w:tc>
          <w:tcPr>
            <w:tcW w:w="4059" w:type="dxa"/>
          </w:tcPr>
          <w:p w14:paraId="49A5B1D7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eastAsia="ko-KR"/>
              </w:rPr>
            </w:pPr>
            <w:r>
              <w:rPr>
                <w:lang w:eastAsia="ko-KR"/>
              </w:rPr>
              <w:t>캐시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미스</w:t>
            </w:r>
            <w:r>
              <w:rPr>
                <w:lang w:eastAsia="ko-KR"/>
              </w:rPr>
              <w:t xml:space="preserve"> — Daily </w:t>
            </w:r>
            <w:r>
              <w:rPr>
                <w:lang w:eastAsia="ko-KR"/>
              </w:rPr>
              <w:t>테이블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직접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조회</w:t>
            </w:r>
          </w:p>
        </w:tc>
        <w:tc>
          <w:tcPr>
            <w:tcW w:w="2880" w:type="dxa"/>
          </w:tcPr>
          <w:p w14:paraId="74A4592C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DB</w:t>
            </w:r>
          </w:p>
        </w:tc>
      </w:tr>
      <w:tr w:rsidR="00927E94" w14:paraId="4647C373" w14:textId="77777777" w:rsidTr="00A61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2A5BE961" w14:textId="77777777" w:rsidR="00927E94" w:rsidRDefault="00000000">
            <w:r>
              <w:t>HYBRID</w:t>
            </w:r>
          </w:p>
        </w:tc>
        <w:tc>
          <w:tcPr>
            <w:tcW w:w="4059" w:type="dxa"/>
          </w:tcPr>
          <w:p w14:paraId="2314E696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>
              <w:rPr>
                <w:lang w:eastAsia="ko-KR"/>
              </w:rPr>
              <w:t>캐시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히트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일자</w:t>
            </w:r>
            <w:r>
              <w:rPr>
                <w:lang w:eastAsia="ko-KR"/>
              </w:rPr>
              <w:t xml:space="preserve"> + </w:t>
            </w:r>
            <w:r>
              <w:rPr>
                <w:lang w:eastAsia="ko-KR"/>
              </w:rPr>
              <w:t>캐시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범위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밖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일자</w:t>
            </w:r>
            <w:r>
              <w:rPr>
                <w:lang w:eastAsia="ko-KR"/>
              </w:rPr>
              <w:t xml:space="preserve"> DB </w:t>
            </w:r>
            <w:r>
              <w:rPr>
                <w:lang w:eastAsia="ko-KR"/>
              </w:rPr>
              <w:t>조회</w:t>
            </w:r>
          </w:p>
        </w:tc>
        <w:tc>
          <w:tcPr>
            <w:tcW w:w="2880" w:type="dxa"/>
          </w:tcPr>
          <w:p w14:paraId="73DED2BE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메모리</w:t>
            </w:r>
            <w:r>
              <w:t xml:space="preserve"> + DB</w:t>
            </w:r>
          </w:p>
        </w:tc>
      </w:tr>
      <w:tr w:rsidR="00927E94" w14:paraId="6F322D8F" w14:textId="77777777" w:rsidTr="00A611C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4A21F981" w14:textId="77777777" w:rsidR="00927E94" w:rsidRDefault="00000000">
            <w:r>
              <w:t>CACHE+Today</w:t>
            </w:r>
          </w:p>
        </w:tc>
        <w:tc>
          <w:tcPr>
            <w:tcW w:w="4059" w:type="dxa"/>
          </w:tcPr>
          <w:p w14:paraId="146DA4D4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eastAsia="ko-KR"/>
              </w:rPr>
            </w:pPr>
            <w:r>
              <w:rPr>
                <w:lang w:eastAsia="ko-KR"/>
              </w:rPr>
              <w:t>캐시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히트</w:t>
            </w:r>
            <w:r>
              <w:rPr>
                <w:lang w:eastAsia="ko-KR"/>
              </w:rPr>
              <w:t xml:space="preserve"> + </w:t>
            </w:r>
            <w:r>
              <w:rPr>
                <w:lang w:eastAsia="ko-KR"/>
              </w:rPr>
              <w:t>오늘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데이터</w:t>
            </w:r>
            <w:r>
              <w:rPr>
                <w:lang w:eastAsia="ko-KR"/>
              </w:rPr>
              <w:t xml:space="preserve">(Hourly/5min </w:t>
            </w:r>
            <w:r>
              <w:rPr>
                <w:lang w:eastAsia="ko-KR"/>
              </w:rPr>
              <w:t>테이블</w:t>
            </w:r>
            <w:r>
              <w:rPr>
                <w:lang w:eastAsia="ko-KR"/>
              </w:rPr>
              <w:t>)</w:t>
            </w:r>
          </w:p>
        </w:tc>
        <w:tc>
          <w:tcPr>
            <w:tcW w:w="2880" w:type="dxa"/>
          </w:tcPr>
          <w:p w14:paraId="4D59201F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메모리</w:t>
            </w:r>
            <w:r>
              <w:t xml:space="preserve"> + DB</w:t>
            </w:r>
          </w:p>
        </w:tc>
      </w:tr>
    </w:tbl>
    <w:p w14:paraId="730AC128" w14:textId="77777777" w:rsidR="00927E94" w:rsidRDefault="00927E94"/>
    <w:p w14:paraId="7EA0FF42" w14:textId="77777777" w:rsidR="00927E94" w:rsidRDefault="00000000">
      <w:pPr>
        <w:pStyle w:val="31"/>
      </w:pPr>
      <w:r>
        <w:t>오늘</w:t>
      </w:r>
      <w:r>
        <w:t xml:space="preserve"> </w:t>
      </w:r>
      <w:r>
        <w:t>데이터</w:t>
      </w:r>
      <w:r>
        <w:t xml:space="preserve"> </w:t>
      </w:r>
      <w:r>
        <w:t>구간</w:t>
      </w:r>
      <w:r>
        <w:t xml:space="preserve"> </w:t>
      </w:r>
      <w:r>
        <w:t>구조</w:t>
      </w:r>
    </w:p>
    <w:p w14:paraId="016D7E31" w14:textId="77777777" w:rsidR="00927E94" w:rsidRDefault="00000000">
      <w:pPr>
        <w:rPr>
          <w:lang w:eastAsia="ko-KR"/>
        </w:rPr>
      </w:pPr>
      <w:r>
        <w:rPr>
          <w:lang w:eastAsia="ko-KR"/>
        </w:rPr>
        <w:t>오늘</w:t>
      </w:r>
      <w:r>
        <w:rPr>
          <w:lang w:eastAsia="ko-KR"/>
        </w:rPr>
        <w:t xml:space="preserve">(D-0) </w:t>
      </w:r>
      <w:r>
        <w:rPr>
          <w:lang w:eastAsia="ko-KR"/>
        </w:rPr>
        <w:t>데이터는</w:t>
      </w:r>
      <w:r>
        <w:rPr>
          <w:lang w:eastAsia="ko-KR"/>
        </w:rPr>
        <w:t xml:space="preserve"> </w:t>
      </w:r>
      <w:r>
        <w:rPr>
          <w:lang w:eastAsia="ko-KR"/>
        </w:rPr>
        <w:t>캐시</w:t>
      </w:r>
      <w:r>
        <w:rPr>
          <w:lang w:eastAsia="ko-KR"/>
        </w:rPr>
        <w:t xml:space="preserve"> </w:t>
      </w:r>
      <w:r>
        <w:rPr>
          <w:lang w:eastAsia="ko-KR"/>
        </w:rPr>
        <w:t>대상이</w:t>
      </w:r>
      <w:r>
        <w:rPr>
          <w:lang w:eastAsia="ko-KR"/>
        </w:rPr>
        <w:t xml:space="preserve"> </w:t>
      </w:r>
      <w:r>
        <w:rPr>
          <w:lang w:eastAsia="ko-KR"/>
        </w:rPr>
        <w:t>아니며</w:t>
      </w:r>
      <w:r>
        <w:rPr>
          <w:lang w:eastAsia="ko-KR"/>
        </w:rPr>
        <w:t xml:space="preserve">, </w:t>
      </w:r>
      <w:r>
        <w:rPr>
          <w:lang w:eastAsia="ko-KR"/>
        </w:rPr>
        <w:t>시간</w:t>
      </w:r>
      <w:r>
        <w:rPr>
          <w:lang w:eastAsia="ko-KR"/>
        </w:rPr>
        <w:t xml:space="preserve"> </w:t>
      </w:r>
      <w:r>
        <w:rPr>
          <w:lang w:eastAsia="ko-KR"/>
        </w:rPr>
        <w:t>경과에</w:t>
      </w:r>
      <w:r>
        <w:rPr>
          <w:lang w:eastAsia="ko-KR"/>
        </w:rPr>
        <w:t xml:space="preserve"> </w:t>
      </w:r>
      <w:r>
        <w:rPr>
          <w:lang w:eastAsia="ko-KR"/>
        </w:rPr>
        <w:t>따라</w:t>
      </w:r>
      <w:r>
        <w:rPr>
          <w:lang w:eastAsia="ko-KR"/>
        </w:rPr>
        <w:t xml:space="preserve"> </w:t>
      </w:r>
      <w:r>
        <w:rPr>
          <w:lang w:eastAsia="ko-KR"/>
        </w:rPr>
        <w:t>두</w:t>
      </w:r>
      <w:r>
        <w:rPr>
          <w:lang w:eastAsia="ko-KR"/>
        </w:rPr>
        <w:t xml:space="preserve"> </w:t>
      </w:r>
      <w:r>
        <w:rPr>
          <w:lang w:eastAsia="ko-KR"/>
        </w:rPr>
        <w:t>테이블로</w:t>
      </w:r>
      <w:r>
        <w:rPr>
          <w:lang w:eastAsia="ko-KR"/>
        </w:rPr>
        <w:t xml:space="preserve"> </w:t>
      </w:r>
      <w:r>
        <w:rPr>
          <w:lang w:eastAsia="ko-KR"/>
        </w:rPr>
        <w:t>분할</w:t>
      </w:r>
      <w:r>
        <w:rPr>
          <w:lang w:eastAsia="ko-KR"/>
        </w:rPr>
        <w:t xml:space="preserve"> </w:t>
      </w:r>
      <w:r>
        <w:rPr>
          <w:lang w:eastAsia="ko-KR"/>
        </w:rPr>
        <w:t>조회된다</w:t>
      </w:r>
      <w:r>
        <w:rPr>
          <w:lang w:eastAsia="ko-KR"/>
        </w:rPr>
        <w:t>.</w:t>
      </w:r>
    </w:p>
    <w:p w14:paraId="608ED0FA" w14:textId="77777777" w:rsidR="00927E94" w:rsidRDefault="00000000">
      <w:pPr>
        <w:ind w:left="283"/>
        <w:rPr>
          <w:lang w:eastAsia="ko-KR"/>
        </w:rPr>
      </w:pPr>
      <w:r>
        <w:rPr>
          <w:rFonts w:ascii="Consolas" w:hAnsi="Consolas"/>
          <w:color w:val="333333"/>
          <w:sz w:val="16"/>
          <w:lang w:eastAsia="ko-KR"/>
        </w:rPr>
        <w:t xml:space="preserve">     </w:t>
      </w:r>
      <w:r>
        <w:rPr>
          <w:rFonts w:ascii="Consolas" w:hAnsi="Consolas"/>
          <w:color w:val="333333"/>
          <w:sz w:val="16"/>
          <w:lang w:eastAsia="ko-KR"/>
        </w:rPr>
        <w:t>오늘</w:t>
      </w:r>
      <w:r>
        <w:rPr>
          <w:rFonts w:ascii="Consolas" w:hAnsi="Consolas"/>
          <w:color w:val="333333"/>
          <w:sz w:val="16"/>
          <w:lang w:eastAsia="ko-KR"/>
        </w:rPr>
        <w:t xml:space="preserve"> 00:00 ~ 12:00          12:00 ~ 12:35   </w:t>
      </w:r>
      <w:r>
        <w:rPr>
          <w:rFonts w:ascii="Consolas" w:hAnsi="Consolas"/>
          <w:color w:val="333333"/>
          <w:sz w:val="16"/>
          <w:lang w:eastAsia="ko-KR"/>
        </w:rPr>
        <w:t>현재</w:t>
      </w:r>
      <w:r>
        <w:rPr>
          <w:rFonts w:ascii="Consolas" w:hAnsi="Consolas"/>
          <w:color w:val="333333"/>
          <w:sz w:val="16"/>
          <w:lang w:eastAsia="ko-KR"/>
        </w:rPr>
        <w:t>(12:40)</w:t>
      </w:r>
      <w:r>
        <w:rPr>
          <w:rFonts w:ascii="Consolas" w:hAnsi="Consolas"/>
          <w:color w:val="333333"/>
          <w:sz w:val="16"/>
          <w:lang w:eastAsia="ko-KR"/>
        </w:rPr>
        <w:br/>
        <w:t xml:space="preserve">├──── Hourly </w:t>
      </w:r>
      <w:r>
        <w:rPr>
          <w:rFonts w:ascii="Consolas" w:hAnsi="Consolas"/>
          <w:color w:val="333333"/>
          <w:sz w:val="16"/>
          <w:lang w:eastAsia="ko-KR"/>
        </w:rPr>
        <w:t>테이블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조회</w:t>
      </w:r>
      <w:r>
        <w:rPr>
          <w:rFonts w:ascii="Consolas" w:hAnsi="Consolas"/>
          <w:color w:val="333333"/>
          <w:sz w:val="16"/>
          <w:lang w:eastAsia="ko-KR"/>
        </w:rPr>
        <w:t xml:space="preserve"> ──────┤── 5min </w:t>
      </w:r>
      <w:r>
        <w:rPr>
          <w:rFonts w:ascii="Consolas" w:hAnsi="Consolas"/>
          <w:color w:val="333333"/>
          <w:sz w:val="16"/>
          <w:lang w:eastAsia="ko-KR"/>
        </w:rPr>
        <w:t>조회</w:t>
      </w:r>
      <w:r>
        <w:rPr>
          <w:rFonts w:ascii="Consolas" w:hAnsi="Consolas"/>
          <w:color w:val="333333"/>
          <w:sz w:val="16"/>
          <w:lang w:eastAsia="ko-KR"/>
        </w:rPr>
        <w:t xml:space="preserve"> ──┤</w:t>
      </w:r>
      <w:r>
        <w:rPr>
          <w:rFonts w:ascii="Consolas" w:hAnsi="Consolas"/>
          <w:color w:val="333333"/>
          <w:sz w:val="16"/>
          <w:lang w:eastAsia="ko-KR"/>
        </w:rPr>
        <w:br/>
        <w:t xml:space="preserve">     (12</w:t>
      </w:r>
      <w:r>
        <w:rPr>
          <w:rFonts w:ascii="Consolas" w:hAnsi="Consolas"/>
          <w:color w:val="333333"/>
          <w:sz w:val="16"/>
          <w:lang w:eastAsia="ko-KR"/>
        </w:rPr>
        <w:t>개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범위</w:t>
      </w:r>
      <w:r>
        <w:rPr>
          <w:rFonts w:ascii="Consolas" w:hAnsi="Consolas"/>
          <w:color w:val="333333"/>
          <w:sz w:val="16"/>
          <w:lang w:eastAsia="ko-KR"/>
        </w:rPr>
        <w:t>, 1</w:t>
      </w:r>
      <w:r>
        <w:rPr>
          <w:rFonts w:ascii="Consolas" w:hAnsi="Consolas"/>
          <w:color w:val="333333"/>
          <w:sz w:val="16"/>
          <w:lang w:eastAsia="ko-KR"/>
        </w:rPr>
        <w:t>시간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단위</w:t>
      </w:r>
      <w:r>
        <w:rPr>
          <w:rFonts w:ascii="Consolas" w:hAnsi="Consolas"/>
          <w:color w:val="333333"/>
          <w:sz w:val="16"/>
          <w:lang w:eastAsia="ko-KR"/>
        </w:rPr>
        <w:t>)     (7</w:t>
      </w:r>
      <w:r>
        <w:rPr>
          <w:rFonts w:ascii="Consolas" w:hAnsi="Consolas"/>
          <w:color w:val="333333"/>
          <w:sz w:val="16"/>
          <w:lang w:eastAsia="ko-KR"/>
        </w:rPr>
        <w:t>개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범위</w:t>
      </w:r>
      <w:r>
        <w:rPr>
          <w:rFonts w:ascii="Consolas" w:hAnsi="Consolas"/>
          <w:color w:val="333333"/>
          <w:sz w:val="16"/>
          <w:lang w:eastAsia="ko-KR"/>
        </w:rPr>
        <w:t>, 5</w:t>
      </w:r>
      <w:r>
        <w:rPr>
          <w:rFonts w:ascii="Consolas" w:hAnsi="Consolas"/>
          <w:color w:val="333333"/>
          <w:sz w:val="16"/>
          <w:lang w:eastAsia="ko-KR"/>
        </w:rPr>
        <w:t>분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단위</w:t>
      </w:r>
      <w:r>
        <w:rPr>
          <w:rFonts w:ascii="Consolas" w:hAnsi="Consolas"/>
          <w:color w:val="333333"/>
          <w:sz w:val="16"/>
          <w:lang w:eastAsia="ko-KR"/>
        </w:rPr>
        <w:t>)</w:t>
      </w:r>
    </w:p>
    <w:p w14:paraId="61F3E2FB" w14:textId="77777777" w:rsidR="00927E94" w:rsidRDefault="00000000">
      <w:pPr>
        <w:pStyle w:val="a0"/>
        <w:rPr>
          <w:lang w:eastAsia="ko-KR"/>
        </w:rPr>
      </w:pPr>
      <w:r>
        <w:rPr>
          <w:b/>
          <w:lang w:eastAsia="ko-KR"/>
        </w:rPr>
        <w:t>Hourly</w:t>
      </w:r>
      <w:r>
        <w:rPr>
          <w:lang w:eastAsia="ko-KR"/>
        </w:rPr>
        <w:t xml:space="preserve">: </w:t>
      </w:r>
      <w:r>
        <w:rPr>
          <w:lang w:eastAsia="ko-KR"/>
        </w:rPr>
        <w:t>자정부터</w:t>
      </w:r>
      <w:r>
        <w:rPr>
          <w:lang w:eastAsia="ko-KR"/>
        </w:rPr>
        <w:t xml:space="preserve"> </w:t>
      </w:r>
      <w:r>
        <w:rPr>
          <w:lang w:eastAsia="ko-KR"/>
        </w:rPr>
        <w:t>약</w:t>
      </w:r>
      <w:r>
        <w:rPr>
          <w:lang w:eastAsia="ko-KR"/>
        </w:rPr>
        <w:t xml:space="preserve"> 1</w:t>
      </w:r>
      <w:r>
        <w:rPr>
          <w:lang w:eastAsia="ko-KR"/>
        </w:rPr>
        <w:t>시간</w:t>
      </w:r>
      <w:r>
        <w:rPr>
          <w:lang w:eastAsia="ko-KR"/>
        </w:rPr>
        <w:t xml:space="preserve"> </w:t>
      </w:r>
      <w:r>
        <w:rPr>
          <w:lang w:eastAsia="ko-KR"/>
        </w:rPr>
        <w:t>전까지</w:t>
      </w:r>
      <w:r>
        <w:rPr>
          <w:lang w:eastAsia="ko-KR"/>
        </w:rPr>
        <w:t xml:space="preserve"> → </w:t>
      </w:r>
      <w:r>
        <w:rPr>
          <w:lang w:eastAsia="ko-KR"/>
        </w:rPr>
        <w:t>시간</w:t>
      </w:r>
      <w:r>
        <w:rPr>
          <w:lang w:eastAsia="ko-KR"/>
        </w:rPr>
        <w:t xml:space="preserve"> </w:t>
      </w:r>
      <w:r>
        <w:rPr>
          <w:lang w:eastAsia="ko-KR"/>
        </w:rPr>
        <w:t>단위</w:t>
      </w:r>
      <w:r>
        <w:rPr>
          <w:lang w:eastAsia="ko-KR"/>
        </w:rPr>
        <w:t xml:space="preserve"> </w:t>
      </w:r>
      <w:r>
        <w:rPr>
          <w:lang w:eastAsia="ko-KR"/>
        </w:rPr>
        <w:t>범위</w:t>
      </w:r>
      <w:r>
        <w:rPr>
          <w:lang w:eastAsia="ko-KR"/>
        </w:rPr>
        <w:t xml:space="preserve"> (</w:t>
      </w:r>
      <w:r>
        <w:rPr>
          <w:lang w:eastAsia="ko-KR"/>
        </w:rPr>
        <w:t>약</w:t>
      </w:r>
      <w:r>
        <w:rPr>
          <w:lang w:eastAsia="ko-KR"/>
        </w:rPr>
        <w:t xml:space="preserve"> 12</w:t>
      </w:r>
      <w:r>
        <w:rPr>
          <w:lang w:eastAsia="ko-KR"/>
        </w:rPr>
        <w:t>개</w:t>
      </w:r>
      <w:r>
        <w:rPr>
          <w:lang w:eastAsia="ko-KR"/>
        </w:rPr>
        <w:t>)</w:t>
      </w:r>
    </w:p>
    <w:p w14:paraId="6457AC85" w14:textId="77777777" w:rsidR="00927E94" w:rsidRDefault="00000000">
      <w:pPr>
        <w:pStyle w:val="a0"/>
        <w:rPr>
          <w:lang w:eastAsia="ko-KR"/>
        </w:rPr>
      </w:pPr>
      <w:r>
        <w:rPr>
          <w:b/>
          <w:lang w:eastAsia="ko-KR"/>
        </w:rPr>
        <w:t>5min</w:t>
      </w:r>
      <w:r>
        <w:rPr>
          <w:lang w:eastAsia="ko-KR"/>
        </w:rPr>
        <w:t xml:space="preserve">: </w:t>
      </w:r>
      <w:r>
        <w:rPr>
          <w:lang w:eastAsia="ko-KR"/>
        </w:rPr>
        <w:t>최근</w:t>
      </w:r>
      <w:r>
        <w:rPr>
          <w:lang w:eastAsia="ko-KR"/>
        </w:rPr>
        <w:t xml:space="preserve"> </w:t>
      </w:r>
      <w:r>
        <w:rPr>
          <w:lang w:eastAsia="ko-KR"/>
        </w:rPr>
        <w:t>약</w:t>
      </w:r>
      <w:r>
        <w:rPr>
          <w:lang w:eastAsia="ko-KR"/>
        </w:rPr>
        <w:t xml:space="preserve"> 1</w:t>
      </w:r>
      <w:r>
        <w:rPr>
          <w:lang w:eastAsia="ko-KR"/>
        </w:rPr>
        <w:t>시간</w:t>
      </w:r>
      <w:r>
        <w:rPr>
          <w:lang w:eastAsia="ko-KR"/>
        </w:rPr>
        <w:t xml:space="preserve"> </w:t>
      </w:r>
      <w:r>
        <w:rPr>
          <w:lang w:eastAsia="ko-KR"/>
        </w:rPr>
        <w:t>이내</w:t>
      </w:r>
      <w:r>
        <w:rPr>
          <w:lang w:eastAsia="ko-KR"/>
        </w:rPr>
        <w:t xml:space="preserve"> → 5</w:t>
      </w:r>
      <w:r>
        <w:rPr>
          <w:lang w:eastAsia="ko-KR"/>
        </w:rPr>
        <w:t>분</w:t>
      </w:r>
      <w:r>
        <w:rPr>
          <w:lang w:eastAsia="ko-KR"/>
        </w:rPr>
        <w:t xml:space="preserve"> </w:t>
      </w:r>
      <w:r>
        <w:rPr>
          <w:lang w:eastAsia="ko-KR"/>
        </w:rPr>
        <w:t>단위</w:t>
      </w:r>
      <w:r>
        <w:rPr>
          <w:lang w:eastAsia="ko-KR"/>
        </w:rPr>
        <w:t xml:space="preserve"> </w:t>
      </w:r>
      <w:r>
        <w:rPr>
          <w:lang w:eastAsia="ko-KR"/>
        </w:rPr>
        <w:t>범위</w:t>
      </w:r>
      <w:r>
        <w:rPr>
          <w:lang w:eastAsia="ko-KR"/>
        </w:rPr>
        <w:t xml:space="preserve"> (</w:t>
      </w:r>
      <w:r>
        <w:rPr>
          <w:lang w:eastAsia="ko-KR"/>
        </w:rPr>
        <w:t>약</w:t>
      </w:r>
      <w:r>
        <w:rPr>
          <w:lang w:eastAsia="ko-KR"/>
        </w:rPr>
        <w:t xml:space="preserve"> 7</w:t>
      </w:r>
      <w:r>
        <w:rPr>
          <w:lang w:eastAsia="ko-KR"/>
        </w:rPr>
        <w:t>개</w:t>
      </w:r>
      <w:r>
        <w:rPr>
          <w:lang w:eastAsia="ko-KR"/>
        </w:rPr>
        <w:t>)</w:t>
      </w:r>
    </w:p>
    <w:p w14:paraId="12825564" w14:textId="77777777" w:rsidR="00927E94" w:rsidRDefault="00000000">
      <w:pPr>
        <w:pStyle w:val="a0"/>
        <w:rPr>
          <w:lang w:eastAsia="ko-KR"/>
        </w:rPr>
      </w:pPr>
      <w:r>
        <w:rPr>
          <w:lang w:eastAsia="ko-KR"/>
        </w:rPr>
        <w:t>각</w:t>
      </w:r>
      <w:r>
        <w:rPr>
          <w:lang w:eastAsia="ko-KR"/>
        </w:rPr>
        <w:t xml:space="preserve"> </w:t>
      </w:r>
      <w:r>
        <w:rPr>
          <w:lang w:eastAsia="ko-KR"/>
        </w:rPr>
        <w:t>범위마다</w:t>
      </w:r>
      <w:r>
        <w:rPr>
          <w:lang w:eastAsia="ko-KR"/>
        </w:rPr>
        <w:t xml:space="preserve"> DB </w:t>
      </w:r>
      <w:r>
        <w:rPr>
          <w:lang w:eastAsia="ko-KR"/>
        </w:rPr>
        <w:t>커넥션</w:t>
      </w:r>
      <w:r>
        <w:rPr>
          <w:lang w:eastAsia="ko-KR"/>
        </w:rPr>
        <w:t xml:space="preserve"> 1</w:t>
      </w:r>
      <w:r>
        <w:rPr>
          <w:lang w:eastAsia="ko-KR"/>
        </w:rPr>
        <w:t>회</w:t>
      </w:r>
      <w:r>
        <w:rPr>
          <w:lang w:eastAsia="ko-KR"/>
        </w:rPr>
        <w:t xml:space="preserve"> + Viewport Pass1 1</w:t>
      </w:r>
      <w:r>
        <w:rPr>
          <w:lang w:eastAsia="ko-KR"/>
        </w:rPr>
        <w:t>회</w:t>
      </w:r>
      <w:r>
        <w:rPr>
          <w:lang w:eastAsia="ko-KR"/>
        </w:rPr>
        <w:t xml:space="preserve"> </w:t>
      </w:r>
      <w:r>
        <w:rPr>
          <w:lang w:eastAsia="ko-KR"/>
        </w:rPr>
        <w:t>발생</w:t>
      </w:r>
      <w:r>
        <w:rPr>
          <w:lang w:eastAsia="ko-KR"/>
        </w:rPr>
        <w:t xml:space="preserve"> → </w:t>
      </w:r>
      <w:r>
        <w:rPr>
          <w:lang w:eastAsia="ko-KR"/>
        </w:rPr>
        <w:t>오늘</w:t>
      </w:r>
      <w:r>
        <w:rPr>
          <w:lang w:eastAsia="ko-KR"/>
        </w:rPr>
        <w:t xml:space="preserve"> </w:t>
      </w:r>
      <w:r>
        <w:rPr>
          <w:lang w:eastAsia="ko-KR"/>
        </w:rPr>
        <w:t>구간</w:t>
      </w:r>
      <w:r>
        <w:rPr>
          <w:lang w:eastAsia="ko-KR"/>
        </w:rPr>
        <w:t xml:space="preserve"> </w:t>
      </w:r>
      <w:r>
        <w:rPr>
          <w:lang w:eastAsia="ko-KR"/>
        </w:rPr>
        <w:t>커넥션</w:t>
      </w:r>
      <w:r>
        <w:rPr>
          <w:lang w:eastAsia="ko-KR"/>
        </w:rPr>
        <w:t xml:space="preserve"> = </w:t>
      </w:r>
      <w:r>
        <w:rPr>
          <w:lang w:eastAsia="ko-KR"/>
        </w:rPr>
        <w:t>범위</w:t>
      </w:r>
      <w:r>
        <w:rPr>
          <w:lang w:eastAsia="ko-KR"/>
        </w:rPr>
        <w:t xml:space="preserve"> </w:t>
      </w:r>
      <w:r>
        <w:rPr>
          <w:lang w:eastAsia="ko-KR"/>
        </w:rPr>
        <w:t>수</w:t>
      </w:r>
      <w:r>
        <w:rPr>
          <w:lang w:eastAsia="ko-KR"/>
        </w:rPr>
        <w:t xml:space="preserve"> × 2</w:t>
      </w:r>
    </w:p>
    <w:p w14:paraId="2D12A676" w14:textId="77777777" w:rsidR="00927E94" w:rsidRDefault="00927E94">
      <w:pPr>
        <w:spacing w:before="120" w:after="120"/>
        <w:rPr>
          <w:lang w:eastAsia="ko-KR"/>
        </w:rPr>
      </w:pPr>
    </w:p>
    <w:p w14:paraId="3F88BB22" w14:textId="77777777" w:rsidR="00927E94" w:rsidRDefault="00000000">
      <w:pPr>
        <w:pStyle w:val="21"/>
        <w:rPr>
          <w:lang w:eastAsia="ko-KR"/>
        </w:rPr>
      </w:pPr>
      <w:r>
        <w:rPr>
          <w:lang w:eastAsia="ko-KR"/>
        </w:rPr>
        <w:lastRenderedPageBreak/>
        <w:t xml:space="preserve">2. </w:t>
      </w:r>
      <w:r>
        <w:rPr>
          <w:lang w:eastAsia="ko-KR"/>
        </w:rPr>
        <w:t>전체</w:t>
      </w:r>
      <w:r>
        <w:rPr>
          <w:lang w:eastAsia="ko-KR"/>
        </w:rPr>
        <w:t xml:space="preserve"> </w:t>
      </w:r>
      <w:r>
        <w:rPr>
          <w:lang w:eastAsia="ko-KR"/>
        </w:rPr>
        <w:t>측정</w:t>
      </w:r>
      <w:r>
        <w:rPr>
          <w:lang w:eastAsia="ko-KR"/>
        </w:rPr>
        <w:t xml:space="preserve"> </w:t>
      </w:r>
      <w:r>
        <w:rPr>
          <w:lang w:eastAsia="ko-KR"/>
        </w:rPr>
        <w:t>데이터</w:t>
      </w:r>
    </w:p>
    <w:p w14:paraId="7B7FDF04" w14:textId="77777777" w:rsidR="00927E94" w:rsidRDefault="00000000">
      <w:pPr>
        <w:pStyle w:val="31"/>
        <w:rPr>
          <w:lang w:eastAsia="ko-KR"/>
        </w:rPr>
      </w:pPr>
      <w:r>
        <w:rPr>
          <w:lang w:eastAsia="ko-KR"/>
        </w:rPr>
        <w:t xml:space="preserve">2.1 </w:t>
      </w:r>
      <w:r>
        <w:rPr>
          <w:lang w:eastAsia="ko-KR"/>
        </w:rPr>
        <w:t>요약</w:t>
      </w:r>
      <w:r>
        <w:rPr>
          <w:lang w:eastAsia="ko-KR"/>
        </w:rPr>
        <w:t xml:space="preserve"> </w:t>
      </w:r>
      <w:r>
        <w:rPr>
          <w:lang w:eastAsia="ko-KR"/>
        </w:rPr>
        <w:t>테이블</w:t>
      </w:r>
    </w:p>
    <w:tbl>
      <w:tblPr>
        <w:tblStyle w:val="-11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34"/>
        <w:gridCol w:w="1122"/>
        <w:gridCol w:w="652"/>
        <w:gridCol w:w="727"/>
        <w:gridCol w:w="816"/>
        <w:gridCol w:w="793"/>
        <w:gridCol w:w="993"/>
        <w:gridCol w:w="992"/>
        <w:gridCol w:w="1134"/>
        <w:gridCol w:w="1093"/>
      </w:tblGrid>
      <w:tr w:rsidR="00927E94" w14:paraId="72317169" w14:textId="77777777" w:rsidTr="00A611C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14:paraId="739B8A38" w14:textId="77777777" w:rsidR="00927E94" w:rsidRDefault="00000000">
            <w:r>
              <w:t>#</w:t>
            </w:r>
          </w:p>
        </w:tc>
        <w:tc>
          <w:tcPr>
            <w:tcW w:w="1122" w:type="dxa"/>
          </w:tcPr>
          <w:p w14:paraId="31128A98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경로</w:t>
            </w:r>
          </w:p>
        </w:tc>
        <w:tc>
          <w:tcPr>
            <w:tcW w:w="652" w:type="dxa"/>
          </w:tcPr>
          <w:p w14:paraId="2F5BB3A0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Zoom</w:t>
            </w:r>
          </w:p>
        </w:tc>
        <w:tc>
          <w:tcPr>
            <w:tcW w:w="727" w:type="dxa"/>
          </w:tcPr>
          <w:p w14:paraId="6C06C2C3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일수</w:t>
            </w:r>
          </w:p>
        </w:tc>
        <w:tc>
          <w:tcPr>
            <w:tcW w:w="816" w:type="dxa"/>
          </w:tcPr>
          <w:p w14:paraId="5A6A912C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캐시</w:t>
            </w:r>
            <w:r>
              <w:t>/DB</w:t>
            </w:r>
          </w:p>
        </w:tc>
        <w:tc>
          <w:tcPr>
            <w:tcW w:w="793" w:type="dxa"/>
          </w:tcPr>
          <w:p w14:paraId="45503933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선박</w:t>
            </w:r>
            <w:r>
              <w:t xml:space="preserve"> </w:t>
            </w:r>
            <w:r>
              <w:t>수</w:t>
            </w:r>
          </w:p>
        </w:tc>
        <w:tc>
          <w:tcPr>
            <w:tcW w:w="993" w:type="dxa"/>
          </w:tcPr>
          <w:p w14:paraId="31AF28CD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트랙</w:t>
            </w:r>
            <w:r>
              <w:t xml:space="preserve"> </w:t>
            </w:r>
            <w:r>
              <w:t>수</w:t>
            </w:r>
          </w:p>
        </w:tc>
        <w:tc>
          <w:tcPr>
            <w:tcW w:w="992" w:type="dxa"/>
          </w:tcPr>
          <w:p w14:paraId="27BD210F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응답시간</w:t>
            </w:r>
            <w:r>
              <w:t>(ms)</w:t>
            </w:r>
          </w:p>
        </w:tc>
        <w:tc>
          <w:tcPr>
            <w:tcW w:w="1134" w:type="dxa"/>
          </w:tcPr>
          <w:p w14:paraId="1DA9F519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DB</w:t>
            </w:r>
            <w:r>
              <w:t>커넥션</w:t>
            </w:r>
          </w:p>
        </w:tc>
        <w:tc>
          <w:tcPr>
            <w:tcW w:w="1093" w:type="dxa"/>
          </w:tcPr>
          <w:p w14:paraId="1C2C7FD9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DB</w:t>
            </w:r>
            <w:r>
              <w:t>쿼리시간</w:t>
            </w:r>
            <w:r>
              <w:t>(ms)</w:t>
            </w:r>
          </w:p>
        </w:tc>
      </w:tr>
      <w:tr w:rsidR="00927E94" w14:paraId="4B2819A3" w14:textId="77777777" w:rsidTr="00A61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14:paraId="6DD8B138" w14:textId="77777777" w:rsidR="00927E94" w:rsidRDefault="00000000">
            <w:r>
              <w:t>1</w:t>
            </w:r>
          </w:p>
        </w:tc>
        <w:tc>
          <w:tcPr>
            <w:tcW w:w="1122" w:type="dxa"/>
          </w:tcPr>
          <w:p w14:paraId="2D1396B9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CACHE</w:t>
            </w:r>
          </w:p>
        </w:tc>
        <w:tc>
          <w:tcPr>
            <w:tcW w:w="652" w:type="dxa"/>
          </w:tcPr>
          <w:p w14:paraId="638A07E7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727" w:type="dxa"/>
          </w:tcPr>
          <w:p w14:paraId="415E1ACF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816" w:type="dxa"/>
          </w:tcPr>
          <w:p w14:paraId="523754A2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3/0</w:t>
            </w:r>
          </w:p>
        </w:tc>
        <w:tc>
          <w:tcPr>
            <w:tcW w:w="793" w:type="dxa"/>
          </w:tcPr>
          <w:p w14:paraId="2FB6B819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443</w:t>
            </w:r>
          </w:p>
        </w:tc>
        <w:tc>
          <w:tcPr>
            <w:tcW w:w="993" w:type="dxa"/>
          </w:tcPr>
          <w:p w14:paraId="0FC16A7B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986</w:t>
            </w:r>
          </w:p>
        </w:tc>
        <w:tc>
          <w:tcPr>
            <w:tcW w:w="992" w:type="dxa"/>
          </w:tcPr>
          <w:p w14:paraId="0A1EAA88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</w:rPr>
              <w:t>575</w:t>
            </w:r>
          </w:p>
        </w:tc>
        <w:tc>
          <w:tcPr>
            <w:tcW w:w="1134" w:type="dxa"/>
          </w:tcPr>
          <w:p w14:paraId="5580DF93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093" w:type="dxa"/>
          </w:tcPr>
          <w:p w14:paraId="4C0DDEC5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</w:t>
            </w:r>
          </w:p>
        </w:tc>
      </w:tr>
      <w:tr w:rsidR="00927E94" w14:paraId="7853170B" w14:textId="77777777" w:rsidTr="00A611C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14:paraId="5C6C5589" w14:textId="77777777" w:rsidR="00927E94" w:rsidRDefault="00000000">
            <w:r>
              <w:t>2</w:t>
            </w:r>
          </w:p>
        </w:tc>
        <w:tc>
          <w:tcPr>
            <w:tcW w:w="1122" w:type="dxa"/>
          </w:tcPr>
          <w:p w14:paraId="431A4202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DB</w:t>
            </w:r>
          </w:p>
        </w:tc>
        <w:tc>
          <w:tcPr>
            <w:tcW w:w="652" w:type="dxa"/>
          </w:tcPr>
          <w:p w14:paraId="61632D60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727" w:type="dxa"/>
          </w:tcPr>
          <w:p w14:paraId="34D0B63C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816" w:type="dxa"/>
          </w:tcPr>
          <w:p w14:paraId="45EBE706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0/2</w:t>
            </w:r>
          </w:p>
        </w:tc>
        <w:tc>
          <w:tcPr>
            <w:tcW w:w="793" w:type="dxa"/>
          </w:tcPr>
          <w:p w14:paraId="060AB91C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352</w:t>
            </w:r>
          </w:p>
        </w:tc>
        <w:tc>
          <w:tcPr>
            <w:tcW w:w="993" w:type="dxa"/>
          </w:tcPr>
          <w:p w14:paraId="646C182C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587</w:t>
            </w:r>
          </w:p>
        </w:tc>
        <w:tc>
          <w:tcPr>
            <w:tcW w:w="992" w:type="dxa"/>
          </w:tcPr>
          <w:p w14:paraId="21E8483F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b/>
              </w:rPr>
              <w:t>7,221</w:t>
            </w:r>
          </w:p>
        </w:tc>
        <w:tc>
          <w:tcPr>
            <w:tcW w:w="1134" w:type="dxa"/>
          </w:tcPr>
          <w:p w14:paraId="672860D1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8</w:t>
            </w:r>
          </w:p>
        </w:tc>
        <w:tc>
          <w:tcPr>
            <w:tcW w:w="1093" w:type="dxa"/>
          </w:tcPr>
          <w:p w14:paraId="13171A27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3,475</w:t>
            </w:r>
          </w:p>
        </w:tc>
      </w:tr>
      <w:tr w:rsidR="00927E94" w14:paraId="253C2C0B" w14:textId="77777777" w:rsidTr="00A61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14:paraId="26A7E8C6" w14:textId="77777777" w:rsidR="00927E94" w:rsidRDefault="00000000">
            <w:r>
              <w:t>3</w:t>
            </w:r>
          </w:p>
        </w:tc>
        <w:tc>
          <w:tcPr>
            <w:tcW w:w="1122" w:type="dxa"/>
          </w:tcPr>
          <w:p w14:paraId="1299BD70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DB</w:t>
            </w:r>
          </w:p>
        </w:tc>
        <w:tc>
          <w:tcPr>
            <w:tcW w:w="652" w:type="dxa"/>
          </w:tcPr>
          <w:p w14:paraId="2F052C6F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727" w:type="dxa"/>
          </w:tcPr>
          <w:p w14:paraId="74866162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816" w:type="dxa"/>
          </w:tcPr>
          <w:p w14:paraId="6252DC3E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0/2</w:t>
            </w:r>
          </w:p>
        </w:tc>
        <w:tc>
          <w:tcPr>
            <w:tcW w:w="793" w:type="dxa"/>
          </w:tcPr>
          <w:p w14:paraId="1FD8293E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12,253</w:t>
            </w:r>
          </w:p>
        </w:tc>
        <w:tc>
          <w:tcPr>
            <w:tcW w:w="993" w:type="dxa"/>
          </w:tcPr>
          <w:p w14:paraId="42B2E685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18,502</w:t>
            </w:r>
          </w:p>
        </w:tc>
        <w:tc>
          <w:tcPr>
            <w:tcW w:w="992" w:type="dxa"/>
          </w:tcPr>
          <w:p w14:paraId="64426297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</w:rPr>
              <w:t>8,195</w:t>
            </w:r>
          </w:p>
        </w:tc>
        <w:tc>
          <w:tcPr>
            <w:tcW w:w="1134" w:type="dxa"/>
          </w:tcPr>
          <w:p w14:paraId="61CD38BC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</w:t>
            </w:r>
          </w:p>
        </w:tc>
        <w:tc>
          <w:tcPr>
            <w:tcW w:w="1093" w:type="dxa"/>
          </w:tcPr>
          <w:p w14:paraId="19066422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1,443</w:t>
            </w:r>
          </w:p>
        </w:tc>
      </w:tr>
      <w:tr w:rsidR="00927E94" w14:paraId="5352BFE8" w14:textId="77777777" w:rsidTr="00A611C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14:paraId="1072649C" w14:textId="77777777" w:rsidR="00927E94" w:rsidRDefault="00000000">
            <w:r>
              <w:t>4</w:t>
            </w:r>
          </w:p>
        </w:tc>
        <w:tc>
          <w:tcPr>
            <w:tcW w:w="1122" w:type="dxa"/>
          </w:tcPr>
          <w:p w14:paraId="0F8A7A82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CACHE</w:t>
            </w:r>
          </w:p>
        </w:tc>
        <w:tc>
          <w:tcPr>
            <w:tcW w:w="652" w:type="dxa"/>
          </w:tcPr>
          <w:p w14:paraId="4E8A8BCB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727" w:type="dxa"/>
          </w:tcPr>
          <w:p w14:paraId="3421B7EC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816" w:type="dxa"/>
          </w:tcPr>
          <w:p w14:paraId="0C99B606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2/0</w:t>
            </w:r>
          </w:p>
        </w:tc>
        <w:tc>
          <w:tcPr>
            <w:tcW w:w="793" w:type="dxa"/>
          </w:tcPr>
          <w:p w14:paraId="7FE8BD1F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10,690</w:t>
            </w:r>
          </w:p>
        </w:tc>
        <w:tc>
          <w:tcPr>
            <w:tcW w:w="993" w:type="dxa"/>
          </w:tcPr>
          <w:p w14:paraId="1EAC5044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16,942</w:t>
            </w:r>
          </w:p>
        </w:tc>
        <w:tc>
          <w:tcPr>
            <w:tcW w:w="992" w:type="dxa"/>
          </w:tcPr>
          <w:p w14:paraId="538FF9DF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b/>
              </w:rPr>
              <w:t>1,439</w:t>
            </w:r>
          </w:p>
        </w:tc>
        <w:tc>
          <w:tcPr>
            <w:tcW w:w="1134" w:type="dxa"/>
          </w:tcPr>
          <w:p w14:paraId="5571D08E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093" w:type="dxa"/>
          </w:tcPr>
          <w:p w14:paraId="0A5AAAAF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0</w:t>
            </w:r>
          </w:p>
        </w:tc>
      </w:tr>
      <w:tr w:rsidR="00927E94" w14:paraId="098E4FD2" w14:textId="77777777" w:rsidTr="00A61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14:paraId="28991A4C" w14:textId="77777777" w:rsidR="00927E94" w:rsidRDefault="00000000">
            <w:r>
              <w:t>5</w:t>
            </w:r>
          </w:p>
        </w:tc>
        <w:tc>
          <w:tcPr>
            <w:tcW w:w="1122" w:type="dxa"/>
          </w:tcPr>
          <w:p w14:paraId="1492A87C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CACHE</w:t>
            </w:r>
          </w:p>
        </w:tc>
        <w:tc>
          <w:tcPr>
            <w:tcW w:w="652" w:type="dxa"/>
          </w:tcPr>
          <w:p w14:paraId="59564C7A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727" w:type="dxa"/>
          </w:tcPr>
          <w:p w14:paraId="5EC0BD55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816" w:type="dxa"/>
          </w:tcPr>
          <w:p w14:paraId="232C5DFE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2/0</w:t>
            </w:r>
          </w:p>
        </w:tc>
        <w:tc>
          <w:tcPr>
            <w:tcW w:w="793" w:type="dxa"/>
          </w:tcPr>
          <w:p w14:paraId="781E9344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10,690</w:t>
            </w:r>
          </w:p>
        </w:tc>
        <w:tc>
          <w:tcPr>
            <w:tcW w:w="993" w:type="dxa"/>
          </w:tcPr>
          <w:p w14:paraId="4804882C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16,942</w:t>
            </w:r>
          </w:p>
        </w:tc>
        <w:tc>
          <w:tcPr>
            <w:tcW w:w="992" w:type="dxa"/>
          </w:tcPr>
          <w:p w14:paraId="70E8CC2F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</w:rPr>
              <w:t>1,374</w:t>
            </w:r>
          </w:p>
        </w:tc>
        <w:tc>
          <w:tcPr>
            <w:tcW w:w="1134" w:type="dxa"/>
          </w:tcPr>
          <w:p w14:paraId="2DEE1CDD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093" w:type="dxa"/>
          </w:tcPr>
          <w:p w14:paraId="22D61271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</w:t>
            </w:r>
          </w:p>
        </w:tc>
      </w:tr>
      <w:tr w:rsidR="00927E94" w14:paraId="039E0815" w14:textId="77777777" w:rsidTr="00A611C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14:paraId="3398EBCE" w14:textId="77777777" w:rsidR="00927E94" w:rsidRDefault="00000000">
            <w:r>
              <w:t>6</w:t>
            </w:r>
          </w:p>
        </w:tc>
        <w:tc>
          <w:tcPr>
            <w:tcW w:w="1122" w:type="dxa"/>
          </w:tcPr>
          <w:p w14:paraId="0C9B0060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HYBRID</w:t>
            </w:r>
          </w:p>
        </w:tc>
        <w:tc>
          <w:tcPr>
            <w:tcW w:w="652" w:type="dxa"/>
          </w:tcPr>
          <w:p w14:paraId="316A21BE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8</w:t>
            </w:r>
          </w:p>
        </w:tc>
        <w:tc>
          <w:tcPr>
            <w:tcW w:w="727" w:type="dxa"/>
          </w:tcPr>
          <w:p w14:paraId="4F9D38B6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816" w:type="dxa"/>
          </w:tcPr>
          <w:p w14:paraId="5D956AEB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3/2</w:t>
            </w:r>
          </w:p>
        </w:tc>
        <w:tc>
          <w:tcPr>
            <w:tcW w:w="793" w:type="dxa"/>
          </w:tcPr>
          <w:p w14:paraId="48339A2E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9,958</w:t>
            </w:r>
          </w:p>
        </w:tc>
        <w:tc>
          <w:tcPr>
            <w:tcW w:w="993" w:type="dxa"/>
          </w:tcPr>
          <w:p w14:paraId="7EAEA442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29,362</w:t>
            </w:r>
          </w:p>
        </w:tc>
        <w:tc>
          <w:tcPr>
            <w:tcW w:w="992" w:type="dxa"/>
          </w:tcPr>
          <w:p w14:paraId="0CE0781B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b/>
              </w:rPr>
              <w:t>8,900</w:t>
            </w:r>
          </w:p>
        </w:tc>
        <w:tc>
          <w:tcPr>
            <w:tcW w:w="1134" w:type="dxa"/>
          </w:tcPr>
          <w:p w14:paraId="1A6C6EAA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16</w:t>
            </w:r>
          </w:p>
        </w:tc>
        <w:tc>
          <w:tcPr>
            <w:tcW w:w="1093" w:type="dxa"/>
          </w:tcPr>
          <w:p w14:paraId="4CDE34D7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3,301</w:t>
            </w:r>
          </w:p>
        </w:tc>
      </w:tr>
      <w:tr w:rsidR="00927E94" w14:paraId="156FCC8F" w14:textId="77777777" w:rsidTr="00A61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14:paraId="60A8B74A" w14:textId="77777777" w:rsidR="00927E94" w:rsidRDefault="00000000">
            <w:r>
              <w:t>7</w:t>
            </w:r>
          </w:p>
        </w:tc>
        <w:tc>
          <w:tcPr>
            <w:tcW w:w="1122" w:type="dxa"/>
          </w:tcPr>
          <w:p w14:paraId="438C6B6C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HYBRID</w:t>
            </w:r>
          </w:p>
        </w:tc>
        <w:tc>
          <w:tcPr>
            <w:tcW w:w="652" w:type="dxa"/>
          </w:tcPr>
          <w:p w14:paraId="7D01EA65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</w:t>
            </w:r>
          </w:p>
        </w:tc>
        <w:tc>
          <w:tcPr>
            <w:tcW w:w="727" w:type="dxa"/>
          </w:tcPr>
          <w:p w14:paraId="4D8A0E91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816" w:type="dxa"/>
          </w:tcPr>
          <w:p w14:paraId="445D9D7A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3/2</w:t>
            </w:r>
          </w:p>
        </w:tc>
        <w:tc>
          <w:tcPr>
            <w:tcW w:w="793" w:type="dxa"/>
          </w:tcPr>
          <w:p w14:paraId="566F3220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547</w:t>
            </w:r>
          </w:p>
        </w:tc>
        <w:tc>
          <w:tcPr>
            <w:tcW w:w="993" w:type="dxa"/>
          </w:tcPr>
          <w:p w14:paraId="02E2E98B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1,927</w:t>
            </w:r>
          </w:p>
        </w:tc>
        <w:tc>
          <w:tcPr>
            <w:tcW w:w="992" w:type="dxa"/>
          </w:tcPr>
          <w:p w14:paraId="56262CE5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</w:rPr>
              <w:t>1,373</w:t>
            </w:r>
          </w:p>
        </w:tc>
        <w:tc>
          <w:tcPr>
            <w:tcW w:w="1134" w:type="dxa"/>
          </w:tcPr>
          <w:p w14:paraId="11953E44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</w:t>
            </w:r>
          </w:p>
        </w:tc>
        <w:tc>
          <w:tcPr>
            <w:tcW w:w="1093" w:type="dxa"/>
          </w:tcPr>
          <w:p w14:paraId="25825E7E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550</w:t>
            </w:r>
          </w:p>
        </w:tc>
      </w:tr>
      <w:tr w:rsidR="00927E94" w14:paraId="6640C3E3" w14:textId="77777777" w:rsidTr="00A611C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14:paraId="7D075A0B" w14:textId="77777777" w:rsidR="00927E94" w:rsidRDefault="00000000">
            <w:r>
              <w:t>8</w:t>
            </w:r>
          </w:p>
        </w:tc>
        <w:tc>
          <w:tcPr>
            <w:tcW w:w="1122" w:type="dxa"/>
          </w:tcPr>
          <w:p w14:paraId="1E165EDF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HYBRID</w:t>
            </w:r>
          </w:p>
        </w:tc>
        <w:tc>
          <w:tcPr>
            <w:tcW w:w="652" w:type="dxa"/>
          </w:tcPr>
          <w:p w14:paraId="5B4242B0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8</w:t>
            </w:r>
          </w:p>
        </w:tc>
        <w:tc>
          <w:tcPr>
            <w:tcW w:w="727" w:type="dxa"/>
          </w:tcPr>
          <w:p w14:paraId="18054430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816" w:type="dxa"/>
          </w:tcPr>
          <w:p w14:paraId="1D15AEA5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3/2</w:t>
            </w:r>
          </w:p>
        </w:tc>
        <w:tc>
          <w:tcPr>
            <w:tcW w:w="793" w:type="dxa"/>
          </w:tcPr>
          <w:p w14:paraId="63D9B52C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4,589</w:t>
            </w:r>
          </w:p>
        </w:tc>
        <w:tc>
          <w:tcPr>
            <w:tcW w:w="993" w:type="dxa"/>
          </w:tcPr>
          <w:p w14:paraId="320852E5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12,422</w:t>
            </w:r>
          </w:p>
        </w:tc>
        <w:tc>
          <w:tcPr>
            <w:tcW w:w="992" w:type="dxa"/>
          </w:tcPr>
          <w:p w14:paraId="0460E2FA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b/>
              </w:rPr>
              <w:t>2,910</w:t>
            </w:r>
          </w:p>
        </w:tc>
        <w:tc>
          <w:tcPr>
            <w:tcW w:w="1134" w:type="dxa"/>
          </w:tcPr>
          <w:p w14:paraId="13F044C0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12</w:t>
            </w:r>
          </w:p>
        </w:tc>
        <w:tc>
          <w:tcPr>
            <w:tcW w:w="1093" w:type="dxa"/>
          </w:tcPr>
          <w:p w14:paraId="038A2882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715</w:t>
            </w:r>
          </w:p>
        </w:tc>
      </w:tr>
      <w:tr w:rsidR="00927E94" w14:paraId="10BBA919" w14:textId="77777777" w:rsidTr="00A61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14:paraId="5DA7D24D" w14:textId="77777777" w:rsidR="00927E94" w:rsidRDefault="00000000">
            <w:r>
              <w:t>9</w:t>
            </w:r>
          </w:p>
        </w:tc>
        <w:tc>
          <w:tcPr>
            <w:tcW w:w="1122" w:type="dxa"/>
          </w:tcPr>
          <w:p w14:paraId="0A3BB0F6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HYBRID</w:t>
            </w:r>
          </w:p>
        </w:tc>
        <w:tc>
          <w:tcPr>
            <w:tcW w:w="652" w:type="dxa"/>
          </w:tcPr>
          <w:p w14:paraId="2F0090CE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</w:t>
            </w:r>
          </w:p>
        </w:tc>
        <w:tc>
          <w:tcPr>
            <w:tcW w:w="727" w:type="dxa"/>
          </w:tcPr>
          <w:p w14:paraId="43BFF498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816" w:type="dxa"/>
          </w:tcPr>
          <w:p w14:paraId="3617492E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3/2</w:t>
            </w:r>
          </w:p>
        </w:tc>
        <w:tc>
          <w:tcPr>
            <w:tcW w:w="793" w:type="dxa"/>
          </w:tcPr>
          <w:p w14:paraId="365F3B02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5,760</w:t>
            </w:r>
          </w:p>
        </w:tc>
        <w:tc>
          <w:tcPr>
            <w:tcW w:w="993" w:type="dxa"/>
          </w:tcPr>
          <w:p w14:paraId="7E6798A2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23,283</w:t>
            </w:r>
          </w:p>
        </w:tc>
        <w:tc>
          <w:tcPr>
            <w:tcW w:w="992" w:type="dxa"/>
          </w:tcPr>
          <w:p w14:paraId="6757880B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</w:rPr>
              <w:t>3,651</w:t>
            </w:r>
          </w:p>
        </w:tc>
        <w:tc>
          <w:tcPr>
            <w:tcW w:w="1134" w:type="dxa"/>
          </w:tcPr>
          <w:p w14:paraId="240AFE51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</w:t>
            </w:r>
          </w:p>
        </w:tc>
        <w:tc>
          <w:tcPr>
            <w:tcW w:w="1093" w:type="dxa"/>
          </w:tcPr>
          <w:p w14:paraId="54CB279E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1,048</w:t>
            </w:r>
          </w:p>
        </w:tc>
      </w:tr>
      <w:tr w:rsidR="00927E94" w14:paraId="1399CC9E" w14:textId="77777777" w:rsidTr="00A611C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14:paraId="0A52EF9D" w14:textId="77777777" w:rsidR="00927E94" w:rsidRDefault="00000000">
            <w:r>
              <w:t>10</w:t>
            </w:r>
          </w:p>
        </w:tc>
        <w:tc>
          <w:tcPr>
            <w:tcW w:w="1122" w:type="dxa"/>
          </w:tcPr>
          <w:p w14:paraId="2ABF111C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CACHE+Today</w:t>
            </w:r>
          </w:p>
        </w:tc>
        <w:tc>
          <w:tcPr>
            <w:tcW w:w="652" w:type="dxa"/>
          </w:tcPr>
          <w:p w14:paraId="7F00260D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727" w:type="dxa"/>
          </w:tcPr>
          <w:p w14:paraId="43C0BA7B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3+</w:t>
            </w:r>
            <w:r>
              <w:t>오늘</w:t>
            </w:r>
          </w:p>
        </w:tc>
        <w:tc>
          <w:tcPr>
            <w:tcW w:w="816" w:type="dxa"/>
          </w:tcPr>
          <w:p w14:paraId="53BEE0F7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3/0</w:t>
            </w:r>
          </w:p>
        </w:tc>
        <w:tc>
          <w:tcPr>
            <w:tcW w:w="793" w:type="dxa"/>
          </w:tcPr>
          <w:p w14:paraId="5CC94D3A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105</w:t>
            </w:r>
          </w:p>
        </w:tc>
        <w:tc>
          <w:tcPr>
            <w:tcW w:w="993" w:type="dxa"/>
          </w:tcPr>
          <w:p w14:paraId="31A4A0AF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301</w:t>
            </w:r>
          </w:p>
        </w:tc>
        <w:tc>
          <w:tcPr>
            <w:tcW w:w="992" w:type="dxa"/>
          </w:tcPr>
          <w:p w14:paraId="13B521A9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b/>
              </w:rPr>
              <w:t>6,091</w:t>
            </w:r>
          </w:p>
        </w:tc>
        <w:tc>
          <w:tcPr>
            <w:tcW w:w="1134" w:type="dxa"/>
          </w:tcPr>
          <w:p w14:paraId="26D8F9D5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56</w:t>
            </w:r>
          </w:p>
        </w:tc>
        <w:tc>
          <w:tcPr>
            <w:tcW w:w="1093" w:type="dxa"/>
          </w:tcPr>
          <w:p w14:paraId="6CF52503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0</w:t>
            </w:r>
          </w:p>
        </w:tc>
      </w:tr>
      <w:tr w:rsidR="00927E94" w14:paraId="5B36DB83" w14:textId="77777777" w:rsidTr="00A61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14:paraId="0E4B8BDD" w14:textId="77777777" w:rsidR="00927E94" w:rsidRDefault="00000000">
            <w:r>
              <w:t>11</w:t>
            </w:r>
          </w:p>
        </w:tc>
        <w:tc>
          <w:tcPr>
            <w:tcW w:w="1122" w:type="dxa"/>
          </w:tcPr>
          <w:p w14:paraId="03415530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HYBRID</w:t>
            </w:r>
          </w:p>
        </w:tc>
        <w:tc>
          <w:tcPr>
            <w:tcW w:w="652" w:type="dxa"/>
          </w:tcPr>
          <w:p w14:paraId="7C6DB2E1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</w:t>
            </w:r>
          </w:p>
        </w:tc>
        <w:tc>
          <w:tcPr>
            <w:tcW w:w="727" w:type="dxa"/>
          </w:tcPr>
          <w:p w14:paraId="17745489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816" w:type="dxa"/>
          </w:tcPr>
          <w:p w14:paraId="64DBBA73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3/2</w:t>
            </w:r>
          </w:p>
        </w:tc>
        <w:tc>
          <w:tcPr>
            <w:tcW w:w="793" w:type="dxa"/>
          </w:tcPr>
          <w:p w14:paraId="5C8CADD6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52,151</w:t>
            </w:r>
          </w:p>
        </w:tc>
        <w:tc>
          <w:tcPr>
            <w:tcW w:w="993" w:type="dxa"/>
          </w:tcPr>
          <w:p w14:paraId="1BF5BF57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162,849</w:t>
            </w:r>
          </w:p>
        </w:tc>
        <w:tc>
          <w:tcPr>
            <w:tcW w:w="992" w:type="dxa"/>
          </w:tcPr>
          <w:p w14:paraId="3DBA22DB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</w:rPr>
              <w:t>105,212</w:t>
            </w:r>
          </w:p>
        </w:tc>
        <w:tc>
          <w:tcPr>
            <w:tcW w:w="1134" w:type="dxa"/>
          </w:tcPr>
          <w:p w14:paraId="28D7F284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45</w:t>
            </w:r>
          </w:p>
        </w:tc>
        <w:tc>
          <w:tcPr>
            <w:tcW w:w="1093" w:type="dxa"/>
          </w:tcPr>
          <w:p w14:paraId="7F7F8C50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93,319</w:t>
            </w:r>
          </w:p>
        </w:tc>
      </w:tr>
      <w:tr w:rsidR="00927E94" w14:paraId="05694694" w14:textId="77777777" w:rsidTr="00A611C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14:paraId="62901391" w14:textId="77777777" w:rsidR="00927E94" w:rsidRDefault="00000000">
            <w:r>
              <w:t>12</w:t>
            </w:r>
          </w:p>
        </w:tc>
        <w:tc>
          <w:tcPr>
            <w:tcW w:w="1122" w:type="dxa"/>
          </w:tcPr>
          <w:p w14:paraId="4C4B9FDB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CACHE+Today</w:t>
            </w:r>
          </w:p>
        </w:tc>
        <w:tc>
          <w:tcPr>
            <w:tcW w:w="652" w:type="dxa"/>
          </w:tcPr>
          <w:p w14:paraId="0C4069E8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12</w:t>
            </w:r>
          </w:p>
        </w:tc>
        <w:tc>
          <w:tcPr>
            <w:tcW w:w="727" w:type="dxa"/>
          </w:tcPr>
          <w:p w14:paraId="1E2B987D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3+</w:t>
            </w:r>
            <w:r>
              <w:t>오늘</w:t>
            </w:r>
          </w:p>
        </w:tc>
        <w:tc>
          <w:tcPr>
            <w:tcW w:w="816" w:type="dxa"/>
          </w:tcPr>
          <w:p w14:paraId="0985B786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3/0</w:t>
            </w:r>
          </w:p>
        </w:tc>
        <w:tc>
          <w:tcPr>
            <w:tcW w:w="793" w:type="dxa"/>
          </w:tcPr>
          <w:p w14:paraId="69DE476D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6,990</w:t>
            </w:r>
          </w:p>
        </w:tc>
        <w:tc>
          <w:tcPr>
            <w:tcW w:w="993" w:type="dxa"/>
          </w:tcPr>
          <w:p w14:paraId="0F66FFD6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17,024</w:t>
            </w:r>
          </w:p>
        </w:tc>
        <w:tc>
          <w:tcPr>
            <w:tcW w:w="992" w:type="dxa"/>
          </w:tcPr>
          <w:p w14:paraId="7D71630B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b/>
              </w:rPr>
              <w:t>9,744</w:t>
            </w:r>
          </w:p>
        </w:tc>
        <w:tc>
          <w:tcPr>
            <w:tcW w:w="1134" w:type="dxa"/>
          </w:tcPr>
          <w:p w14:paraId="01F1A6F1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56</w:t>
            </w:r>
          </w:p>
        </w:tc>
        <w:tc>
          <w:tcPr>
            <w:tcW w:w="1093" w:type="dxa"/>
          </w:tcPr>
          <w:p w14:paraId="2E9E2E77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0</w:t>
            </w:r>
          </w:p>
        </w:tc>
      </w:tr>
    </w:tbl>
    <w:p w14:paraId="32C560DA" w14:textId="77777777" w:rsidR="00927E94" w:rsidRDefault="00927E94"/>
    <w:p w14:paraId="592150CD" w14:textId="77777777" w:rsidR="00927E94" w:rsidRDefault="00000000">
      <w:pPr>
        <w:pStyle w:val="31"/>
      </w:pPr>
      <w:r>
        <w:t xml:space="preserve">2.2 DB </w:t>
      </w:r>
      <w:r>
        <w:t>커넥션</w:t>
      </w:r>
      <w:r>
        <w:t xml:space="preserve"> </w:t>
      </w:r>
      <w:r>
        <w:t>세분화</w:t>
      </w:r>
    </w:p>
    <w:tbl>
      <w:tblPr>
        <w:tblStyle w:val="-11"/>
        <w:tblW w:w="0" w:type="auto"/>
        <w:jc w:val="center"/>
        <w:tblLook w:val="04A0" w:firstRow="1" w:lastRow="0" w:firstColumn="1" w:lastColumn="0" w:noHBand="0" w:noVBand="1"/>
      </w:tblPr>
      <w:tblGrid>
        <w:gridCol w:w="1225"/>
        <w:gridCol w:w="1408"/>
        <w:gridCol w:w="1227"/>
        <w:gridCol w:w="1232"/>
        <w:gridCol w:w="1229"/>
        <w:gridCol w:w="1301"/>
        <w:gridCol w:w="1234"/>
      </w:tblGrid>
      <w:tr w:rsidR="00927E94" w14:paraId="76D7CC93" w14:textId="77777777" w:rsidTr="00927E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6E25BEDB" w14:textId="77777777" w:rsidR="00927E94" w:rsidRDefault="00000000">
            <w:r>
              <w:t>#</w:t>
            </w:r>
          </w:p>
        </w:tc>
        <w:tc>
          <w:tcPr>
            <w:tcW w:w="1234" w:type="dxa"/>
          </w:tcPr>
          <w:p w14:paraId="3917D776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경로</w:t>
            </w:r>
          </w:p>
        </w:tc>
        <w:tc>
          <w:tcPr>
            <w:tcW w:w="1234" w:type="dxa"/>
          </w:tcPr>
          <w:p w14:paraId="62B1A61A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합계</w:t>
            </w:r>
          </w:p>
        </w:tc>
        <w:tc>
          <w:tcPr>
            <w:tcW w:w="1234" w:type="dxa"/>
          </w:tcPr>
          <w:p w14:paraId="543E2449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Viewport Pass1</w:t>
            </w:r>
          </w:p>
        </w:tc>
        <w:tc>
          <w:tcPr>
            <w:tcW w:w="1234" w:type="dxa"/>
          </w:tcPr>
          <w:p w14:paraId="6F02F37C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Daily Pages</w:t>
            </w:r>
          </w:p>
        </w:tc>
        <w:tc>
          <w:tcPr>
            <w:tcW w:w="1234" w:type="dxa"/>
          </w:tcPr>
          <w:p w14:paraId="5F43DC9F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Hourly/5min</w:t>
            </w:r>
          </w:p>
        </w:tc>
        <w:tc>
          <w:tcPr>
            <w:tcW w:w="1234" w:type="dxa"/>
          </w:tcPr>
          <w:p w14:paraId="4973B446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TableCheck</w:t>
            </w:r>
          </w:p>
        </w:tc>
      </w:tr>
      <w:tr w:rsidR="00927E94" w14:paraId="1EA1BE38" w14:textId="77777777" w:rsidTr="00927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4FD019DD" w14:textId="77777777" w:rsidR="00927E94" w:rsidRDefault="00000000">
            <w:r>
              <w:t>1</w:t>
            </w:r>
          </w:p>
        </w:tc>
        <w:tc>
          <w:tcPr>
            <w:tcW w:w="1234" w:type="dxa"/>
          </w:tcPr>
          <w:p w14:paraId="7D7D13DD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CACHE</w:t>
            </w:r>
          </w:p>
        </w:tc>
        <w:tc>
          <w:tcPr>
            <w:tcW w:w="1234" w:type="dxa"/>
          </w:tcPr>
          <w:p w14:paraId="42700AA8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234" w:type="dxa"/>
          </w:tcPr>
          <w:p w14:paraId="5F55B528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234" w:type="dxa"/>
          </w:tcPr>
          <w:p w14:paraId="7613AF79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234" w:type="dxa"/>
          </w:tcPr>
          <w:p w14:paraId="6C3F9D08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234" w:type="dxa"/>
          </w:tcPr>
          <w:p w14:paraId="5F782148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</w:rPr>
              <w:t>3</w:t>
            </w:r>
          </w:p>
        </w:tc>
      </w:tr>
      <w:tr w:rsidR="00927E94" w14:paraId="08B541F4" w14:textId="77777777" w:rsidTr="00927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3E0B35DF" w14:textId="77777777" w:rsidR="00927E94" w:rsidRDefault="00000000">
            <w:r>
              <w:t>2</w:t>
            </w:r>
          </w:p>
        </w:tc>
        <w:tc>
          <w:tcPr>
            <w:tcW w:w="1234" w:type="dxa"/>
          </w:tcPr>
          <w:p w14:paraId="4F1E8972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DB</w:t>
            </w:r>
          </w:p>
        </w:tc>
        <w:tc>
          <w:tcPr>
            <w:tcW w:w="1234" w:type="dxa"/>
          </w:tcPr>
          <w:p w14:paraId="618BC7A8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8</w:t>
            </w:r>
          </w:p>
        </w:tc>
        <w:tc>
          <w:tcPr>
            <w:tcW w:w="1234" w:type="dxa"/>
          </w:tcPr>
          <w:p w14:paraId="4A7771CA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234" w:type="dxa"/>
          </w:tcPr>
          <w:p w14:paraId="63553297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234" w:type="dxa"/>
          </w:tcPr>
          <w:p w14:paraId="5682AD63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234" w:type="dxa"/>
          </w:tcPr>
          <w:p w14:paraId="6E428355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</w:t>
            </w:r>
          </w:p>
        </w:tc>
      </w:tr>
      <w:tr w:rsidR="00927E94" w14:paraId="53BF7AA1" w14:textId="77777777" w:rsidTr="00927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2CAFDAAD" w14:textId="77777777" w:rsidR="00927E94" w:rsidRDefault="00000000">
            <w:r>
              <w:t>3</w:t>
            </w:r>
          </w:p>
        </w:tc>
        <w:tc>
          <w:tcPr>
            <w:tcW w:w="1234" w:type="dxa"/>
          </w:tcPr>
          <w:p w14:paraId="7164D8B1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DB</w:t>
            </w:r>
          </w:p>
        </w:tc>
        <w:tc>
          <w:tcPr>
            <w:tcW w:w="1234" w:type="dxa"/>
          </w:tcPr>
          <w:p w14:paraId="44D9E0D5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</w:t>
            </w:r>
          </w:p>
        </w:tc>
        <w:tc>
          <w:tcPr>
            <w:tcW w:w="1234" w:type="dxa"/>
          </w:tcPr>
          <w:p w14:paraId="75931FD2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234" w:type="dxa"/>
          </w:tcPr>
          <w:p w14:paraId="2838B054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234" w:type="dxa"/>
          </w:tcPr>
          <w:p w14:paraId="21D155DE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234" w:type="dxa"/>
          </w:tcPr>
          <w:p w14:paraId="76D7E6D5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</w:tr>
      <w:tr w:rsidR="00927E94" w14:paraId="17FD313A" w14:textId="77777777" w:rsidTr="00927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73D05910" w14:textId="77777777" w:rsidR="00927E94" w:rsidRDefault="00000000">
            <w:r>
              <w:t>4</w:t>
            </w:r>
          </w:p>
        </w:tc>
        <w:tc>
          <w:tcPr>
            <w:tcW w:w="1234" w:type="dxa"/>
          </w:tcPr>
          <w:p w14:paraId="1AF5AE34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CACHE</w:t>
            </w:r>
          </w:p>
        </w:tc>
        <w:tc>
          <w:tcPr>
            <w:tcW w:w="1234" w:type="dxa"/>
          </w:tcPr>
          <w:p w14:paraId="5E28D03D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234" w:type="dxa"/>
          </w:tcPr>
          <w:p w14:paraId="5EC99BB6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234" w:type="dxa"/>
          </w:tcPr>
          <w:p w14:paraId="77677001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234" w:type="dxa"/>
          </w:tcPr>
          <w:p w14:paraId="5640BCDD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234" w:type="dxa"/>
          </w:tcPr>
          <w:p w14:paraId="0C9A56B6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b/>
              </w:rPr>
              <w:t>2</w:t>
            </w:r>
          </w:p>
        </w:tc>
      </w:tr>
      <w:tr w:rsidR="00927E94" w14:paraId="5A1FD5C6" w14:textId="77777777" w:rsidTr="00927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67563EE2" w14:textId="77777777" w:rsidR="00927E94" w:rsidRDefault="00000000">
            <w:r>
              <w:t>5</w:t>
            </w:r>
          </w:p>
        </w:tc>
        <w:tc>
          <w:tcPr>
            <w:tcW w:w="1234" w:type="dxa"/>
          </w:tcPr>
          <w:p w14:paraId="72B74282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CACHE</w:t>
            </w:r>
          </w:p>
        </w:tc>
        <w:tc>
          <w:tcPr>
            <w:tcW w:w="1234" w:type="dxa"/>
          </w:tcPr>
          <w:p w14:paraId="7B7F7055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234" w:type="dxa"/>
          </w:tcPr>
          <w:p w14:paraId="63055780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234" w:type="dxa"/>
          </w:tcPr>
          <w:p w14:paraId="5EFAB59F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234" w:type="dxa"/>
          </w:tcPr>
          <w:p w14:paraId="531672B9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234" w:type="dxa"/>
          </w:tcPr>
          <w:p w14:paraId="1F3BF482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</w:rPr>
              <w:t>2</w:t>
            </w:r>
          </w:p>
        </w:tc>
      </w:tr>
      <w:tr w:rsidR="00927E94" w14:paraId="6FEBCCB4" w14:textId="77777777" w:rsidTr="00927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1258EFC3" w14:textId="77777777" w:rsidR="00927E94" w:rsidRDefault="00000000">
            <w:r>
              <w:t>6</w:t>
            </w:r>
          </w:p>
        </w:tc>
        <w:tc>
          <w:tcPr>
            <w:tcW w:w="1234" w:type="dxa"/>
          </w:tcPr>
          <w:p w14:paraId="78F2D5B7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HYBRID</w:t>
            </w:r>
          </w:p>
        </w:tc>
        <w:tc>
          <w:tcPr>
            <w:tcW w:w="1234" w:type="dxa"/>
          </w:tcPr>
          <w:p w14:paraId="16FDD16F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16</w:t>
            </w:r>
          </w:p>
        </w:tc>
        <w:tc>
          <w:tcPr>
            <w:tcW w:w="1234" w:type="dxa"/>
          </w:tcPr>
          <w:p w14:paraId="22583DDB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234" w:type="dxa"/>
          </w:tcPr>
          <w:p w14:paraId="2E49CCAE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234" w:type="dxa"/>
          </w:tcPr>
          <w:p w14:paraId="603E0C0C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234" w:type="dxa"/>
          </w:tcPr>
          <w:p w14:paraId="47610439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</w:t>
            </w:r>
          </w:p>
        </w:tc>
      </w:tr>
      <w:tr w:rsidR="00927E94" w14:paraId="036A406B" w14:textId="77777777" w:rsidTr="00927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441918F7" w14:textId="77777777" w:rsidR="00927E94" w:rsidRDefault="00000000">
            <w:r>
              <w:t>7</w:t>
            </w:r>
          </w:p>
        </w:tc>
        <w:tc>
          <w:tcPr>
            <w:tcW w:w="1234" w:type="dxa"/>
          </w:tcPr>
          <w:p w14:paraId="11DF9413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HYBRID</w:t>
            </w:r>
          </w:p>
        </w:tc>
        <w:tc>
          <w:tcPr>
            <w:tcW w:w="1234" w:type="dxa"/>
          </w:tcPr>
          <w:p w14:paraId="4940564C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</w:t>
            </w:r>
          </w:p>
        </w:tc>
        <w:tc>
          <w:tcPr>
            <w:tcW w:w="1234" w:type="dxa"/>
          </w:tcPr>
          <w:p w14:paraId="443B80B2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234" w:type="dxa"/>
          </w:tcPr>
          <w:p w14:paraId="39C4F366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234" w:type="dxa"/>
          </w:tcPr>
          <w:p w14:paraId="53BA5583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234" w:type="dxa"/>
          </w:tcPr>
          <w:p w14:paraId="2E6F6B0B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</w:t>
            </w:r>
          </w:p>
        </w:tc>
      </w:tr>
      <w:tr w:rsidR="00927E94" w14:paraId="1652D74C" w14:textId="77777777" w:rsidTr="00927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1E35FDEC" w14:textId="77777777" w:rsidR="00927E94" w:rsidRDefault="00000000">
            <w:r>
              <w:t>8</w:t>
            </w:r>
          </w:p>
        </w:tc>
        <w:tc>
          <w:tcPr>
            <w:tcW w:w="1234" w:type="dxa"/>
          </w:tcPr>
          <w:p w14:paraId="185B114A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HYBRID</w:t>
            </w:r>
          </w:p>
        </w:tc>
        <w:tc>
          <w:tcPr>
            <w:tcW w:w="1234" w:type="dxa"/>
          </w:tcPr>
          <w:p w14:paraId="78B31374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12</w:t>
            </w:r>
          </w:p>
        </w:tc>
        <w:tc>
          <w:tcPr>
            <w:tcW w:w="1234" w:type="dxa"/>
          </w:tcPr>
          <w:p w14:paraId="08FE459A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234" w:type="dxa"/>
          </w:tcPr>
          <w:p w14:paraId="1DC0CD2F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234" w:type="dxa"/>
          </w:tcPr>
          <w:p w14:paraId="088C4C4F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234" w:type="dxa"/>
          </w:tcPr>
          <w:p w14:paraId="09582A13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</w:t>
            </w:r>
          </w:p>
        </w:tc>
      </w:tr>
      <w:tr w:rsidR="00927E94" w14:paraId="1B0A7FA7" w14:textId="77777777" w:rsidTr="00927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031A4186" w14:textId="77777777" w:rsidR="00927E94" w:rsidRDefault="00000000">
            <w:r>
              <w:t>9</w:t>
            </w:r>
          </w:p>
        </w:tc>
        <w:tc>
          <w:tcPr>
            <w:tcW w:w="1234" w:type="dxa"/>
          </w:tcPr>
          <w:p w14:paraId="21506D06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HYBRID</w:t>
            </w:r>
          </w:p>
        </w:tc>
        <w:tc>
          <w:tcPr>
            <w:tcW w:w="1234" w:type="dxa"/>
          </w:tcPr>
          <w:p w14:paraId="257353A1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</w:t>
            </w:r>
          </w:p>
        </w:tc>
        <w:tc>
          <w:tcPr>
            <w:tcW w:w="1234" w:type="dxa"/>
          </w:tcPr>
          <w:p w14:paraId="545C06CD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234" w:type="dxa"/>
          </w:tcPr>
          <w:p w14:paraId="697DD2F7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234" w:type="dxa"/>
          </w:tcPr>
          <w:p w14:paraId="1B134E89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234" w:type="dxa"/>
          </w:tcPr>
          <w:p w14:paraId="4EB89A76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</w:t>
            </w:r>
          </w:p>
        </w:tc>
      </w:tr>
      <w:tr w:rsidR="00927E94" w14:paraId="6B7129D1" w14:textId="77777777" w:rsidTr="00927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7CCFFAE3" w14:textId="77777777" w:rsidR="00927E94" w:rsidRDefault="00000000">
            <w:r>
              <w:t>10</w:t>
            </w:r>
          </w:p>
        </w:tc>
        <w:tc>
          <w:tcPr>
            <w:tcW w:w="1234" w:type="dxa"/>
          </w:tcPr>
          <w:p w14:paraId="51D8D2C5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CACHE+Today</w:t>
            </w:r>
          </w:p>
        </w:tc>
        <w:tc>
          <w:tcPr>
            <w:tcW w:w="1234" w:type="dxa"/>
          </w:tcPr>
          <w:p w14:paraId="061AB699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56</w:t>
            </w:r>
          </w:p>
        </w:tc>
        <w:tc>
          <w:tcPr>
            <w:tcW w:w="1234" w:type="dxa"/>
          </w:tcPr>
          <w:p w14:paraId="49DBB5B1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b/>
              </w:rPr>
              <w:t>21</w:t>
            </w:r>
          </w:p>
        </w:tc>
        <w:tc>
          <w:tcPr>
            <w:tcW w:w="1234" w:type="dxa"/>
          </w:tcPr>
          <w:p w14:paraId="0CD6244A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234" w:type="dxa"/>
          </w:tcPr>
          <w:p w14:paraId="0E3AEE52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b/>
              </w:rPr>
              <w:t>21</w:t>
            </w:r>
          </w:p>
        </w:tc>
        <w:tc>
          <w:tcPr>
            <w:tcW w:w="1234" w:type="dxa"/>
          </w:tcPr>
          <w:p w14:paraId="05D5858D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b/>
              </w:rPr>
              <w:t>14</w:t>
            </w:r>
          </w:p>
        </w:tc>
      </w:tr>
      <w:tr w:rsidR="00927E94" w14:paraId="5EE7D217" w14:textId="77777777" w:rsidTr="00927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6F5E2E95" w14:textId="77777777" w:rsidR="00927E94" w:rsidRDefault="00000000">
            <w:r>
              <w:t>11</w:t>
            </w:r>
          </w:p>
        </w:tc>
        <w:tc>
          <w:tcPr>
            <w:tcW w:w="1234" w:type="dxa"/>
          </w:tcPr>
          <w:p w14:paraId="0B2E0D7B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HYBRID</w:t>
            </w:r>
          </w:p>
        </w:tc>
        <w:tc>
          <w:tcPr>
            <w:tcW w:w="1234" w:type="dxa"/>
          </w:tcPr>
          <w:p w14:paraId="00C7EB33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45</w:t>
            </w:r>
          </w:p>
        </w:tc>
        <w:tc>
          <w:tcPr>
            <w:tcW w:w="1234" w:type="dxa"/>
          </w:tcPr>
          <w:p w14:paraId="1096A9E5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234" w:type="dxa"/>
          </w:tcPr>
          <w:p w14:paraId="7F0069AA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</w:rPr>
              <w:t>6</w:t>
            </w:r>
          </w:p>
        </w:tc>
        <w:tc>
          <w:tcPr>
            <w:tcW w:w="1234" w:type="dxa"/>
          </w:tcPr>
          <w:p w14:paraId="4DE2A24B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234" w:type="dxa"/>
          </w:tcPr>
          <w:p w14:paraId="0A78FF53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</w:t>
            </w:r>
          </w:p>
        </w:tc>
      </w:tr>
      <w:tr w:rsidR="00927E94" w14:paraId="614FC4B4" w14:textId="77777777" w:rsidTr="00927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7E73AC5F" w14:textId="77777777" w:rsidR="00927E94" w:rsidRDefault="00000000">
            <w:r>
              <w:t>12</w:t>
            </w:r>
          </w:p>
        </w:tc>
        <w:tc>
          <w:tcPr>
            <w:tcW w:w="1234" w:type="dxa"/>
          </w:tcPr>
          <w:p w14:paraId="36A8A78E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CACHE+Today</w:t>
            </w:r>
          </w:p>
        </w:tc>
        <w:tc>
          <w:tcPr>
            <w:tcW w:w="1234" w:type="dxa"/>
          </w:tcPr>
          <w:p w14:paraId="7F30D3EA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56</w:t>
            </w:r>
          </w:p>
        </w:tc>
        <w:tc>
          <w:tcPr>
            <w:tcW w:w="1234" w:type="dxa"/>
          </w:tcPr>
          <w:p w14:paraId="0F3EB657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b/>
              </w:rPr>
              <w:t>21</w:t>
            </w:r>
          </w:p>
        </w:tc>
        <w:tc>
          <w:tcPr>
            <w:tcW w:w="1234" w:type="dxa"/>
          </w:tcPr>
          <w:p w14:paraId="73E5E4AB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234" w:type="dxa"/>
          </w:tcPr>
          <w:p w14:paraId="558275BF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b/>
              </w:rPr>
              <w:t>21</w:t>
            </w:r>
          </w:p>
        </w:tc>
        <w:tc>
          <w:tcPr>
            <w:tcW w:w="1234" w:type="dxa"/>
          </w:tcPr>
          <w:p w14:paraId="08EC0385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b/>
              </w:rPr>
              <w:t>14</w:t>
            </w:r>
          </w:p>
        </w:tc>
      </w:tr>
    </w:tbl>
    <w:p w14:paraId="4C3A20DB" w14:textId="77777777" w:rsidR="00927E94" w:rsidRDefault="00927E94"/>
    <w:p w14:paraId="6D0B47E0" w14:textId="77777777" w:rsidR="00927E94" w:rsidRDefault="00000000">
      <w:pPr>
        <w:ind w:left="567"/>
        <w:rPr>
          <w:lang w:eastAsia="ko-KR"/>
        </w:rPr>
      </w:pPr>
      <w:r>
        <w:rPr>
          <w:i/>
          <w:color w:val="555555"/>
          <w:lang w:eastAsia="ko-KR"/>
        </w:rPr>
        <w:lastRenderedPageBreak/>
        <w:t>합산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검증</w:t>
      </w:r>
      <w:r>
        <w:rPr>
          <w:i/>
          <w:color w:val="555555"/>
          <w:lang w:eastAsia="ko-KR"/>
        </w:rPr>
        <w:t xml:space="preserve">: </w:t>
      </w:r>
      <w:r>
        <w:rPr>
          <w:i/>
          <w:color w:val="555555"/>
          <w:lang w:eastAsia="ko-KR"/>
        </w:rPr>
        <w:t>전</w:t>
      </w:r>
      <w:r>
        <w:rPr>
          <w:i/>
          <w:color w:val="555555"/>
          <w:lang w:eastAsia="ko-KR"/>
        </w:rPr>
        <w:t xml:space="preserve"> 12</w:t>
      </w:r>
      <w:r>
        <w:rPr>
          <w:i/>
          <w:color w:val="555555"/>
          <w:lang w:eastAsia="ko-KR"/>
        </w:rPr>
        <w:t>건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모두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세분화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카운터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합</w:t>
      </w:r>
      <w:r>
        <w:rPr>
          <w:i/>
          <w:color w:val="555555"/>
          <w:lang w:eastAsia="ko-KR"/>
        </w:rPr>
        <w:t xml:space="preserve"> = </w:t>
      </w:r>
      <w:r>
        <w:rPr>
          <w:i/>
          <w:color w:val="555555"/>
          <w:lang w:eastAsia="ko-KR"/>
        </w:rPr>
        <w:t>합계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일치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확인</w:t>
      </w:r>
      <w:r>
        <w:rPr>
          <w:i/>
          <w:color w:val="555555"/>
          <w:lang w:eastAsia="ko-KR"/>
        </w:rPr>
        <w:t xml:space="preserve"> (VesselInfo </w:t>
      </w:r>
      <w:r>
        <w:rPr>
          <w:i/>
          <w:color w:val="555555"/>
          <w:lang w:eastAsia="ko-KR"/>
        </w:rPr>
        <w:t>카운터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포함</w:t>
      </w:r>
      <w:r>
        <w:rPr>
          <w:i/>
          <w:color w:val="555555"/>
          <w:lang w:eastAsia="ko-KR"/>
        </w:rPr>
        <w:t xml:space="preserve">, </w:t>
      </w:r>
      <w:r>
        <w:rPr>
          <w:i/>
          <w:color w:val="555555"/>
          <w:lang w:eastAsia="ko-KR"/>
        </w:rPr>
        <w:t>표에서는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생략</w:t>
      </w:r>
      <w:r>
        <w:rPr>
          <w:i/>
          <w:color w:val="555555"/>
          <w:lang w:eastAsia="ko-KR"/>
        </w:rPr>
        <w:t>).</w:t>
      </w:r>
    </w:p>
    <w:p w14:paraId="64D13FCE" w14:textId="77777777" w:rsidR="00927E94" w:rsidRDefault="00000000">
      <w:r>
        <w:rPr>
          <w:b/>
        </w:rPr>
        <w:t xml:space="preserve">CACHE+Today (#10, #12) </w:t>
      </w:r>
      <w:r>
        <w:rPr>
          <w:b/>
        </w:rPr>
        <w:t>커넥션</w:t>
      </w:r>
      <w:r>
        <w:rPr>
          <w:b/>
        </w:rPr>
        <w:t xml:space="preserve"> 56</w:t>
      </w:r>
      <w:r>
        <w:rPr>
          <w:b/>
        </w:rPr>
        <w:t>건</w:t>
      </w:r>
      <w:r>
        <w:rPr>
          <w:b/>
        </w:rPr>
        <w:t xml:space="preserve"> </w:t>
      </w:r>
      <w:r>
        <w:rPr>
          <w:b/>
        </w:rPr>
        <w:t>내역</w:t>
      </w:r>
      <w:r>
        <w:t>:</w:t>
      </w:r>
    </w:p>
    <w:p w14:paraId="4A899D2C" w14:textId="77777777" w:rsidR="00927E94" w:rsidRDefault="00000000">
      <w:pPr>
        <w:pStyle w:val="a0"/>
        <w:rPr>
          <w:lang w:eastAsia="ko-KR"/>
        </w:rPr>
      </w:pPr>
      <w:r>
        <w:rPr>
          <w:lang w:eastAsia="ko-KR"/>
        </w:rPr>
        <w:t>Hourly/5min 21</w:t>
      </w:r>
      <w:r>
        <w:rPr>
          <w:lang w:eastAsia="ko-KR"/>
        </w:rPr>
        <w:t>건</w:t>
      </w:r>
      <w:r>
        <w:rPr>
          <w:lang w:eastAsia="ko-KR"/>
        </w:rPr>
        <w:t xml:space="preserve">: </w:t>
      </w:r>
      <w:r>
        <w:rPr>
          <w:lang w:eastAsia="ko-KR"/>
        </w:rPr>
        <w:t>오늘</w:t>
      </w:r>
      <w:r>
        <w:rPr>
          <w:lang w:eastAsia="ko-KR"/>
        </w:rPr>
        <w:t xml:space="preserve"> 00:00~</w:t>
      </w:r>
      <w:r>
        <w:rPr>
          <w:lang w:eastAsia="ko-KR"/>
        </w:rPr>
        <w:t>현재</w:t>
      </w:r>
      <w:r>
        <w:rPr>
          <w:lang w:eastAsia="ko-KR"/>
        </w:rPr>
        <w:t xml:space="preserve"> </w:t>
      </w:r>
      <w:r>
        <w:rPr>
          <w:lang w:eastAsia="ko-KR"/>
        </w:rPr>
        <w:t>구간</w:t>
      </w:r>
      <w:r>
        <w:rPr>
          <w:lang w:eastAsia="ko-KR"/>
        </w:rPr>
        <w:t xml:space="preserve"> (Hourly </w:t>
      </w:r>
      <w:r>
        <w:rPr>
          <w:lang w:eastAsia="ko-KR"/>
        </w:rPr>
        <w:t>약</w:t>
      </w:r>
      <w:r>
        <w:rPr>
          <w:lang w:eastAsia="ko-KR"/>
        </w:rPr>
        <w:t xml:space="preserve"> 12</w:t>
      </w:r>
      <w:r>
        <w:rPr>
          <w:lang w:eastAsia="ko-KR"/>
        </w:rPr>
        <w:t>건</w:t>
      </w:r>
      <w:r>
        <w:rPr>
          <w:lang w:eastAsia="ko-KR"/>
        </w:rPr>
        <w:t xml:space="preserve"> + 5min </w:t>
      </w:r>
      <w:r>
        <w:rPr>
          <w:lang w:eastAsia="ko-KR"/>
        </w:rPr>
        <w:t>약</w:t>
      </w:r>
      <w:r>
        <w:rPr>
          <w:lang w:eastAsia="ko-KR"/>
        </w:rPr>
        <w:t xml:space="preserve"> 7</w:t>
      </w:r>
      <w:r>
        <w:rPr>
          <w:lang w:eastAsia="ko-KR"/>
        </w:rPr>
        <w:t>건</w:t>
      </w:r>
      <w:r>
        <w:rPr>
          <w:lang w:eastAsia="ko-KR"/>
        </w:rPr>
        <w:t xml:space="preserve"> + </w:t>
      </w:r>
      <w:r>
        <w:rPr>
          <w:lang w:eastAsia="ko-KR"/>
        </w:rPr>
        <w:t>폴백</w:t>
      </w:r>
      <w:r>
        <w:rPr>
          <w:lang w:eastAsia="ko-KR"/>
        </w:rPr>
        <w:t>)</w:t>
      </w:r>
    </w:p>
    <w:p w14:paraId="1C5F8AEF" w14:textId="77777777" w:rsidR="00927E94" w:rsidRDefault="00000000">
      <w:pPr>
        <w:pStyle w:val="a0"/>
        <w:rPr>
          <w:lang w:eastAsia="ko-KR"/>
        </w:rPr>
      </w:pPr>
      <w:r>
        <w:rPr>
          <w:lang w:eastAsia="ko-KR"/>
        </w:rPr>
        <w:t>Viewport Pass1 21</w:t>
      </w:r>
      <w:r>
        <w:rPr>
          <w:lang w:eastAsia="ko-KR"/>
        </w:rPr>
        <w:t>건</w:t>
      </w:r>
      <w:r>
        <w:rPr>
          <w:lang w:eastAsia="ko-KR"/>
        </w:rPr>
        <w:t xml:space="preserve">: </w:t>
      </w:r>
      <w:r>
        <w:rPr>
          <w:lang w:eastAsia="ko-KR"/>
        </w:rPr>
        <w:t>동일</w:t>
      </w:r>
      <w:r>
        <w:rPr>
          <w:lang w:eastAsia="ko-KR"/>
        </w:rPr>
        <w:t xml:space="preserve"> </w:t>
      </w:r>
      <w:r>
        <w:rPr>
          <w:lang w:eastAsia="ko-KR"/>
        </w:rPr>
        <w:t>범위에</w:t>
      </w:r>
      <w:r>
        <w:rPr>
          <w:lang w:eastAsia="ko-KR"/>
        </w:rPr>
        <w:t xml:space="preserve"> </w:t>
      </w:r>
      <w:r>
        <w:rPr>
          <w:lang w:eastAsia="ko-KR"/>
        </w:rPr>
        <w:t>대한</w:t>
      </w:r>
      <w:r>
        <w:rPr>
          <w:lang w:eastAsia="ko-KR"/>
        </w:rPr>
        <w:t xml:space="preserve"> </w:t>
      </w:r>
      <w:r>
        <w:rPr>
          <w:lang w:eastAsia="ko-KR"/>
        </w:rPr>
        <w:t>뷰포트</w:t>
      </w:r>
      <w:r>
        <w:rPr>
          <w:lang w:eastAsia="ko-KR"/>
        </w:rPr>
        <w:t xml:space="preserve"> </w:t>
      </w:r>
      <w:r>
        <w:rPr>
          <w:lang w:eastAsia="ko-KR"/>
        </w:rPr>
        <w:t>교차</w:t>
      </w:r>
      <w:r>
        <w:rPr>
          <w:lang w:eastAsia="ko-KR"/>
        </w:rPr>
        <w:t xml:space="preserve"> </w:t>
      </w:r>
      <w:r>
        <w:rPr>
          <w:lang w:eastAsia="ko-KR"/>
        </w:rPr>
        <w:t>선박</w:t>
      </w:r>
      <w:r>
        <w:rPr>
          <w:lang w:eastAsia="ko-KR"/>
        </w:rPr>
        <w:t xml:space="preserve"> </w:t>
      </w:r>
      <w:r>
        <w:rPr>
          <w:lang w:eastAsia="ko-KR"/>
        </w:rPr>
        <w:t>수집</w:t>
      </w:r>
      <w:r>
        <w:rPr>
          <w:lang w:eastAsia="ko-KR"/>
        </w:rPr>
        <w:t xml:space="preserve"> (</w:t>
      </w:r>
      <w:r>
        <w:rPr>
          <w:lang w:eastAsia="ko-KR"/>
        </w:rPr>
        <w:t>범위당</w:t>
      </w:r>
      <w:r>
        <w:rPr>
          <w:lang w:eastAsia="ko-KR"/>
        </w:rPr>
        <w:t xml:space="preserve"> 1</w:t>
      </w:r>
      <w:r>
        <w:rPr>
          <w:lang w:eastAsia="ko-KR"/>
        </w:rPr>
        <w:t>회</w:t>
      </w:r>
      <w:r>
        <w:rPr>
          <w:lang w:eastAsia="ko-KR"/>
        </w:rPr>
        <w:t>)</w:t>
      </w:r>
    </w:p>
    <w:p w14:paraId="1861C686" w14:textId="77777777" w:rsidR="00927E94" w:rsidRDefault="00000000">
      <w:pPr>
        <w:pStyle w:val="a0"/>
      </w:pPr>
      <w:r>
        <w:t>TableCheck 14</w:t>
      </w:r>
      <w:r>
        <w:t>건</w:t>
      </w:r>
      <w:r>
        <w:t>: Daily 3</w:t>
      </w:r>
      <w:r>
        <w:t>건</w:t>
      </w:r>
      <w:r>
        <w:t xml:space="preserve"> + Hourly/5min </w:t>
      </w:r>
      <w:r>
        <w:t>존재</w:t>
      </w:r>
      <w:r>
        <w:t xml:space="preserve"> </w:t>
      </w:r>
      <w:r>
        <w:t>확인</w:t>
      </w:r>
      <w:r>
        <w:t xml:space="preserve"> </w:t>
      </w:r>
      <w:r>
        <w:t>약</w:t>
      </w:r>
      <w:r>
        <w:t xml:space="preserve"> 11</w:t>
      </w:r>
      <w:r>
        <w:t>건</w:t>
      </w:r>
    </w:p>
    <w:p w14:paraId="7A09B208" w14:textId="77777777" w:rsidR="00927E94" w:rsidRDefault="00000000">
      <w:pPr>
        <w:pStyle w:val="31"/>
      </w:pPr>
      <w:r>
        <w:t xml:space="preserve">2.3 </w:t>
      </w:r>
      <w:r>
        <w:t>캐시</w:t>
      </w:r>
      <w:r>
        <w:t xml:space="preserve"> </w:t>
      </w:r>
      <w:r>
        <w:t>경로</w:t>
      </w:r>
      <w:r>
        <w:t xml:space="preserve"> </w:t>
      </w:r>
      <w:r>
        <w:t>간소화</w:t>
      </w:r>
      <w:r>
        <w:t xml:space="preserve"> </w:t>
      </w:r>
      <w:r>
        <w:t>지표</w:t>
      </w:r>
    </w:p>
    <w:p w14:paraId="60FFD550" w14:textId="77777777" w:rsidR="00927E94" w:rsidRDefault="00000000">
      <w:pPr>
        <w:rPr>
          <w:lang w:eastAsia="ko-KR"/>
        </w:rPr>
      </w:pPr>
      <w:r>
        <w:rPr>
          <w:lang w:eastAsia="ko-KR"/>
        </w:rPr>
        <w:t>캐시</w:t>
      </w:r>
      <w:r>
        <w:rPr>
          <w:lang w:eastAsia="ko-KR"/>
        </w:rPr>
        <w:t xml:space="preserve"> </w:t>
      </w:r>
      <w:r>
        <w:rPr>
          <w:lang w:eastAsia="ko-KR"/>
        </w:rPr>
        <w:t>경로에서는</w:t>
      </w:r>
      <w:r>
        <w:rPr>
          <w:lang w:eastAsia="ko-KR"/>
        </w:rPr>
        <w:t xml:space="preserve"> </w:t>
      </w:r>
      <w:r>
        <w:rPr>
          <w:lang w:eastAsia="ko-KR"/>
        </w:rPr>
        <w:t>원본</w:t>
      </w:r>
      <w:r>
        <w:rPr>
          <w:lang w:eastAsia="ko-KR"/>
        </w:rPr>
        <w:t xml:space="preserve"> </w:t>
      </w:r>
      <w:r>
        <w:rPr>
          <w:lang w:eastAsia="ko-KR"/>
        </w:rPr>
        <w:t>데이터를</w:t>
      </w:r>
      <w:r>
        <w:rPr>
          <w:lang w:eastAsia="ko-KR"/>
        </w:rPr>
        <w:t xml:space="preserve"> </w:t>
      </w:r>
      <w:r>
        <w:rPr>
          <w:lang w:eastAsia="ko-KR"/>
        </w:rPr>
        <w:t>메모리에</w:t>
      </w:r>
      <w:r>
        <w:rPr>
          <w:lang w:eastAsia="ko-KR"/>
        </w:rPr>
        <w:t xml:space="preserve"> </w:t>
      </w:r>
      <w:r>
        <w:rPr>
          <w:lang w:eastAsia="ko-KR"/>
        </w:rPr>
        <w:t>보유하므로</w:t>
      </w:r>
      <w:r>
        <w:rPr>
          <w:lang w:eastAsia="ko-KR"/>
        </w:rPr>
        <w:t xml:space="preserve"> </w:t>
      </w:r>
      <w:r>
        <w:rPr>
          <w:lang w:eastAsia="ko-KR"/>
        </w:rPr>
        <w:t>간소화</w:t>
      </w:r>
      <w:r>
        <w:rPr>
          <w:lang w:eastAsia="ko-KR"/>
        </w:rPr>
        <w:t xml:space="preserve"> </w:t>
      </w:r>
      <w:r>
        <w:rPr>
          <w:lang w:eastAsia="ko-KR"/>
        </w:rPr>
        <w:t>전</w:t>
      </w:r>
      <w:r>
        <w:rPr>
          <w:lang w:eastAsia="ko-KR"/>
        </w:rPr>
        <w:t>/</w:t>
      </w:r>
      <w:r>
        <w:rPr>
          <w:lang w:eastAsia="ko-KR"/>
        </w:rPr>
        <w:t>후를</w:t>
      </w:r>
      <w:r>
        <w:rPr>
          <w:lang w:eastAsia="ko-KR"/>
        </w:rPr>
        <w:t xml:space="preserve"> </w:t>
      </w:r>
      <w:r>
        <w:rPr>
          <w:lang w:eastAsia="ko-KR"/>
        </w:rPr>
        <w:t>측정할</w:t>
      </w:r>
      <w:r>
        <w:rPr>
          <w:lang w:eastAsia="ko-KR"/>
        </w:rPr>
        <w:t xml:space="preserve"> </w:t>
      </w:r>
      <w:r>
        <w:rPr>
          <w:lang w:eastAsia="ko-KR"/>
        </w:rPr>
        <w:t>수</w:t>
      </w:r>
      <w:r>
        <w:rPr>
          <w:lang w:eastAsia="ko-KR"/>
        </w:rPr>
        <w:t xml:space="preserve"> </w:t>
      </w:r>
      <w:r>
        <w:rPr>
          <w:lang w:eastAsia="ko-KR"/>
        </w:rPr>
        <w:t>있다</w:t>
      </w:r>
      <w:r>
        <w:rPr>
          <w:lang w:eastAsia="ko-KR"/>
        </w:rPr>
        <w:t>.</w:t>
      </w:r>
    </w:p>
    <w:tbl>
      <w:tblPr>
        <w:tblStyle w:val="-11"/>
        <w:tblW w:w="0" w:type="auto"/>
        <w:jc w:val="center"/>
        <w:tblLook w:val="04A0" w:firstRow="1" w:lastRow="0" w:firstColumn="1" w:lastColumn="0" w:noHBand="0" w:noVBand="1"/>
      </w:tblPr>
      <w:tblGrid>
        <w:gridCol w:w="1036"/>
        <w:gridCol w:w="1408"/>
        <w:gridCol w:w="1055"/>
        <w:gridCol w:w="1088"/>
        <w:gridCol w:w="1064"/>
        <w:gridCol w:w="1058"/>
        <w:gridCol w:w="1071"/>
        <w:gridCol w:w="1076"/>
      </w:tblGrid>
      <w:tr w:rsidR="00927E94" w14:paraId="0E9E9F94" w14:textId="77777777" w:rsidTr="00927E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51A75A5E" w14:textId="77777777" w:rsidR="00927E94" w:rsidRDefault="00000000">
            <w:r>
              <w:t>#</w:t>
            </w:r>
          </w:p>
        </w:tc>
        <w:tc>
          <w:tcPr>
            <w:tcW w:w="1080" w:type="dxa"/>
          </w:tcPr>
          <w:p w14:paraId="1C42AF1A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경로</w:t>
            </w:r>
          </w:p>
        </w:tc>
        <w:tc>
          <w:tcPr>
            <w:tcW w:w="1080" w:type="dxa"/>
          </w:tcPr>
          <w:p w14:paraId="454441F3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Zoom</w:t>
            </w:r>
          </w:p>
        </w:tc>
        <w:tc>
          <w:tcPr>
            <w:tcW w:w="1080" w:type="dxa"/>
          </w:tcPr>
          <w:p w14:paraId="66A2E862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원본</w:t>
            </w:r>
            <w:r>
              <w:t xml:space="preserve"> </w:t>
            </w:r>
            <w:r>
              <w:t>포인트</w:t>
            </w:r>
          </w:p>
        </w:tc>
        <w:tc>
          <w:tcPr>
            <w:tcW w:w="1080" w:type="dxa"/>
          </w:tcPr>
          <w:p w14:paraId="12B9E107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간소화</w:t>
            </w:r>
            <w:r>
              <w:t xml:space="preserve"> </w:t>
            </w:r>
            <w:r>
              <w:t>후</w:t>
            </w:r>
          </w:p>
        </w:tc>
        <w:tc>
          <w:tcPr>
            <w:tcW w:w="1080" w:type="dxa"/>
          </w:tcPr>
          <w:p w14:paraId="7FFA92D2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압축률</w:t>
            </w:r>
          </w:p>
        </w:tc>
        <w:tc>
          <w:tcPr>
            <w:tcW w:w="1080" w:type="dxa"/>
          </w:tcPr>
          <w:p w14:paraId="4ADF74DB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간소화</w:t>
            </w:r>
            <w:r>
              <w:t xml:space="preserve"> </w:t>
            </w:r>
            <w:r>
              <w:t>시간</w:t>
            </w:r>
            <w:r>
              <w:t>(ms)</w:t>
            </w:r>
          </w:p>
        </w:tc>
        <w:tc>
          <w:tcPr>
            <w:tcW w:w="1080" w:type="dxa"/>
          </w:tcPr>
          <w:p w14:paraId="7992C50E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배치</w:t>
            </w:r>
            <w:r>
              <w:t xml:space="preserve"> </w:t>
            </w:r>
            <w:r>
              <w:t>감소</w:t>
            </w:r>
          </w:p>
        </w:tc>
      </w:tr>
      <w:tr w:rsidR="00927E94" w14:paraId="77C3B321" w14:textId="77777777" w:rsidTr="00927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765C9D0C" w14:textId="77777777" w:rsidR="00927E94" w:rsidRDefault="00000000">
            <w:r>
              <w:t>1</w:t>
            </w:r>
          </w:p>
        </w:tc>
        <w:tc>
          <w:tcPr>
            <w:tcW w:w="1080" w:type="dxa"/>
          </w:tcPr>
          <w:p w14:paraId="5A01BC9C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CACHE</w:t>
            </w:r>
          </w:p>
        </w:tc>
        <w:tc>
          <w:tcPr>
            <w:tcW w:w="1080" w:type="dxa"/>
          </w:tcPr>
          <w:p w14:paraId="0FAD9234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1080" w:type="dxa"/>
          </w:tcPr>
          <w:p w14:paraId="10CE8D17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1,083,566</w:t>
            </w:r>
          </w:p>
        </w:tc>
        <w:tc>
          <w:tcPr>
            <w:tcW w:w="1080" w:type="dxa"/>
          </w:tcPr>
          <w:p w14:paraId="5F0767AC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11,212</w:t>
            </w:r>
          </w:p>
        </w:tc>
        <w:tc>
          <w:tcPr>
            <w:tcW w:w="1080" w:type="dxa"/>
          </w:tcPr>
          <w:p w14:paraId="3A2113CA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99%</w:t>
            </w:r>
          </w:p>
        </w:tc>
        <w:tc>
          <w:tcPr>
            <w:tcW w:w="1080" w:type="dxa"/>
          </w:tcPr>
          <w:p w14:paraId="22011236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133</w:t>
            </w:r>
          </w:p>
        </w:tc>
        <w:tc>
          <w:tcPr>
            <w:tcW w:w="1080" w:type="dxa"/>
          </w:tcPr>
          <w:p w14:paraId="1E2475B0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50→3 (94%)</w:t>
            </w:r>
          </w:p>
        </w:tc>
      </w:tr>
      <w:tr w:rsidR="00927E94" w14:paraId="00D5F72C" w14:textId="77777777" w:rsidTr="00927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29BC0328" w14:textId="77777777" w:rsidR="00927E94" w:rsidRDefault="00000000">
            <w:r>
              <w:t>4</w:t>
            </w:r>
          </w:p>
        </w:tc>
        <w:tc>
          <w:tcPr>
            <w:tcW w:w="1080" w:type="dxa"/>
          </w:tcPr>
          <w:p w14:paraId="2CD1ED46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CACHE</w:t>
            </w:r>
          </w:p>
        </w:tc>
        <w:tc>
          <w:tcPr>
            <w:tcW w:w="1080" w:type="dxa"/>
          </w:tcPr>
          <w:p w14:paraId="0C8864CF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1080" w:type="dxa"/>
          </w:tcPr>
          <w:p w14:paraId="67900C86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13,502,970</w:t>
            </w:r>
          </w:p>
        </w:tc>
        <w:tc>
          <w:tcPr>
            <w:tcW w:w="1080" w:type="dxa"/>
          </w:tcPr>
          <w:p w14:paraId="1C3D5AC8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172,066</w:t>
            </w:r>
          </w:p>
        </w:tc>
        <w:tc>
          <w:tcPr>
            <w:tcW w:w="1080" w:type="dxa"/>
          </w:tcPr>
          <w:p w14:paraId="78D065EC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99%</w:t>
            </w:r>
          </w:p>
        </w:tc>
        <w:tc>
          <w:tcPr>
            <w:tcW w:w="1080" w:type="dxa"/>
          </w:tcPr>
          <w:p w14:paraId="6DE30292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1,075</w:t>
            </w:r>
          </w:p>
        </w:tc>
        <w:tc>
          <w:tcPr>
            <w:tcW w:w="1080" w:type="dxa"/>
          </w:tcPr>
          <w:p w14:paraId="38E69459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602→10 (98%)</w:t>
            </w:r>
          </w:p>
        </w:tc>
      </w:tr>
      <w:tr w:rsidR="00927E94" w14:paraId="4D8AB76F" w14:textId="77777777" w:rsidTr="00927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2B78087C" w14:textId="77777777" w:rsidR="00927E94" w:rsidRDefault="00000000">
            <w:r>
              <w:t>5</w:t>
            </w:r>
          </w:p>
        </w:tc>
        <w:tc>
          <w:tcPr>
            <w:tcW w:w="1080" w:type="dxa"/>
          </w:tcPr>
          <w:p w14:paraId="36EA4B0D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CACHE</w:t>
            </w:r>
          </w:p>
        </w:tc>
        <w:tc>
          <w:tcPr>
            <w:tcW w:w="1080" w:type="dxa"/>
          </w:tcPr>
          <w:p w14:paraId="554DF412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1080" w:type="dxa"/>
          </w:tcPr>
          <w:p w14:paraId="2A993D7E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13,502,970</w:t>
            </w:r>
          </w:p>
        </w:tc>
        <w:tc>
          <w:tcPr>
            <w:tcW w:w="1080" w:type="dxa"/>
          </w:tcPr>
          <w:p w14:paraId="53D8D447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172,066</w:t>
            </w:r>
          </w:p>
        </w:tc>
        <w:tc>
          <w:tcPr>
            <w:tcW w:w="1080" w:type="dxa"/>
          </w:tcPr>
          <w:p w14:paraId="405488E6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99%</w:t>
            </w:r>
          </w:p>
        </w:tc>
        <w:tc>
          <w:tcPr>
            <w:tcW w:w="1080" w:type="dxa"/>
          </w:tcPr>
          <w:p w14:paraId="0614C8FC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981</w:t>
            </w:r>
          </w:p>
        </w:tc>
        <w:tc>
          <w:tcPr>
            <w:tcW w:w="1080" w:type="dxa"/>
          </w:tcPr>
          <w:p w14:paraId="666F0E76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602→10 (98%)</w:t>
            </w:r>
          </w:p>
        </w:tc>
      </w:tr>
      <w:tr w:rsidR="00927E94" w14:paraId="38E5DFF1" w14:textId="77777777" w:rsidTr="00927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5DABECBF" w14:textId="77777777" w:rsidR="00927E94" w:rsidRDefault="00000000">
            <w:r>
              <w:t>6</w:t>
            </w:r>
          </w:p>
        </w:tc>
        <w:tc>
          <w:tcPr>
            <w:tcW w:w="1080" w:type="dxa"/>
          </w:tcPr>
          <w:p w14:paraId="27A649E8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HYBRID</w:t>
            </w:r>
          </w:p>
        </w:tc>
        <w:tc>
          <w:tcPr>
            <w:tcW w:w="1080" w:type="dxa"/>
          </w:tcPr>
          <w:p w14:paraId="316E200D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8</w:t>
            </w:r>
          </w:p>
        </w:tc>
        <w:tc>
          <w:tcPr>
            <w:tcW w:w="1080" w:type="dxa"/>
          </w:tcPr>
          <w:p w14:paraId="68D0533C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7,582,515</w:t>
            </w:r>
          </w:p>
        </w:tc>
        <w:tc>
          <w:tcPr>
            <w:tcW w:w="1080" w:type="dxa"/>
          </w:tcPr>
          <w:p w14:paraId="1B160DB3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152,734</w:t>
            </w:r>
          </w:p>
        </w:tc>
        <w:tc>
          <w:tcPr>
            <w:tcW w:w="1080" w:type="dxa"/>
          </w:tcPr>
          <w:p w14:paraId="38184AE5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98%</w:t>
            </w:r>
          </w:p>
        </w:tc>
        <w:tc>
          <w:tcPr>
            <w:tcW w:w="1080" w:type="dxa"/>
          </w:tcPr>
          <w:p w14:paraId="16FDF5E1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500</w:t>
            </w:r>
          </w:p>
        </w:tc>
        <w:tc>
          <w:tcPr>
            <w:tcW w:w="1080" w:type="dxa"/>
          </w:tcPr>
          <w:p w14:paraId="27CE858B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335→12 (96%)</w:t>
            </w:r>
          </w:p>
        </w:tc>
      </w:tr>
      <w:tr w:rsidR="00927E94" w14:paraId="675BACC0" w14:textId="77777777" w:rsidTr="00927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65CCEE19" w14:textId="77777777" w:rsidR="00927E94" w:rsidRDefault="00000000">
            <w:r>
              <w:t>7</w:t>
            </w:r>
          </w:p>
        </w:tc>
        <w:tc>
          <w:tcPr>
            <w:tcW w:w="1080" w:type="dxa"/>
          </w:tcPr>
          <w:p w14:paraId="01D73537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HYBRID</w:t>
            </w:r>
          </w:p>
        </w:tc>
        <w:tc>
          <w:tcPr>
            <w:tcW w:w="1080" w:type="dxa"/>
          </w:tcPr>
          <w:p w14:paraId="38212352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</w:t>
            </w:r>
          </w:p>
        </w:tc>
        <w:tc>
          <w:tcPr>
            <w:tcW w:w="1080" w:type="dxa"/>
          </w:tcPr>
          <w:p w14:paraId="6A54DE4D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1,049,434</w:t>
            </w:r>
          </w:p>
        </w:tc>
        <w:tc>
          <w:tcPr>
            <w:tcW w:w="1080" w:type="dxa"/>
          </w:tcPr>
          <w:p w14:paraId="54E114D3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11,634</w:t>
            </w:r>
          </w:p>
        </w:tc>
        <w:tc>
          <w:tcPr>
            <w:tcW w:w="1080" w:type="dxa"/>
          </w:tcPr>
          <w:p w14:paraId="59E8CF39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99%</w:t>
            </w:r>
          </w:p>
        </w:tc>
        <w:tc>
          <w:tcPr>
            <w:tcW w:w="1080" w:type="dxa"/>
          </w:tcPr>
          <w:p w14:paraId="53629F1D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74</w:t>
            </w:r>
          </w:p>
        </w:tc>
        <w:tc>
          <w:tcPr>
            <w:tcW w:w="1080" w:type="dxa"/>
          </w:tcPr>
          <w:p w14:paraId="097EFA79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50→5 (90%)</w:t>
            </w:r>
          </w:p>
        </w:tc>
      </w:tr>
      <w:tr w:rsidR="00927E94" w14:paraId="7F43B3C7" w14:textId="77777777" w:rsidTr="00927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42FF35D0" w14:textId="77777777" w:rsidR="00927E94" w:rsidRDefault="00000000">
            <w:r>
              <w:t>8</w:t>
            </w:r>
          </w:p>
        </w:tc>
        <w:tc>
          <w:tcPr>
            <w:tcW w:w="1080" w:type="dxa"/>
          </w:tcPr>
          <w:p w14:paraId="53C05443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HYBRID</w:t>
            </w:r>
          </w:p>
        </w:tc>
        <w:tc>
          <w:tcPr>
            <w:tcW w:w="1080" w:type="dxa"/>
          </w:tcPr>
          <w:p w14:paraId="146D772B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8</w:t>
            </w:r>
          </w:p>
        </w:tc>
        <w:tc>
          <w:tcPr>
            <w:tcW w:w="1080" w:type="dxa"/>
          </w:tcPr>
          <w:p w14:paraId="46816484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1,618,310</w:t>
            </w:r>
          </w:p>
        </w:tc>
        <w:tc>
          <w:tcPr>
            <w:tcW w:w="1080" w:type="dxa"/>
          </w:tcPr>
          <w:p w14:paraId="6CFA091F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61,434</w:t>
            </w:r>
          </w:p>
        </w:tc>
        <w:tc>
          <w:tcPr>
            <w:tcW w:w="1080" w:type="dxa"/>
          </w:tcPr>
          <w:p w14:paraId="4F3CDD0D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96%</w:t>
            </w:r>
          </w:p>
        </w:tc>
        <w:tc>
          <w:tcPr>
            <w:tcW w:w="1080" w:type="dxa"/>
          </w:tcPr>
          <w:p w14:paraId="6CF9200D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125</w:t>
            </w:r>
          </w:p>
        </w:tc>
        <w:tc>
          <w:tcPr>
            <w:tcW w:w="1080" w:type="dxa"/>
          </w:tcPr>
          <w:p w14:paraId="2C4F74E1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72→5 (93%)</w:t>
            </w:r>
          </w:p>
        </w:tc>
      </w:tr>
      <w:tr w:rsidR="00927E94" w14:paraId="24623AA1" w14:textId="77777777" w:rsidTr="00927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6354C38A" w14:textId="77777777" w:rsidR="00927E94" w:rsidRDefault="00000000">
            <w:r>
              <w:t>9</w:t>
            </w:r>
          </w:p>
        </w:tc>
        <w:tc>
          <w:tcPr>
            <w:tcW w:w="1080" w:type="dxa"/>
          </w:tcPr>
          <w:p w14:paraId="45DE74DA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HYBRID</w:t>
            </w:r>
          </w:p>
        </w:tc>
        <w:tc>
          <w:tcPr>
            <w:tcW w:w="1080" w:type="dxa"/>
          </w:tcPr>
          <w:p w14:paraId="0235A25F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</w:t>
            </w:r>
          </w:p>
        </w:tc>
        <w:tc>
          <w:tcPr>
            <w:tcW w:w="1080" w:type="dxa"/>
          </w:tcPr>
          <w:p w14:paraId="5EA2BB73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3,202,500</w:t>
            </w:r>
          </w:p>
        </w:tc>
        <w:tc>
          <w:tcPr>
            <w:tcW w:w="1080" w:type="dxa"/>
          </w:tcPr>
          <w:p w14:paraId="23FE19AD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155,633</w:t>
            </w:r>
          </w:p>
        </w:tc>
        <w:tc>
          <w:tcPr>
            <w:tcW w:w="1080" w:type="dxa"/>
          </w:tcPr>
          <w:p w14:paraId="662BC5BB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95%</w:t>
            </w:r>
          </w:p>
        </w:tc>
        <w:tc>
          <w:tcPr>
            <w:tcW w:w="1080" w:type="dxa"/>
          </w:tcPr>
          <w:p w14:paraId="384D8681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277</w:t>
            </w:r>
          </w:p>
        </w:tc>
        <w:tc>
          <w:tcPr>
            <w:tcW w:w="1080" w:type="dxa"/>
          </w:tcPr>
          <w:p w14:paraId="112DC81A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137→12 (91%)</w:t>
            </w:r>
          </w:p>
        </w:tc>
      </w:tr>
      <w:tr w:rsidR="00927E94" w14:paraId="79F259BC" w14:textId="77777777" w:rsidTr="00927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676FFA44" w14:textId="77777777" w:rsidR="00927E94" w:rsidRDefault="00000000">
            <w:r>
              <w:t>10</w:t>
            </w:r>
          </w:p>
        </w:tc>
        <w:tc>
          <w:tcPr>
            <w:tcW w:w="1080" w:type="dxa"/>
          </w:tcPr>
          <w:p w14:paraId="4DE1035B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CACHE+Today</w:t>
            </w:r>
          </w:p>
        </w:tc>
        <w:tc>
          <w:tcPr>
            <w:tcW w:w="1080" w:type="dxa"/>
          </w:tcPr>
          <w:p w14:paraId="4C4A8F2D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1080" w:type="dxa"/>
          </w:tcPr>
          <w:p w14:paraId="6363985F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355,256</w:t>
            </w:r>
          </w:p>
        </w:tc>
        <w:tc>
          <w:tcPr>
            <w:tcW w:w="1080" w:type="dxa"/>
          </w:tcPr>
          <w:p w14:paraId="7ED96B58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4,159</w:t>
            </w:r>
          </w:p>
        </w:tc>
        <w:tc>
          <w:tcPr>
            <w:tcW w:w="1080" w:type="dxa"/>
          </w:tcPr>
          <w:p w14:paraId="75F81251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99%</w:t>
            </w:r>
          </w:p>
        </w:tc>
        <w:tc>
          <w:tcPr>
            <w:tcW w:w="1080" w:type="dxa"/>
          </w:tcPr>
          <w:p w14:paraId="48E3974D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24</w:t>
            </w:r>
          </w:p>
        </w:tc>
        <w:tc>
          <w:tcPr>
            <w:tcW w:w="1080" w:type="dxa"/>
          </w:tcPr>
          <w:p w14:paraId="5E3031C6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17→6 (65%)</w:t>
            </w:r>
          </w:p>
        </w:tc>
      </w:tr>
      <w:tr w:rsidR="00927E94" w14:paraId="6BB5AC00" w14:textId="77777777" w:rsidTr="00927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61697536" w14:textId="77777777" w:rsidR="00927E94" w:rsidRDefault="00000000">
            <w:r>
              <w:t>11</w:t>
            </w:r>
          </w:p>
        </w:tc>
        <w:tc>
          <w:tcPr>
            <w:tcW w:w="1080" w:type="dxa"/>
          </w:tcPr>
          <w:p w14:paraId="25C27275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HYBRID</w:t>
            </w:r>
          </w:p>
        </w:tc>
        <w:tc>
          <w:tcPr>
            <w:tcW w:w="1080" w:type="dxa"/>
          </w:tcPr>
          <w:p w14:paraId="2FADC42D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</w:t>
            </w:r>
          </w:p>
        </w:tc>
        <w:tc>
          <w:tcPr>
            <w:tcW w:w="1080" w:type="dxa"/>
          </w:tcPr>
          <w:p w14:paraId="384BCBBD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41,634,918</w:t>
            </w:r>
          </w:p>
        </w:tc>
        <w:tc>
          <w:tcPr>
            <w:tcW w:w="1080" w:type="dxa"/>
          </w:tcPr>
          <w:p w14:paraId="4ED3DFE2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732,470</w:t>
            </w:r>
          </w:p>
        </w:tc>
        <w:tc>
          <w:tcPr>
            <w:tcW w:w="1080" w:type="dxa"/>
          </w:tcPr>
          <w:p w14:paraId="3140D338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98%</w:t>
            </w:r>
          </w:p>
        </w:tc>
        <w:tc>
          <w:tcPr>
            <w:tcW w:w="1080" w:type="dxa"/>
          </w:tcPr>
          <w:p w14:paraId="1EF3D753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2,411</w:t>
            </w:r>
          </w:p>
        </w:tc>
        <w:tc>
          <w:tcPr>
            <w:tcW w:w="1080" w:type="dxa"/>
          </w:tcPr>
          <w:p w14:paraId="0B9845AD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1,813→42 (98%)</w:t>
            </w:r>
          </w:p>
        </w:tc>
      </w:tr>
      <w:tr w:rsidR="00927E94" w14:paraId="180FE91E" w14:textId="77777777" w:rsidTr="00927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33947802" w14:textId="77777777" w:rsidR="00927E94" w:rsidRDefault="00000000">
            <w:r>
              <w:t>12</w:t>
            </w:r>
          </w:p>
        </w:tc>
        <w:tc>
          <w:tcPr>
            <w:tcW w:w="1080" w:type="dxa"/>
          </w:tcPr>
          <w:p w14:paraId="61CCAFE1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CACHE+Today</w:t>
            </w:r>
          </w:p>
        </w:tc>
        <w:tc>
          <w:tcPr>
            <w:tcW w:w="1080" w:type="dxa"/>
          </w:tcPr>
          <w:p w14:paraId="04842BB3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12</w:t>
            </w:r>
          </w:p>
        </w:tc>
        <w:tc>
          <w:tcPr>
            <w:tcW w:w="1080" w:type="dxa"/>
          </w:tcPr>
          <w:p w14:paraId="5D8D2726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14,404,225</w:t>
            </w:r>
          </w:p>
        </w:tc>
        <w:tc>
          <w:tcPr>
            <w:tcW w:w="1080" w:type="dxa"/>
          </w:tcPr>
          <w:p w14:paraId="0B23D4B2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259,541</w:t>
            </w:r>
          </w:p>
        </w:tc>
        <w:tc>
          <w:tcPr>
            <w:tcW w:w="1080" w:type="dxa"/>
          </w:tcPr>
          <w:p w14:paraId="78A355C0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98%</w:t>
            </w:r>
          </w:p>
        </w:tc>
        <w:tc>
          <w:tcPr>
            <w:tcW w:w="1080" w:type="dxa"/>
          </w:tcPr>
          <w:p w14:paraId="2D1DA395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1,258</w:t>
            </w:r>
          </w:p>
        </w:tc>
        <w:tc>
          <w:tcPr>
            <w:tcW w:w="1080" w:type="dxa"/>
          </w:tcPr>
          <w:p w14:paraId="65195648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639→23 (96%)</w:t>
            </w:r>
          </w:p>
        </w:tc>
      </w:tr>
    </w:tbl>
    <w:p w14:paraId="356ED906" w14:textId="77777777" w:rsidR="00927E94" w:rsidRDefault="00927E94"/>
    <w:p w14:paraId="78888CB3" w14:textId="77777777" w:rsidR="00927E94" w:rsidRDefault="00000000">
      <w:pPr>
        <w:ind w:left="567"/>
        <w:rPr>
          <w:lang w:eastAsia="ko-KR"/>
        </w:rPr>
      </w:pPr>
      <w:r>
        <w:rPr>
          <w:i/>
          <w:color w:val="555555"/>
          <w:lang w:eastAsia="ko-KR"/>
        </w:rPr>
        <w:t xml:space="preserve">DB </w:t>
      </w:r>
      <w:r>
        <w:rPr>
          <w:i/>
          <w:color w:val="555555"/>
          <w:lang w:eastAsia="ko-KR"/>
        </w:rPr>
        <w:t>경로</w:t>
      </w:r>
      <w:r>
        <w:rPr>
          <w:i/>
          <w:color w:val="555555"/>
          <w:lang w:eastAsia="ko-KR"/>
        </w:rPr>
        <w:t>(#2, #3)</w:t>
      </w:r>
      <w:r>
        <w:rPr>
          <w:i/>
          <w:color w:val="555555"/>
          <w:lang w:eastAsia="ko-KR"/>
        </w:rPr>
        <w:t>는</w:t>
      </w:r>
      <w:r>
        <w:rPr>
          <w:i/>
          <w:color w:val="555555"/>
          <w:lang w:eastAsia="ko-KR"/>
        </w:rPr>
        <w:t xml:space="preserve"> SQL </w:t>
      </w:r>
      <w:r>
        <w:rPr>
          <w:i/>
          <w:color w:val="555555"/>
          <w:lang w:eastAsia="ko-KR"/>
        </w:rPr>
        <w:t>레벨에서</w:t>
      </w:r>
      <w:r>
        <w:rPr>
          <w:i/>
          <w:color w:val="555555"/>
          <w:lang w:eastAsia="ko-KR"/>
        </w:rPr>
        <w:t xml:space="preserve"> `ST_Simplify` </w:t>
      </w:r>
      <w:r>
        <w:rPr>
          <w:i/>
          <w:color w:val="555555"/>
          <w:lang w:eastAsia="ko-KR"/>
        </w:rPr>
        <w:t>적용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후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수신하므로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앱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레벨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압축률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산출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불가</w:t>
      </w:r>
      <w:r>
        <w:rPr>
          <w:i/>
          <w:color w:val="555555"/>
          <w:lang w:eastAsia="ko-KR"/>
        </w:rPr>
        <w:t xml:space="preserve"> (before = after).</w:t>
      </w:r>
    </w:p>
    <w:p w14:paraId="298AA0D8" w14:textId="77777777" w:rsidR="00927E94" w:rsidRDefault="00927E94">
      <w:pPr>
        <w:spacing w:before="120" w:after="120"/>
        <w:rPr>
          <w:lang w:eastAsia="ko-KR"/>
        </w:rPr>
      </w:pPr>
    </w:p>
    <w:p w14:paraId="46495503" w14:textId="77777777" w:rsidR="00927E94" w:rsidRDefault="00000000">
      <w:pPr>
        <w:pStyle w:val="21"/>
        <w:rPr>
          <w:lang w:eastAsia="ko-KR"/>
        </w:rPr>
      </w:pPr>
      <w:r>
        <w:rPr>
          <w:lang w:eastAsia="ko-KR"/>
        </w:rPr>
        <w:lastRenderedPageBreak/>
        <w:t xml:space="preserve">3. </w:t>
      </w:r>
      <w:r>
        <w:rPr>
          <w:lang w:eastAsia="ko-KR"/>
        </w:rPr>
        <w:t>경로별</w:t>
      </w:r>
      <w:r>
        <w:rPr>
          <w:lang w:eastAsia="ko-KR"/>
        </w:rPr>
        <w:t xml:space="preserve"> </w:t>
      </w:r>
      <w:r>
        <w:rPr>
          <w:lang w:eastAsia="ko-KR"/>
        </w:rPr>
        <w:t>정량</w:t>
      </w:r>
      <w:r>
        <w:rPr>
          <w:lang w:eastAsia="ko-KR"/>
        </w:rPr>
        <w:t xml:space="preserve"> </w:t>
      </w:r>
      <w:r>
        <w:rPr>
          <w:lang w:eastAsia="ko-KR"/>
        </w:rPr>
        <w:t>비교</w:t>
      </w:r>
    </w:p>
    <w:p w14:paraId="064F2611" w14:textId="77777777" w:rsidR="00927E94" w:rsidRDefault="00000000">
      <w:pPr>
        <w:pStyle w:val="31"/>
        <w:rPr>
          <w:lang w:eastAsia="ko-KR"/>
        </w:rPr>
      </w:pPr>
      <w:r>
        <w:rPr>
          <w:lang w:eastAsia="ko-KR"/>
        </w:rPr>
        <w:t xml:space="preserve">3.1 CACHE vs DB — </w:t>
      </w:r>
      <w:r>
        <w:rPr>
          <w:lang w:eastAsia="ko-KR"/>
        </w:rPr>
        <w:t>동일</w:t>
      </w:r>
      <w:r>
        <w:rPr>
          <w:lang w:eastAsia="ko-KR"/>
        </w:rPr>
        <w:t xml:space="preserve"> </w:t>
      </w:r>
      <w:r>
        <w:rPr>
          <w:lang w:eastAsia="ko-KR"/>
        </w:rPr>
        <w:t>규모</w:t>
      </w:r>
      <w:r>
        <w:rPr>
          <w:lang w:eastAsia="ko-KR"/>
        </w:rPr>
        <w:t xml:space="preserve"> </w:t>
      </w:r>
      <w:r>
        <w:rPr>
          <w:lang w:eastAsia="ko-KR"/>
        </w:rPr>
        <w:t>직접</w:t>
      </w:r>
      <w:r>
        <w:rPr>
          <w:lang w:eastAsia="ko-KR"/>
        </w:rPr>
        <w:t xml:space="preserve"> </w:t>
      </w:r>
      <w:r>
        <w:rPr>
          <w:lang w:eastAsia="ko-KR"/>
        </w:rPr>
        <w:t>비교</w:t>
      </w:r>
    </w:p>
    <w:p w14:paraId="257402B7" w14:textId="77777777" w:rsidR="00927E94" w:rsidRDefault="00000000">
      <w:pPr>
        <w:pStyle w:val="4"/>
      </w:pPr>
      <w:r>
        <w:t>대규모</w:t>
      </w:r>
      <w:r>
        <w:t>: #4 CACHE vs #3 DB</w:t>
      </w:r>
    </w:p>
    <w:tbl>
      <w:tblPr>
        <w:tblStyle w:val="-11"/>
        <w:tblW w:w="0" w:type="auto"/>
        <w:jc w:val="center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927E94" w14:paraId="164C5E1C" w14:textId="77777777" w:rsidTr="00927E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E98E438" w14:textId="77777777" w:rsidR="00927E94" w:rsidRDefault="00000000">
            <w:r>
              <w:t>지표</w:t>
            </w:r>
          </w:p>
        </w:tc>
        <w:tc>
          <w:tcPr>
            <w:tcW w:w="2160" w:type="dxa"/>
          </w:tcPr>
          <w:p w14:paraId="7A782BF4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DB (#3)</w:t>
            </w:r>
          </w:p>
        </w:tc>
        <w:tc>
          <w:tcPr>
            <w:tcW w:w="2160" w:type="dxa"/>
          </w:tcPr>
          <w:p w14:paraId="6F3B3A55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CACHE (#4)</w:t>
            </w:r>
          </w:p>
        </w:tc>
        <w:tc>
          <w:tcPr>
            <w:tcW w:w="2160" w:type="dxa"/>
          </w:tcPr>
          <w:p w14:paraId="4E39B11C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개선</w:t>
            </w:r>
          </w:p>
        </w:tc>
      </w:tr>
      <w:tr w:rsidR="00927E94" w14:paraId="119C566C" w14:textId="77777777" w:rsidTr="00927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AC310F9" w14:textId="77777777" w:rsidR="00927E94" w:rsidRDefault="00000000">
            <w:r>
              <w:t>선박</w:t>
            </w:r>
            <w:r>
              <w:t xml:space="preserve"> </w:t>
            </w:r>
            <w:r>
              <w:t>수</w:t>
            </w:r>
          </w:p>
        </w:tc>
        <w:tc>
          <w:tcPr>
            <w:tcW w:w="2160" w:type="dxa"/>
          </w:tcPr>
          <w:p w14:paraId="786EC7CB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12,253</w:t>
            </w:r>
          </w:p>
        </w:tc>
        <w:tc>
          <w:tcPr>
            <w:tcW w:w="2160" w:type="dxa"/>
          </w:tcPr>
          <w:p w14:paraId="4CF39E72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10,690</w:t>
            </w:r>
          </w:p>
        </w:tc>
        <w:tc>
          <w:tcPr>
            <w:tcW w:w="2160" w:type="dxa"/>
          </w:tcPr>
          <w:p w14:paraId="3912643D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(</w:t>
            </w:r>
            <w:r>
              <w:t>유사</w:t>
            </w:r>
            <w:r>
              <w:t xml:space="preserve"> </w:t>
            </w:r>
            <w:r>
              <w:t>규모</w:t>
            </w:r>
            <w:r>
              <w:t>)</w:t>
            </w:r>
          </w:p>
        </w:tc>
      </w:tr>
      <w:tr w:rsidR="00927E94" w14:paraId="62DD4A7C" w14:textId="77777777" w:rsidTr="00927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5AC340B" w14:textId="77777777" w:rsidR="00927E94" w:rsidRDefault="00000000">
            <w:r>
              <w:t>응답시간</w:t>
            </w:r>
          </w:p>
        </w:tc>
        <w:tc>
          <w:tcPr>
            <w:tcW w:w="2160" w:type="dxa"/>
          </w:tcPr>
          <w:p w14:paraId="2A55566D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8,195 ms</w:t>
            </w:r>
          </w:p>
        </w:tc>
        <w:tc>
          <w:tcPr>
            <w:tcW w:w="2160" w:type="dxa"/>
          </w:tcPr>
          <w:p w14:paraId="26E15191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1,439 ms</w:t>
            </w:r>
          </w:p>
        </w:tc>
        <w:tc>
          <w:tcPr>
            <w:tcW w:w="2160" w:type="dxa"/>
          </w:tcPr>
          <w:p w14:paraId="2D02E378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b/>
              </w:rPr>
              <w:t>5.7</w:t>
            </w:r>
            <w:r>
              <w:rPr>
                <w:b/>
              </w:rPr>
              <w:t>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빨라짐</w:t>
            </w:r>
          </w:p>
        </w:tc>
      </w:tr>
      <w:tr w:rsidR="00927E94" w14:paraId="306C7033" w14:textId="77777777" w:rsidTr="00927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E7F535B" w14:textId="77777777" w:rsidR="00927E94" w:rsidRDefault="00000000">
            <w:r>
              <w:t xml:space="preserve">DB </w:t>
            </w:r>
            <w:r>
              <w:t>커넥션</w:t>
            </w:r>
          </w:p>
        </w:tc>
        <w:tc>
          <w:tcPr>
            <w:tcW w:w="2160" w:type="dxa"/>
          </w:tcPr>
          <w:p w14:paraId="55ADC1DE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</w:t>
            </w:r>
          </w:p>
        </w:tc>
        <w:tc>
          <w:tcPr>
            <w:tcW w:w="2160" w:type="dxa"/>
          </w:tcPr>
          <w:p w14:paraId="05F34C80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2160" w:type="dxa"/>
          </w:tcPr>
          <w:p w14:paraId="61CA7EB9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</w:rPr>
              <w:t xml:space="preserve">89% </w:t>
            </w:r>
            <w:r>
              <w:rPr>
                <w:b/>
              </w:rPr>
              <w:t>감소</w:t>
            </w:r>
          </w:p>
        </w:tc>
      </w:tr>
      <w:tr w:rsidR="00927E94" w14:paraId="38A5F734" w14:textId="77777777" w:rsidTr="00927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B192B12" w14:textId="77777777" w:rsidR="00927E94" w:rsidRDefault="00000000">
            <w:r>
              <w:t xml:space="preserve">DB </w:t>
            </w:r>
            <w:r>
              <w:t>쿼리</w:t>
            </w:r>
            <w:r>
              <w:t xml:space="preserve"> </w:t>
            </w:r>
            <w:r>
              <w:t>시간</w:t>
            </w:r>
          </w:p>
        </w:tc>
        <w:tc>
          <w:tcPr>
            <w:tcW w:w="2160" w:type="dxa"/>
          </w:tcPr>
          <w:p w14:paraId="1F962383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1,443 ms</w:t>
            </w:r>
          </w:p>
        </w:tc>
        <w:tc>
          <w:tcPr>
            <w:tcW w:w="2160" w:type="dxa"/>
          </w:tcPr>
          <w:p w14:paraId="5DDD277D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0 ms</w:t>
            </w:r>
          </w:p>
        </w:tc>
        <w:tc>
          <w:tcPr>
            <w:tcW w:w="2160" w:type="dxa"/>
          </w:tcPr>
          <w:p w14:paraId="0840CA85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b/>
              </w:rPr>
              <w:t xml:space="preserve">100% </w:t>
            </w:r>
            <w:r>
              <w:rPr>
                <w:b/>
              </w:rPr>
              <w:t>절감</w:t>
            </w:r>
          </w:p>
        </w:tc>
      </w:tr>
      <w:tr w:rsidR="00927E94" w14:paraId="55B4A3A8" w14:textId="77777777" w:rsidTr="00927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2096A25" w14:textId="77777777" w:rsidR="00927E94" w:rsidRDefault="00000000">
            <w:r>
              <w:t>배치</w:t>
            </w:r>
            <w:r>
              <w:t xml:space="preserve"> </w:t>
            </w:r>
            <w:r>
              <w:t>전송</w:t>
            </w:r>
            <w:r>
              <w:t xml:space="preserve"> </w:t>
            </w:r>
            <w:r>
              <w:t>수</w:t>
            </w:r>
          </w:p>
        </w:tc>
        <w:tc>
          <w:tcPr>
            <w:tcW w:w="2160" w:type="dxa"/>
          </w:tcPr>
          <w:p w14:paraId="4E39E8A1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</w:t>
            </w:r>
          </w:p>
        </w:tc>
        <w:tc>
          <w:tcPr>
            <w:tcW w:w="2160" w:type="dxa"/>
          </w:tcPr>
          <w:p w14:paraId="1E9E4481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2160" w:type="dxa"/>
          </w:tcPr>
          <w:p w14:paraId="38B6BE70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유사</w:t>
            </w:r>
          </w:p>
        </w:tc>
      </w:tr>
    </w:tbl>
    <w:p w14:paraId="0DF73D20" w14:textId="77777777" w:rsidR="00927E94" w:rsidRDefault="00927E94"/>
    <w:p w14:paraId="60F0A6FA" w14:textId="77777777" w:rsidR="00927E94" w:rsidRDefault="00000000">
      <w:pPr>
        <w:pStyle w:val="4"/>
      </w:pPr>
      <w:r>
        <w:t>소규모</w:t>
      </w:r>
      <w:r>
        <w:t>: #2 DB vs #1 CACHE</w:t>
      </w:r>
    </w:p>
    <w:tbl>
      <w:tblPr>
        <w:tblStyle w:val="-11"/>
        <w:tblW w:w="0" w:type="auto"/>
        <w:jc w:val="center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927E94" w14:paraId="7548C17A" w14:textId="77777777" w:rsidTr="00927E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B42A110" w14:textId="77777777" w:rsidR="00927E94" w:rsidRDefault="00000000">
            <w:r>
              <w:t>지표</w:t>
            </w:r>
          </w:p>
        </w:tc>
        <w:tc>
          <w:tcPr>
            <w:tcW w:w="2160" w:type="dxa"/>
          </w:tcPr>
          <w:p w14:paraId="162986EE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DB (#2)</w:t>
            </w:r>
          </w:p>
        </w:tc>
        <w:tc>
          <w:tcPr>
            <w:tcW w:w="2160" w:type="dxa"/>
          </w:tcPr>
          <w:p w14:paraId="522A2111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CACHE (#1)</w:t>
            </w:r>
          </w:p>
        </w:tc>
        <w:tc>
          <w:tcPr>
            <w:tcW w:w="2160" w:type="dxa"/>
          </w:tcPr>
          <w:p w14:paraId="35436364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개선</w:t>
            </w:r>
          </w:p>
        </w:tc>
      </w:tr>
      <w:tr w:rsidR="00927E94" w14:paraId="3261CD1D" w14:textId="77777777" w:rsidTr="00927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3335079" w14:textId="77777777" w:rsidR="00927E94" w:rsidRDefault="00000000">
            <w:r>
              <w:t>선박</w:t>
            </w:r>
            <w:r>
              <w:t xml:space="preserve"> </w:t>
            </w:r>
            <w:r>
              <w:t>수</w:t>
            </w:r>
          </w:p>
        </w:tc>
        <w:tc>
          <w:tcPr>
            <w:tcW w:w="2160" w:type="dxa"/>
          </w:tcPr>
          <w:p w14:paraId="62A2DBD7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352</w:t>
            </w:r>
          </w:p>
        </w:tc>
        <w:tc>
          <w:tcPr>
            <w:tcW w:w="2160" w:type="dxa"/>
          </w:tcPr>
          <w:p w14:paraId="1CD8B58E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443</w:t>
            </w:r>
          </w:p>
        </w:tc>
        <w:tc>
          <w:tcPr>
            <w:tcW w:w="2160" w:type="dxa"/>
          </w:tcPr>
          <w:p w14:paraId="40B9C906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(</w:t>
            </w:r>
            <w:r>
              <w:t>유사</w:t>
            </w:r>
            <w:r>
              <w:t xml:space="preserve"> </w:t>
            </w:r>
            <w:r>
              <w:t>규모</w:t>
            </w:r>
            <w:r>
              <w:t>)</w:t>
            </w:r>
          </w:p>
        </w:tc>
      </w:tr>
      <w:tr w:rsidR="00927E94" w14:paraId="765FAA6B" w14:textId="77777777" w:rsidTr="00927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D069485" w14:textId="77777777" w:rsidR="00927E94" w:rsidRDefault="00000000">
            <w:r>
              <w:t>응답시간</w:t>
            </w:r>
          </w:p>
        </w:tc>
        <w:tc>
          <w:tcPr>
            <w:tcW w:w="2160" w:type="dxa"/>
          </w:tcPr>
          <w:p w14:paraId="307C9AFE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7,221 ms</w:t>
            </w:r>
          </w:p>
        </w:tc>
        <w:tc>
          <w:tcPr>
            <w:tcW w:w="2160" w:type="dxa"/>
          </w:tcPr>
          <w:p w14:paraId="3752D2AC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575 ms</w:t>
            </w:r>
          </w:p>
        </w:tc>
        <w:tc>
          <w:tcPr>
            <w:tcW w:w="2160" w:type="dxa"/>
          </w:tcPr>
          <w:p w14:paraId="7F68E680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b/>
              </w:rPr>
              <w:t>12.6</w:t>
            </w:r>
            <w:r>
              <w:rPr>
                <w:b/>
              </w:rPr>
              <w:t>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빨라짐</w:t>
            </w:r>
          </w:p>
        </w:tc>
      </w:tr>
      <w:tr w:rsidR="00927E94" w14:paraId="415F3A0C" w14:textId="77777777" w:rsidTr="00927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F19B6B1" w14:textId="77777777" w:rsidR="00927E94" w:rsidRDefault="00000000">
            <w:r>
              <w:t xml:space="preserve">DB </w:t>
            </w:r>
            <w:r>
              <w:t>커넥션</w:t>
            </w:r>
          </w:p>
        </w:tc>
        <w:tc>
          <w:tcPr>
            <w:tcW w:w="2160" w:type="dxa"/>
          </w:tcPr>
          <w:p w14:paraId="28828CD4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</w:t>
            </w:r>
          </w:p>
        </w:tc>
        <w:tc>
          <w:tcPr>
            <w:tcW w:w="2160" w:type="dxa"/>
          </w:tcPr>
          <w:p w14:paraId="33616367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2160" w:type="dxa"/>
          </w:tcPr>
          <w:p w14:paraId="3A2F3DB6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</w:rPr>
              <w:t xml:space="preserve">63% </w:t>
            </w:r>
            <w:r>
              <w:rPr>
                <w:b/>
              </w:rPr>
              <w:t>감소</w:t>
            </w:r>
          </w:p>
        </w:tc>
      </w:tr>
      <w:tr w:rsidR="00927E94" w14:paraId="3CBB48B9" w14:textId="77777777" w:rsidTr="00927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D42AA68" w14:textId="77777777" w:rsidR="00927E94" w:rsidRDefault="00000000">
            <w:r>
              <w:t xml:space="preserve">DB </w:t>
            </w:r>
            <w:r>
              <w:t>쿼리</w:t>
            </w:r>
            <w:r>
              <w:t xml:space="preserve"> </w:t>
            </w:r>
            <w:r>
              <w:t>시간</w:t>
            </w:r>
          </w:p>
        </w:tc>
        <w:tc>
          <w:tcPr>
            <w:tcW w:w="2160" w:type="dxa"/>
          </w:tcPr>
          <w:p w14:paraId="01906600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3,475 ms</w:t>
            </w:r>
          </w:p>
        </w:tc>
        <w:tc>
          <w:tcPr>
            <w:tcW w:w="2160" w:type="dxa"/>
          </w:tcPr>
          <w:p w14:paraId="1BA5B830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0 ms</w:t>
            </w:r>
          </w:p>
        </w:tc>
        <w:tc>
          <w:tcPr>
            <w:tcW w:w="2160" w:type="dxa"/>
          </w:tcPr>
          <w:p w14:paraId="3F97C708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b/>
              </w:rPr>
              <w:t xml:space="preserve">100% </w:t>
            </w:r>
            <w:r>
              <w:rPr>
                <w:b/>
              </w:rPr>
              <w:t>절감</w:t>
            </w:r>
          </w:p>
        </w:tc>
      </w:tr>
      <w:tr w:rsidR="00927E94" w14:paraId="0B8DE3AB" w14:textId="77777777" w:rsidTr="00927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7E1B606" w14:textId="77777777" w:rsidR="00927E94" w:rsidRDefault="00000000">
            <w:r>
              <w:t>배치</w:t>
            </w:r>
            <w:r>
              <w:t xml:space="preserve"> </w:t>
            </w:r>
            <w:r>
              <w:t>전송</w:t>
            </w:r>
            <w:r>
              <w:t xml:space="preserve"> </w:t>
            </w:r>
            <w:r>
              <w:t>수</w:t>
            </w:r>
          </w:p>
        </w:tc>
        <w:tc>
          <w:tcPr>
            <w:tcW w:w="2160" w:type="dxa"/>
          </w:tcPr>
          <w:p w14:paraId="2910F5B3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2160" w:type="dxa"/>
          </w:tcPr>
          <w:p w14:paraId="0AAE8EB3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2160" w:type="dxa"/>
          </w:tcPr>
          <w:p w14:paraId="65A5251E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유사</w:t>
            </w:r>
          </w:p>
        </w:tc>
      </w:tr>
    </w:tbl>
    <w:p w14:paraId="5D63BC95" w14:textId="77777777" w:rsidR="00927E94" w:rsidRDefault="00927E94"/>
    <w:p w14:paraId="56469970" w14:textId="77777777" w:rsidR="00927E94" w:rsidRDefault="00000000">
      <w:pPr>
        <w:pStyle w:val="31"/>
        <w:rPr>
          <w:lang w:eastAsia="ko-KR"/>
        </w:rPr>
      </w:pPr>
      <w:r>
        <w:rPr>
          <w:lang w:eastAsia="ko-KR"/>
        </w:rPr>
        <w:t xml:space="preserve">3.2 HYBRID </w:t>
      </w:r>
      <w:r>
        <w:rPr>
          <w:lang w:eastAsia="ko-KR"/>
        </w:rPr>
        <w:t>경로</w:t>
      </w:r>
      <w:r>
        <w:rPr>
          <w:lang w:eastAsia="ko-KR"/>
        </w:rPr>
        <w:t xml:space="preserve"> — </w:t>
      </w:r>
      <w:r>
        <w:rPr>
          <w:lang w:eastAsia="ko-KR"/>
        </w:rPr>
        <w:t>규모별</w:t>
      </w:r>
      <w:r>
        <w:rPr>
          <w:lang w:eastAsia="ko-KR"/>
        </w:rPr>
        <w:t xml:space="preserve"> </w:t>
      </w:r>
      <w:r>
        <w:rPr>
          <w:lang w:eastAsia="ko-KR"/>
        </w:rPr>
        <w:t>성능</w:t>
      </w:r>
      <w:r>
        <w:rPr>
          <w:lang w:eastAsia="ko-KR"/>
        </w:rPr>
        <w:t xml:space="preserve"> </w:t>
      </w:r>
      <w:r>
        <w:rPr>
          <w:lang w:eastAsia="ko-KR"/>
        </w:rPr>
        <w:t>변화</w:t>
      </w:r>
    </w:p>
    <w:p w14:paraId="6D793A72" w14:textId="77777777" w:rsidR="00927E94" w:rsidRDefault="00000000">
      <w:pPr>
        <w:rPr>
          <w:lang w:eastAsia="ko-KR"/>
        </w:rPr>
      </w:pPr>
      <w:r>
        <w:rPr>
          <w:lang w:eastAsia="ko-KR"/>
        </w:rPr>
        <w:t>5</w:t>
      </w:r>
      <w:r>
        <w:rPr>
          <w:lang w:eastAsia="ko-KR"/>
        </w:rPr>
        <w:t>일</w:t>
      </w:r>
      <w:r>
        <w:rPr>
          <w:lang w:eastAsia="ko-KR"/>
        </w:rPr>
        <w:t xml:space="preserve"> </w:t>
      </w:r>
      <w:r>
        <w:rPr>
          <w:lang w:eastAsia="ko-KR"/>
        </w:rPr>
        <w:t>범위</w:t>
      </w:r>
      <w:r>
        <w:rPr>
          <w:lang w:eastAsia="ko-KR"/>
        </w:rPr>
        <w:t xml:space="preserve"> </w:t>
      </w:r>
      <w:r>
        <w:rPr>
          <w:lang w:eastAsia="ko-KR"/>
        </w:rPr>
        <w:t>쿼리</w:t>
      </w:r>
      <w:r>
        <w:rPr>
          <w:lang w:eastAsia="ko-KR"/>
        </w:rPr>
        <w:t xml:space="preserve"> (</w:t>
      </w:r>
      <w:r>
        <w:rPr>
          <w:lang w:eastAsia="ko-KR"/>
        </w:rPr>
        <w:t>캐시</w:t>
      </w:r>
      <w:r>
        <w:rPr>
          <w:lang w:eastAsia="ko-KR"/>
        </w:rPr>
        <w:t xml:space="preserve"> 3</w:t>
      </w:r>
      <w:r>
        <w:rPr>
          <w:lang w:eastAsia="ko-KR"/>
        </w:rPr>
        <w:t>일</w:t>
      </w:r>
      <w:r>
        <w:rPr>
          <w:lang w:eastAsia="ko-KR"/>
        </w:rPr>
        <w:t xml:space="preserve"> + DB 2</w:t>
      </w:r>
      <w:r>
        <w:rPr>
          <w:lang w:eastAsia="ko-KR"/>
        </w:rPr>
        <w:t>일</w:t>
      </w:r>
      <w:r>
        <w:rPr>
          <w:lang w:eastAsia="ko-KR"/>
        </w:rPr>
        <w:t>):</w:t>
      </w:r>
    </w:p>
    <w:tbl>
      <w:tblPr>
        <w:tblStyle w:val="-11"/>
        <w:tblW w:w="0" w:type="auto"/>
        <w:jc w:val="center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927E94" w14:paraId="0DB441D3" w14:textId="77777777" w:rsidTr="00927E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5EC422AB" w14:textId="77777777" w:rsidR="00927E94" w:rsidRDefault="00000000">
            <w:r>
              <w:t>#</w:t>
            </w:r>
          </w:p>
        </w:tc>
        <w:tc>
          <w:tcPr>
            <w:tcW w:w="1728" w:type="dxa"/>
          </w:tcPr>
          <w:p w14:paraId="2572F2AF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선박</w:t>
            </w:r>
            <w:r>
              <w:t xml:space="preserve"> </w:t>
            </w:r>
            <w:r>
              <w:t>수</w:t>
            </w:r>
          </w:p>
        </w:tc>
        <w:tc>
          <w:tcPr>
            <w:tcW w:w="1728" w:type="dxa"/>
          </w:tcPr>
          <w:p w14:paraId="45D4E104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응답시간</w:t>
            </w:r>
          </w:p>
        </w:tc>
        <w:tc>
          <w:tcPr>
            <w:tcW w:w="1728" w:type="dxa"/>
          </w:tcPr>
          <w:p w14:paraId="12C92E32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DB</w:t>
            </w:r>
            <w:r>
              <w:t>커넥션</w:t>
            </w:r>
          </w:p>
        </w:tc>
        <w:tc>
          <w:tcPr>
            <w:tcW w:w="1728" w:type="dxa"/>
          </w:tcPr>
          <w:p w14:paraId="4AFE028A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DB</w:t>
            </w:r>
            <w:r>
              <w:t>쿼리시간</w:t>
            </w:r>
          </w:p>
        </w:tc>
      </w:tr>
      <w:tr w:rsidR="00927E94" w14:paraId="343E2920" w14:textId="77777777" w:rsidTr="00927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574DFF63" w14:textId="77777777" w:rsidR="00927E94" w:rsidRDefault="00000000">
            <w:r>
              <w:t>7</w:t>
            </w:r>
          </w:p>
        </w:tc>
        <w:tc>
          <w:tcPr>
            <w:tcW w:w="1728" w:type="dxa"/>
          </w:tcPr>
          <w:p w14:paraId="664B5A98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547</w:t>
            </w:r>
          </w:p>
        </w:tc>
        <w:tc>
          <w:tcPr>
            <w:tcW w:w="1728" w:type="dxa"/>
          </w:tcPr>
          <w:p w14:paraId="73DF6D0E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1,373 ms</w:t>
            </w:r>
          </w:p>
        </w:tc>
        <w:tc>
          <w:tcPr>
            <w:tcW w:w="1728" w:type="dxa"/>
          </w:tcPr>
          <w:p w14:paraId="5D67AB3E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</w:t>
            </w:r>
          </w:p>
        </w:tc>
        <w:tc>
          <w:tcPr>
            <w:tcW w:w="1728" w:type="dxa"/>
          </w:tcPr>
          <w:p w14:paraId="6D215EC9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550 ms</w:t>
            </w:r>
          </w:p>
        </w:tc>
      </w:tr>
      <w:tr w:rsidR="00927E94" w14:paraId="755DA0E3" w14:textId="77777777" w:rsidTr="00927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4FBC7DE0" w14:textId="77777777" w:rsidR="00927E94" w:rsidRDefault="00000000">
            <w:r>
              <w:t>8</w:t>
            </w:r>
          </w:p>
        </w:tc>
        <w:tc>
          <w:tcPr>
            <w:tcW w:w="1728" w:type="dxa"/>
          </w:tcPr>
          <w:p w14:paraId="0D35DEA2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4,589</w:t>
            </w:r>
          </w:p>
        </w:tc>
        <w:tc>
          <w:tcPr>
            <w:tcW w:w="1728" w:type="dxa"/>
          </w:tcPr>
          <w:p w14:paraId="66AAA1AD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2,910 ms</w:t>
            </w:r>
          </w:p>
        </w:tc>
        <w:tc>
          <w:tcPr>
            <w:tcW w:w="1728" w:type="dxa"/>
          </w:tcPr>
          <w:p w14:paraId="3B0945DC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12</w:t>
            </w:r>
          </w:p>
        </w:tc>
        <w:tc>
          <w:tcPr>
            <w:tcW w:w="1728" w:type="dxa"/>
          </w:tcPr>
          <w:p w14:paraId="6DC9E4DB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715 ms</w:t>
            </w:r>
          </w:p>
        </w:tc>
      </w:tr>
      <w:tr w:rsidR="00927E94" w14:paraId="121E3B6F" w14:textId="77777777" w:rsidTr="00927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23F22412" w14:textId="77777777" w:rsidR="00927E94" w:rsidRDefault="00000000">
            <w:r>
              <w:t>9</w:t>
            </w:r>
          </w:p>
        </w:tc>
        <w:tc>
          <w:tcPr>
            <w:tcW w:w="1728" w:type="dxa"/>
          </w:tcPr>
          <w:p w14:paraId="1B5E86E8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5,760</w:t>
            </w:r>
          </w:p>
        </w:tc>
        <w:tc>
          <w:tcPr>
            <w:tcW w:w="1728" w:type="dxa"/>
          </w:tcPr>
          <w:p w14:paraId="146A26E2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3,651 ms</w:t>
            </w:r>
          </w:p>
        </w:tc>
        <w:tc>
          <w:tcPr>
            <w:tcW w:w="1728" w:type="dxa"/>
          </w:tcPr>
          <w:p w14:paraId="47627335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</w:t>
            </w:r>
          </w:p>
        </w:tc>
        <w:tc>
          <w:tcPr>
            <w:tcW w:w="1728" w:type="dxa"/>
          </w:tcPr>
          <w:p w14:paraId="26EAA08E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1,048 ms</w:t>
            </w:r>
          </w:p>
        </w:tc>
      </w:tr>
      <w:tr w:rsidR="00927E94" w14:paraId="6914EF88" w14:textId="77777777" w:rsidTr="00927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2CDACE9E" w14:textId="77777777" w:rsidR="00927E94" w:rsidRDefault="00000000">
            <w:r>
              <w:t>6</w:t>
            </w:r>
          </w:p>
        </w:tc>
        <w:tc>
          <w:tcPr>
            <w:tcW w:w="1728" w:type="dxa"/>
          </w:tcPr>
          <w:p w14:paraId="61354D33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9,958</w:t>
            </w:r>
          </w:p>
        </w:tc>
        <w:tc>
          <w:tcPr>
            <w:tcW w:w="1728" w:type="dxa"/>
          </w:tcPr>
          <w:p w14:paraId="54DF9A82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8,900 ms</w:t>
            </w:r>
          </w:p>
        </w:tc>
        <w:tc>
          <w:tcPr>
            <w:tcW w:w="1728" w:type="dxa"/>
          </w:tcPr>
          <w:p w14:paraId="2137462B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16</w:t>
            </w:r>
          </w:p>
        </w:tc>
        <w:tc>
          <w:tcPr>
            <w:tcW w:w="1728" w:type="dxa"/>
          </w:tcPr>
          <w:p w14:paraId="608BAA66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3,301 ms</w:t>
            </w:r>
          </w:p>
        </w:tc>
      </w:tr>
      <w:tr w:rsidR="00927E94" w14:paraId="1555E86A" w14:textId="77777777" w:rsidTr="00927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6336247F" w14:textId="77777777" w:rsidR="00927E94" w:rsidRDefault="00000000">
            <w:r>
              <w:t>11</w:t>
            </w:r>
          </w:p>
        </w:tc>
        <w:tc>
          <w:tcPr>
            <w:tcW w:w="1728" w:type="dxa"/>
          </w:tcPr>
          <w:p w14:paraId="2F231226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52,151</w:t>
            </w:r>
          </w:p>
        </w:tc>
        <w:tc>
          <w:tcPr>
            <w:tcW w:w="1728" w:type="dxa"/>
          </w:tcPr>
          <w:p w14:paraId="6F7C18DD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105,212 ms</w:t>
            </w:r>
          </w:p>
        </w:tc>
        <w:tc>
          <w:tcPr>
            <w:tcW w:w="1728" w:type="dxa"/>
          </w:tcPr>
          <w:p w14:paraId="06D2C70E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45</w:t>
            </w:r>
          </w:p>
        </w:tc>
        <w:tc>
          <w:tcPr>
            <w:tcW w:w="1728" w:type="dxa"/>
          </w:tcPr>
          <w:p w14:paraId="5F2B25CC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93,319 ms</w:t>
            </w:r>
          </w:p>
        </w:tc>
      </w:tr>
    </w:tbl>
    <w:p w14:paraId="1BC1F42A" w14:textId="77777777" w:rsidR="00927E94" w:rsidRDefault="00927E94"/>
    <w:p w14:paraId="7AC0B7EF" w14:textId="77777777" w:rsidR="00927E94" w:rsidRDefault="00000000">
      <w:pPr>
        <w:pStyle w:val="a0"/>
        <w:rPr>
          <w:lang w:eastAsia="ko-KR"/>
        </w:rPr>
      </w:pPr>
      <w:r>
        <w:rPr>
          <w:lang w:eastAsia="ko-KR"/>
        </w:rPr>
        <w:t>소규모</w:t>
      </w:r>
      <w:r>
        <w:rPr>
          <w:lang w:eastAsia="ko-KR"/>
        </w:rPr>
        <w:t>(~500</w:t>
      </w:r>
      <w:r>
        <w:rPr>
          <w:lang w:eastAsia="ko-KR"/>
        </w:rPr>
        <w:t>척</w:t>
      </w:r>
      <w:r>
        <w:rPr>
          <w:lang w:eastAsia="ko-KR"/>
        </w:rPr>
        <w:t xml:space="preserve">): </w:t>
      </w:r>
      <w:r>
        <w:rPr>
          <w:lang w:eastAsia="ko-KR"/>
        </w:rPr>
        <w:t>캐시</w:t>
      </w:r>
      <w:r>
        <w:rPr>
          <w:lang w:eastAsia="ko-KR"/>
        </w:rPr>
        <w:t xml:space="preserve"> </w:t>
      </w:r>
      <w:r>
        <w:rPr>
          <w:lang w:eastAsia="ko-KR"/>
        </w:rPr>
        <w:t>일자가</w:t>
      </w:r>
      <w:r>
        <w:rPr>
          <w:lang w:eastAsia="ko-KR"/>
        </w:rPr>
        <w:t xml:space="preserve"> </w:t>
      </w:r>
      <w:r>
        <w:rPr>
          <w:lang w:eastAsia="ko-KR"/>
        </w:rPr>
        <w:t>대부분의</w:t>
      </w:r>
      <w:r>
        <w:rPr>
          <w:lang w:eastAsia="ko-KR"/>
        </w:rPr>
        <w:t xml:space="preserve"> </w:t>
      </w:r>
      <w:r>
        <w:rPr>
          <w:lang w:eastAsia="ko-KR"/>
        </w:rPr>
        <w:t>처리를</w:t>
      </w:r>
      <w:r>
        <w:rPr>
          <w:lang w:eastAsia="ko-KR"/>
        </w:rPr>
        <w:t xml:space="preserve"> </w:t>
      </w:r>
      <w:r>
        <w:rPr>
          <w:lang w:eastAsia="ko-KR"/>
        </w:rPr>
        <w:t>흡수하여</w:t>
      </w:r>
      <w:r>
        <w:rPr>
          <w:lang w:eastAsia="ko-KR"/>
        </w:rPr>
        <w:t xml:space="preserve"> </w:t>
      </w:r>
      <w:r>
        <w:rPr>
          <w:b/>
          <w:lang w:eastAsia="ko-KR"/>
        </w:rPr>
        <w:t>1.4</w:t>
      </w:r>
      <w:r>
        <w:rPr>
          <w:b/>
          <w:lang w:eastAsia="ko-KR"/>
        </w:rPr>
        <w:t>초</w:t>
      </w:r>
      <w:r>
        <w:rPr>
          <w:lang w:eastAsia="ko-KR"/>
        </w:rPr>
        <w:t xml:space="preserve"> </w:t>
      </w:r>
      <w:r>
        <w:rPr>
          <w:lang w:eastAsia="ko-KR"/>
        </w:rPr>
        <w:t>수준으로</w:t>
      </w:r>
      <w:r>
        <w:rPr>
          <w:lang w:eastAsia="ko-KR"/>
        </w:rPr>
        <w:t xml:space="preserve"> </w:t>
      </w:r>
      <w:r>
        <w:rPr>
          <w:lang w:eastAsia="ko-KR"/>
        </w:rPr>
        <w:t>응답</w:t>
      </w:r>
      <w:r>
        <w:rPr>
          <w:lang w:eastAsia="ko-KR"/>
        </w:rPr>
        <w:t>.</w:t>
      </w:r>
    </w:p>
    <w:p w14:paraId="4E5D535E" w14:textId="77777777" w:rsidR="00927E94" w:rsidRDefault="00000000">
      <w:pPr>
        <w:pStyle w:val="a0"/>
        <w:rPr>
          <w:lang w:eastAsia="ko-KR"/>
        </w:rPr>
      </w:pPr>
      <w:r>
        <w:rPr>
          <w:lang w:eastAsia="ko-KR"/>
        </w:rPr>
        <w:t>중규모</w:t>
      </w:r>
      <w:r>
        <w:rPr>
          <w:lang w:eastAsia="ko-KR"/>
        </w:rPr>
        <w:t>(5K~10K</w:t>
      </w:r>
      <w:r>
        <w:rPr>
          <w:lang w:eastAsia="ko-KR"/>
        </w:rPr>
        <w:t>척</w:t>
      </w:r>
      <w:r>
        <w:rPr>
          <w:lang w:eastAsia="ko-KR"/>
        </w:rPr>
        <w:t xml:space="preserve">): DB </w:t>
      </w:r>
      <w:r>
        <w:rPr>
          <w:lang w:eastAsia="ko-KR"/>
        </w:rPr>
        <w:t>쿼리</w:t>
      </w:r>
      <w:r>
        <w:rPr>
          <w:lang w:eastAsia="ko-KR"/>
        </w:rPr>
        <w:t xml:space="preserve"> </w:t>
      </w:r>
      <w:r>
        <w:rPr>
          <w:lang w:eastAsia="ko-KR"/>
        </w:rPr>
        <w:t>부담</w:t>
      </w:r>
      <w:r>
        <w:rPr>
          <w:lang w:eastAsia="ko-KR"/>
        </w:rPr>
        <w:t xml:space="preserve"> </w:t>
      </w:r>
      <w:r>
        <w:rPr>
          <w:lang w:eastAsia="ko-KR"/>
        </w:rPr>
        <w:t>증가하나</w:t>
      </w:r>
      <w:r>
        <w:rPr>
          <w:lang w:eastAsia="ko-KR"/>
        </w:rPr>
        <w:t xml:space="preserve"> </w:t>
      </w:r>
      <w:r>
        <w:rPr>
          <w:lang w:eastAsia="ko-KR"/>
        </w:rPr>
        <w:t>캐시</w:t>
      </w:r>
      <w:r>
        <w:rPr>
          <w:lang w:eastAsia="ko-KR"/>
        </w:rPr>
        <w:t xml:space="preserve"> </w:t>
      </w:r>
      <w:r>
        <w:rPr>
          <w:lang w:eastAsia="ko-KR"/>
        </w:rPr>
        <w:t>일자가</w:t>
      </w:r>
      <w:r>
        <w:rPr>
          <w:lang w:eastAsia="ko-KR"/>
        </w:rPr>
        <w:t xml:space="preserve"> </w:t>
      </w:r>
      <w:r>
        <w:rPr>
          <w:lang w:eastAsia="ko-KR"/>
        </w:rPr>
        <w:t>완충하여</w:t>
      </w:r>
      <w:r>
        <w:rPr>
          <w:lang w:eastAsia="ko-KR"/>
        </w:rPr>
        <w:t xml:space="preserve"> </w:t>
      </w:r>
      <w:r>
        <w:rPr>
          <w:b/>
          <w:lang w:eastAsia="ko-KR"/>
        </w:rPr>
        <w:t>3~9</w:t>
      </w:r>
      <w:r>
        <w:rPr>
          <w:b/>
          <w:lang w:eastAsia="ko-KR"/>
        </w:rPr>
        <w:t>초</w:t>
      </w:r>
      <w:r>
        <w:rPr>
          <w:lang w:eastAsia="ko-KR"/>
        </w:rPr>
        <w:t xml:space="preserve"> </w:t>
      </w:r>
      <w:r>
        <w:rPr>
          <w:lang w:eastAsia="ko-KR"/>
        </w:rPr>
        <w:t>수준</w:t>
      </w:r>
      <w:r>
        <w:rPr>
          <w:lang w:eastAsia="ko-KR"/>
        </w:rPr>
        <w:t>.</w:t>
      </w:r>
    </w:p>
    <w:p w14:paraId="6D542D9D" w14:textId="77777777" w:rsidR="00927E94" w:rsidRDefault="00000000">
      <w:pPr>
        <w:pStyle w:val="a0"/>
        <w:rPr>
          <w:lang w:eastAsia="ko-KR"/>
        </w:rPr>
      </w:pPr>
      <w:r>
        <w:rPr>
          <w:lang w:eastAsia="ko-KR"/>
        </w:rPr>
        <w:t>대규모</w:t>
      </w:r>
      <w:r>
        <w:rPr>
          <w:lang w:eastAsia="ko-KR"/>
        </w:rPr>
        <w:t>(52K</w:t>
      </w:r>
      <w:r>
        <w:rPr>
          <w:lang w:eastAsia="ko-KR"/>
        </w:rPr>
        <w:t>척</w:t>
      </w:r>
      <w:r>
        <w:rPr>
          <w:lang w:eastAsia="ko-KR"/>
        </w:rPr>
        <w:t xml:space="preserve">): </w:t>
      </w:r>
      <w:r>
        <w:rPr>
          <w:lang w:eastAsia="ko-KR"/>
        </w:rPr>
        <w:t>캐시</w:t>
      </w:r>
      <w:r>
        <w:rPr>
          <w:lang w:eastAsia="ko-KR"/>
        </w:rPr>
        <w:t xml:space="preserve"> </w:t>
      </w:r>
      <w:r>
        <w:rPr>
          <w:lang w:eastAsia="ko-KR"/>
        </w:rPr>
        <w:t>미스</w:t>
      </w:r>
      <w:r>
        <w:rPr>
          <w:lang w:eastAsia="ko-KR"/>
        </w:rPr>
        <w:t xml:space="preserve"> </w:t>
      </w:r>
      <w:r>
        <w:rPr>
          <w:lang w:eastAsia="ko-KR"/>
        </w:rPr>
        <w:t>일자의</w:t>
      </w:r>
      <w:r>
        <w:rPr>
          <w:lang w:eastAsia="ko-KR"/>
        </w:rPr>
        <w:t xml:space="preserve"> </w:t>
      </w:r>
      <w:r>
        <w:rPr>
          <w:lang w:eastAsia="ko-KR"/>
        </w:rPr>
        <w:t>데이터량이</w:t>
      </w:r>
      <w:r>
        <w:rPr>
          <w:lang w:eastAsia="ko-KR"/>
        </w:rPr>
        <w:t xml:space="preserve"> </w:t>
      </w:r>
      <w:r>
        <w:rPr>
          <w:lang w:eastAsia="ko-KR"/>
        </w:rPr>
        <w:t>크면</w:t>
      </w:r>
      <w:r>
        <w:rPr>
          <w:lang w:eastAsia="ko-KR"/>
        </w:rPr>
        <w:t xml:space="preserve"> DB </w:t>
      </w:r>
      <w:r>
        <w:rPr>
          <w:lang w:eastAsia="ko-KR"/>
        </w:rPr>
        <w:t>의존도가</w:t>
      </w:r>
      <w:r>
        <w:rPr>
          <w:lang w:eastAsia="ko-KR"/>
        </w:rPr>
        <w:t xml:space="preserve"> </w:t>
      </w:r>
      <w:r>
        <w:rPr>
          <w:lang w:eastAsia="ko-KR"/>
        </w:rPr>
        <w:t>높아져</w:t>
      </w:r>
      <w:r>
        <w:rPr>
          <w:lang w:eastAsia="ko-KR"/>
        </w:rPr>
        <w:t xml:space="preserve"> </w:t>
      </w:r>
      <w:r>
        <w:rPr>
          <w:b/>
          <w:lang w:eastAsia="ko-KR"/>
        </w:rPr>
        <w:t>100</w:t>
      </w:r>
      <w:r>
        <w:rPr>
          <w:b/>
          <w:lang w:eastAsia="ko-KR"/>
        </w:rPr>
        <w:t>초</w:t>
      </w:r>
      <w:r>
        <w:rPr>
          <w:b/>
          <w:lang w:eastAsia="ko-KR"/>
        </w:rPr>
        <w:t>+</w:t>
      </w:r>
      <w:r>
        <w:rPr>
          <w:lang w:eastAsia="ko-KR"/>
        </w:rPr>
        <w:t xml:space="preserve"> </w:t>
      </w:r>
      <w:r>
        <w:rPr>
          <w:lang w:eastAsia="ko-KR"/>
        </w:rPr>
        <w:t>수준</w:t>
      </w:r>
      <w:r>
        <w:rPr>
          <w:lang w:eastAsia="ko-KR"/>
        </w:rPr>
        <w:t>.</w:t>
      </w:r>
    </w:p>
    <w:p w14:paraId="5166D286" w14:textId="77777777" w:rsidR="00927E94" w:rsidRDefault="00000000">
      <w:pPr>
        <w:pStyle w:val="a0"/>
        <w:rPr>
          <w:lang w:eastAsia="ko-KR"/>
        </w:rPr>
      </w:pPr>
      <w:r>
        <w:rPr>
          <w:lang w:eastAsia="ko-KR"/>
        </w:rPr>
        <w:t>캐시</w:t>
      </w:r>
      <w:r>
        <w:rPr>
          <w:lang w:eastAsia="ko-KR"/>
        </w:rPr>
        <w:t xml:space="preserve"> </w:t>
      </w:r>
      <w:r>
        <w:rPr>
          <w:lang w:eastAsia="ko-KR"/>
        </w:rPr>
        <w:t>적용</w:t>
      </w:r>
      <w:r>
        <w:rPr>
          <w:lang w:eastAsia="ko-KR"/>
        </w:rPr>
        <w:t xml:space="preserve"> </w:t>
      </w:r>
      <w:r>
        <w:rPr>
          <w:lang w:eastAsia="ko-KR"/>
        </w:rPr>
        <w:t>일수가</w:t>
      </w:r>
      <w:r>
        <w:rPr>
          <w:lang w:eastAsia="ko-KR"/>
        </w:rPr>
        <w:t xml:space="preserve"> </w:t>
      </w:r>
      <w:r>
        <w:rPr>
          <w:lang w:eastAsia="ko-KR"/>
        </w:rPr>
        <w:t>많을수록</w:t>
      </w:r>
      <w:r>
        <w:rPr>
          <w:lang w:eastAsia="ko-KR"/>
        </w:rPr>
        <w:t>(</w:t>
      </w:r>
      <w:r>
        <w:rPr>
          <w:lang w:eastAsia="ko-KR"/>
        </w:rPr>
        <w:t>현재</w:t>
      </w:r>
      <w:r>
        <w:rPr>
          <w:lang w:eastAsia="ko-KR"/>
        </w:rPr>
        <w:t xml:space="preserve"> 3/5</w:t>
      </w:r>
      <w:r>
        <w:rPr>
          <w:lang w:eastAsia="ko-KR"/>
        </w:rPr>
        <w:t>일</w:t>
      </w:r>
      <w:r>
        <w:rPr>
          <w:lang w:eastAsia="ko-KR"/>
        </w:rPr>
        <w:t xml:space="preserve"> = 60%) HYBRID </w:t>
      </w:r>
      <w:r>
        <w:rPr>
          <w:lang w:eastAsia="ko-KR"/>
        </w:rPr>
        <w:t>경로의</w:t>
      </w:r>
      <w:r>
        <w:rPr>
          <w:lang w:eastAsia="ko-KR"/>
        </w:rPr>
        <w:t xml:space="preserve"> DB </w:t>
      </w:r>
      <w:r>
        <w:rPr>
          <w:lang w:eastAsia="ko-KR"/>
        </w:rPr>
        <w:t>부담이</w:t>
      </w:r>
      <w:r>
        <w:rPr>
          <w:lang w:eastAsia="ko-KR"/>
        </w:rPr>
        <w:t xml:space="preserve"> </w:t>
      </w:r>
      <w:r>
        <w:rPr>
          <w:lang w:eastAsia="ko-KR"/>
        </w:rPr>
        <w:t>경감된다</w:t>
      </w:r>
      <w:r>
        <w:rPr>
          <w:lang w:eastAsia="ko-KR"/>
        </w:rPr>
        <w:t>.</w:t>
      </w:r>
    </w:p>
    <w:p w14:paraId="70A74D7F" w14:textId="77777777" w:rsidR="00927E94" w:rsidRDefault="00000000">
      <w:pPr>
        <w:pStyle w:val="31"/>
        <w:rPr>
          <w:lang w:eastAsia="ko-KR"/>
        </w:rPr>
      </w:pPr>
      <w:r>
        <w:rPr>
          <w:lang w:eastAsia="ko-KR"/>
        </w:rPr>
        <w:lastRenderedPageBreak/>
        <w:t xml:space="preserve">3.3 CACHE+Today </w:t>
      </w:r>
      <w:r>
        <w:rPr>
          <w:lang w:eastAsia="ko-KR"/>
        </w:rPr>
        <w:t>경로</w:t>
      </w:r>
      <w:r>
        <w:rPr>
          <w:lang w:eastAsia="ko-KR"/>
        </w:rPr>
        <w:t xml:space="preserve"> — </w:t>
      </w:r>
      <w:r>
        <w:rPr>
          <w:lang w:eastAsia="ko-KR"/>
        </w:rPr>
        <w:t>오늘</w:t>
      </w:r>
      <w:r>
        <w:rPr>
          <w:lang w:eastAsia="ko-KR"/>
        </w:rPr>
        <w:t xml:space="preserve"> </w:t>
      </w:r>
      <w:r>
        <w:rPr>
          <w:lang w:eastAsia="ko-KR"/>
        </w:rPr>
        <w:t>데이터</w:t>
      </w:r>
      <w:r>
        <w:rPr>
          <w:lang w:eastAsia="ko-KR"/>
        </w:rPr>
        <w:t xml:space="preserve"> </w:t>
      </w:r>
      <w:r>
        <w:rPr>
          <w:lang w:eastAsia="ko-KR"/>
        </w:rPr>
        <w:t>포함</w:t>
      </w:r>
      <w:r>
        <w:rPr>
          <w:lang w:eastAsia="ko-KR"/>
        </w:rPr>
        <w:t xml:space="preserve"> </w:t>
      </w:r>
      <w:r>
        <w:rPr>
          <w:lang w:eastAsia="ko-KR"/>
        </w:rPr>
        <w:t>쿼리</w:t>
      </w:r>
    </w:p>
    <w:tbl>
      <w:tblPr>
        <w:tblStyle w:val="-11"/>
        <w:tblW w:w="0" w:type="auto"/>
        <w:jc w:val="center"/>
        <w:tblLook w:val="04A0" w:firstRow="1" w:lastRow="0" w:firstColumn="1" w:lastColumn="0" w:noHBand="0" w:noVBand="1"/>
      </w:tblPr>
      <w:tblGrid>
        <w:gridCol w:w="851"/>
        <w:gridCol w:w="992"/>
        <w:gridCol w:w="1134"/>
        <w:gridCol w:w="1276"/>
        <w:gridCol w:w="1276"/>
        <w:gridCol w:w="3111"/>
      </w:tblGrid>
      <w:tr w:rsidR="00927E94" w14:paraId="6B8A8398" w14:textId="77777777" w:rsidTr="00A611C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</w:tcPr>
          <w:p w14:paraId="5D54F3C7" w14:textId="77777777" w:rsidR="00927E94" w:rsidRDefault="00000000">
            <w:r>
              <w:t>#</w:t>
            </w:r>
          </w:p>
        </w:tc>
        <w:tc>
          <w:tcPr>
            <w:tcW w:w="992" w:type="dxa"/>
          </w:tcPr>
          <w:p w14:paraId="1F18EFD6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Zoom</w:t>
            </w:r>
          </w:p>
        </w:tc>
        <w:tc>
          <w:tcPr>
            <w:tcW w:w="1134" w:type="dxa"/>
          </w:tcPr>
          <w:p w14:paraId="1AB5B6B7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선박</w:t>
            </w:r>
            <w:r>
              <w:t xml:space="preserve"> </w:t>
            </w:r>
            <w:r>
              <w:t>수</w:t>
            </w:r>
          </w:p>
        </w:tc>
        <w:tc>
          <w:tcPr>
            <w:tcW w:w="1276" w:type="dxa"/>
          </w:tcPr>
          <w:p w14:paraId="482F5961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응답시간</w:t>
            </w:r>
          </w:p>
        </w:tc>
        <w:tc>
          <w:tcPr>
            <w:tcW w:w="1276" w:type="dxa"/>
          </w:tcPr>
          <w:p w14:paraId="5B84C257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DB</w:t>
            </w:r>
            <w:r>
              <w:t>커넥션</w:t>
            </w:r>
          </w:p>
        </w:tc>
        <w:tc>
          <w:tcPr>
            <w:tcW w:w="3111" w:type="dxa"/>
          </w:tcPr>
          <w:p w14:paraId="0F207739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오늘</w:t>
            </w:r>
            <w:r>
              <w:t xml:space="preserve"> </w:t>
            </w:r>
            <w:r>
              <w:t>구간</w:t>
            </w:r>
            <w:r>
              <w:t xml:space="preserve"> </w:t>
            </w:r>
            <w:r>
              <w:t>커넥션</w:t>
            </w:r>
          </w:p>
        </w:tc>
      </w:tr>
      <w:tr w:rsidR="00927E94" w14:paraId="7E61305E" w14:textId="77777777" w:rsidTr="00A61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</w:tcPr>
          <w:p w14:paraId="3BE75FC5" w14:textId="77777777" w:rsidR="00927E94" w:rsidRDefault="00000000">
            <w:r>
              <w:t>10</w:t>
            </w:r>
          </w:p>
        </w:tc>
        <w:tc>
          <w:tcPr>
            <w:tcW w:w="992" w:type="dxa"/>
          </w:tcPr>
          <w:p w14:paraId="3651E4A7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1134" w:type="dxa"/>
          </w:tcPr>
          <w:p w14:paraId="7EBDBD92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105</w:t>
            </w:r>
          </w:p>
        </w:tc>
        <w:tc>
          <w:tcPr>
            <w:tcW w:w="1276" w:type="dxa"/>
          </w:tcPr>
          <w:p w14:paraId="501E8140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6,091 ms</w:t>
            </w:r>
          </w:p>
        </w:tc>
        <w:tc>
          <w:tcPr>
            <w:tcW w:w="1276" w:type="dxa"/>
          </w:tcPr>
          <w:p w14:paraId="3D514DCA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56</w:t>
            </w:r>
          </w:p>
        </w:tc>
        <w:tc>
          <w:tcPr>
            <w:tcW w:w="3111" w:type="dxa"/>
          </w:tcPr>
          <w:p w14:paraId="73221A8B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42 (H5m 21 + VP 21)</w:t>
            </w:r>
          </w:p>
        </w:tc>
      </w:tr>
      <w:tr w:rsidR="00927E94" w14:paraId="2B18C696" w14:textId="77777777" w:rsidTr="00A611C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</w:tcPr>
          <w:p w14:paraId="7189794F" w14:textId="77777777" w:rsidR="00927E94" w:rsidRDefault="00000000">
            <w:r>
              <w:t>12</w:t>
            </w:r>
          </w:p>
        </w:tc>
        <w:tc>
          <w:tcPr>
            <w:tcW w:w="992" w:type="dxa"/>
          </w:tcPr>
          <w:p w14:paraId="41FFD2F2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12</w:t>
            </w:r>
          </w:p>
        </w:tc>
        <w:tc>
          <w:tcPr>
            <w:tcW w:w="1134" w:type="dxa"/>
          </w:tcPr>
          <w:p w14:paraId="0E4C6283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6,990</w:t>
            </w:r>
          </w:p>
        </w:tc>
        <w:tc>
          <w:tcPr>
            <w:tcW w:w="1276" w:type="dxa"/>
          </w:tcPr>
          <w:p w14:paraId="236BF1D7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9,744 ms</w:t>
            </w:r>
          </w:p>
        </w:tc>
        <w:tc>
          <w:tcPr>
            <w:tcW w:w="1276" w:type="dxa"/>
          </w:tcPr>
          <w:p w14:paraId="7F298C0F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56</w:t>
            </w:r>
          </w:p>
        </w:tc>
        <w:tc>
          <w:tcPr>
            <w:tcW w:w="3111" w:type="dxa"/>
          </w:tcPr>
          <w:p w14:paraId="77EF1C2C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42 (H5m 21 + VP 21)</w:t>
            </w:r>
          </w:p>
        </w:tc>
      </w:tr>
    </w:tbl>
    <w:p w14:paraId="7087330B" w14:textId="77777777" w:rsidR="00927E94" w:rsidRDefault="00927E94"/>
    <w:p w14:paraId="0DBE22F0" w14:textId="77777777" w:rsidR="00927E94" w:rsidRDefault="00000000">
      <w:r>
        <w:rPr>
          <w:b/>
        </w:rPr>
        <w:t>핵심</w:t>
      </w:r>
      <w:r>
        <w:rPr>
          <w:b/>
        </w:rPr>
        <w:t xml:space="preserve"> </w:t>
      </w:r>
      <w:r>
        <w:rPr>
          <w:b/>
        </w:rPr>
        <w:t>발견</w:t>
      </w:r>
      <w:r>
        <w:t>:</w:t>
      </w:r>
    </w:p>
    <w:p w14:paraId="524F0111" w14:textId="77777777" w:rsidR="00927E94" w:rsidRDefault="00000000">
      <w:pPr>
        <w:pStyle w:val="a0"/>
        <w:rPr>
          <w:lang w:eastAsia="ko-KR"/>
        </w:rPr>
      </w:pPr>
      <w:r>
        <w:rPr>
          <w:lang w:eastAsia="ko-KR"/>
        </w:rPr>
        <w:t>두</w:t>
      </w:r>
      <w:r>
        <w:rPr>
          <w:lang w:eastAsia="ko-KR"/>
        </w:rPr>
        <w:t xml:space="preserve"> </w:t>
      </w:r>
      <w:r>
        <w:rPr>
          <w:lang w:eastAsia="ko-KR"/>
        </w:rPr>
        <w:t>쿼리</w:t>
      </w:r>
      <w:r>
        <w:rPr>
          <w:lang w:eastAsia="ko-KR"/>
        </w:rPr>
        <w:t xml:space="preserve"> </w:t>
      </w:r>
      <w:r>
        <w:rPr>
          <w:lang w:eastAsia="ko-KR"/>
        </w:rPr>
        <w:t>모두</w:t>
      </w:r>
      <w:r>
        <w:rPr>
          <w:lang w:eastAsia="ko-KR"/>
        </w:rPr>
        <w:t xml:space="preserve"> </w:t>
      </w:r>
      <w:r>
        <w:rPr>
          <w:lang w:eastAsia="ko-KR"/>
        </w:rPr>
        <w:t>동일한</w:t>
      </w:r>
      <w:r>
        <w:rPr>
          <w:lang w:eastAsia="ko-KR"/>
        </w:rPr>
        <w:t xml:space="preserve"> </w:t>
      </w:r>
      <w:r>
        <w:rPr>
          <w:lang w:eastAsia="ko-KR"/>
        </w:rPr>
        <w:t>시간</w:t>
      </w:r>
      <w:r>
        <w:rPr>
          <w:lang w:eastAsia="ko-KR"/>
        </w:rPr>
        <w:t xml:space="preserve"> </w:t>
      </w:r>
      <w:r>
        <w:rPr>
          <w:lang w:eastAsia="ko-KR"/>
        </w:rPr>
        <w:t>범위</w:t>
      </w:r>
      <w:r>
        <w:rPr>
          <w:lang w:eastAsia="ko-KR"/>
        </w:rPr>
        <w:t>(3</w:t>
      </w:r>
      <w:r>
        <w:rPr>
          <w:lang w:eastAsia="ko-KR"/>
        </w:rPr>
        <w:t>일</w:t>
      </w:r>
      <w:r>
        <w:rPr>
          <w:lang w:eastAsia="ko-KR"/>
        </w:rPr>
        <w:t>+</w:t>
      </w:r>
      <w:r>
        <w:rPr>
          <w:lang w:eastAsia="ko-KR"/>
        </w:rPr>
        <w:t>오늘</w:t>
      </w:r>
      <w:r>
        <w:rPr>
          <w:lang w:eastAsia="ko-KR"/>
        </w:rPr>
        <w:t>)</w:t>
      </w:r>
      <w:r>
        <w:rPr>
          <w:lang w:eastAsia="ko-KR"/>
        </w:rPr>
        <w:t>이므로</w:t>
      </w:r>
      <w:r>
        <w:rPr>
          <w:lang w:eastAsia="ko-KR"/>
        </w:rPr>
        <w:t xml:space="preserve"> </w:t>
      </w:r>
      <w:r>
        <w:rPr>
          <w:lang w:eastAsia="ko-KR"/>
        </w:rPr>
        <w:t>커넥션</w:t>
      </w:r>
      <w:r>
        <w:rPr>
          <w:lang w:eastAsia="ko-KR"/>
        </w:rPr>
        <w:t xml:space="preserve"> </w:t>
      </w:r>
      <w:r>
        <w:rPr>
          <w:lang w:eastAsia="ko-KR"/>
        </w:rPr>
        <w:t>구조가</w:t>
      </w:r>
      <w:r>
        <w:rPr>
          <w:lang w:eastAsia="ko-KR"/>
        </w:rPr>
        <w:t xml:space="preserve"> </w:t>
      </w:r>
      <w:r>
        <w:rPr>
          <w:lang w:eastAsia="ko-KR"/>
        </w:rPr>
        <w:t>동일하며</w:t>
      </w:r>
      <w:r>
        <w:rPr>
          <w:lang w:eastAsia="ko-KR"/>
        </w:rPr>
        <w:t xml:space="preserve">, </w:t>
      </w:r>
      <w:r>
        <w:rPr>
          <w:lang w:eastAsia="ko-KR"/>
        </w:rPr>
        <w:t>뷰포트</w:t>
      </w:r>
      <w:r>
        <w:rPr>
          <w:lang w:eastAsia="ko-KR"/>
        </w:rPr>
        <w:t xml:space="preserve"> </w:t>
      </w:r>
      <w:r>
        <w:rPr>
          <w:lang w:eastAsia="ko-KR"/>
        </w:rPr>
        <w:t>크기만</w:t>
      </w:r>
      <w:r>
        <w:rPr>
          <w:lang w:eastAsia="ko-KR"/>
        </w:rPr>
        <w:t xml:space="preserve"> </w:t>
      </w:r>
      <w:r>
        <w:rPr>
          <w:lang w:eastAsia="ko-KR"/>
        </w:rPr>
        <w:t>다름</w:t>
      </w:r>
      <w:r>
        <w:rPr>
          <w:lang w:eastAsia="ko-KR"/>
        </w:rPr>
        <w:t>.</w:t>
      </w:r>
    </w:p>
    <w:p w14:paraId="3BE8C5A3" w14:textId="77777777" w:rsidR="00927E94" w:rsidRDefault="00000000">
      <w:pPr>
        <w:pStyle w:val="a0"/>
        <w:rPr>
          <w:lang w:eastAsia="ko-KR"/>
        </w:rPr>
      </w:pPr>
      <w:r>
        <w:rPr>
          <w:lang w:eastAsia="ko-KR"/>
        </w:rPr>
        <w:t>오늘</w:t>
      </w:r>
      <w:r>
        <w:rPr>
          <w:lang w:eastAsia="ko-KR"/>
        </w:rPr>
        <w:t xml:space="preserve"> </w:t>
      </w:r>
      <w:r>
        <w:rPr>
          <w:lang w:eastAsia="ko-KR"/>
        </w:rPr>
        <w:t>구간</w:t>
      </w:r>
      <w:r>
        <w:rPr>
          <w:lang w:eastAsia="ko-KR"/>
        </w:rPr>
        <w:t>(00:00~</w:t>
      </w:r>
      <w:r>
        <w:rPr>
          <w:lang w:eastAsia="ko-KR"/>
        </w:rPr>
        <w:t>현재</w:t>
      </w:r>
      <w:r>
        <w:rPr>
          <w:lang w:eastAsia="ko-KR"/>
        </w:rPr>
        <w:t>)</w:t>
      </w:r>
      <w:r>
        <w:rPr>
          <w:lang w:eastAsia="ko-KR"/>
        </w:rPr>
        <w:t>만으로</w:t>
      </w:r>
      <w:r>
        <w:rPr>
          <w:lang w:eastAsia="ko-KR"/>
        </w:rPr>
        <w:t xml:space="preserve"> </w:t>
      </w:r>
      <w:r>
        <w:rPr>
          <w:b/>
          <w:lang w:eastAsia="ko-KR"/>
        </w:rPr>
        <w:t>42</w:t>
      </w:r>
      <w:r>
        <w:rPr>
          <w:b/>
          <w:lang w:eastAsia="ko-KR"/>
        </w:rPr>
        <w:t>건의</w:t>
      </w:r>
      <w:r>
        <w:rPr>
          <w:b/>
          <w:lang w:eastAsia="ko-KR"/>
        </w:rPr>
        <w:t xml:space="preserve"> DB </w:t>
      </w:r>
      <w:r>
        <w:rPr>
          <w:b/>
          <w:lang w:eastAsia="ko-KR"/>
        </w:rPr>
        <w:t>커넥션</w:t>
      </w:r>
      <w:r>
        <w:rPr>
          <w:lang w:eastAsia="ko-KR"/>
        </w:rPr>
        <w:t>이</w:t>
      </w:r>
      <w:r>
        <w:rPr>
          <w:lang w:eastAsia="ko-KR"/>
        </w:rPr>
        <w:t xml:space="preserve"> </w:t>
      </w:r>
      <w:r>
        <w:rPr>
          <w:lang w:eastAsia="ko-KR"/>
        </w:rPr>
        <w:t>발생하여</w:t>
      </w:r>
      <w:r>
        <w:rPr>
          <w:lang w:eastAsia="ko-KR"/>
        </w:rPr>
        <w:t xml:space="preserve">, </w:t>
      </w:r>
      <w:r>
        <w:rPr>
          <w:lang w:eastAsia="ko-KR"/>
        </w:rPr>
        <w:t>순수</w:t>
      </w:r>
      <w:r>
        <w:rPr>
          <w:lang w:eastAsia="ko-KR"/>
        </w:rPr>
        <w:t xml:space="preserve"> CACHE </w:t>
      </w:r>
      <w:r>
        <w:rPr>
          <w:lang w:eastAsia="ko-KR"/>
        </w:rPr>
        <w:t>경로</w:t>
      </w:r>
      <w:r>
        <w:rPr>
          <w:lang w:eastAsia="ko-KR"/>
        </w:rPr>
        <w:t>(2~3</w:t>
      </w:r>
      <w:r>
        <w:rPr>
          <w:lang w:eastAsia="ko-KR"/>
        </w:rPr>
        <w:t>건</w:t>
      </w:r>
      <w:r>
        <w:rPr>
          <w:lang w:eastAsia="ko-KR"/>
        </w:rPr>
        <w:t>)</w:t>
      </w:r>
      <w:r>
        <w:rPr>
          <w:lang w:eastAsia="ko-KR"/>
        </w:rPr>
        <w:t>와</w:t>
      </w:r>
      <w:r>
        <w:rPr>
          <w:lang w:eastAsia="ko-KR"/>
        </w:rPr>
        <w:t xml:space="preserve"> </w:t>
      </w:r>
      <w:r>
        <w:rPr>
          <w:lang w:eastAsia="ko-KR"/>
        </w:rPr>
        <w:t>큰</w:t>
      </w:r>
      <w:r>
        <w:rPr>
          <w:lang w:eastAsia="ko-KR"/>
        </w:rPr>
        <w:t xml:space="preserve"> </w:t>
      </w:r>
      <w:r>
        <w:rPr>
          <w:lang w:eastAsia="ko-KR"/>
        </w:rPr>
        <w:t>차이를</w:t>
      </w:r>
      <w:r>
        <w:rPr>
          <w:lang w:eastAsia="ko-KR"/>
        </w:rPr>
        <w:t xml:space="preserve"> </w:t>
      </w:r>
      <w:r>
        <w:rPr>
          <w:lang w:eastAsia="ko-KR"/>
        </w:rPr>
        <w:t>보인다</w:t>
      </w:r>
      <w:r>
        <w:rPr>
          <w:lang w:eastAsia="ko-KR"/>
        </w:rPr>
        <w:t>.</w:t>
      </w:r>
    </w:p>
    <w:p w14:paraId="6BF2DD99" w14:textId="77777777" w:rsidR="00927E94" w:rsidRDefault="00000000">
      <w:pPr>
        <w:pStyle w:val="a0"/>
        <w:rPr>
          <w:lang w:eastAsia="ko-KR"/>
        </w:rPr>
      </w:pPr>
      <w:r>
        <w:rPr>
          <w:lang w:eastAsia="ko-KR"/>
        </w:rPr>
        <w:t>선박</w:t>
      </w:r>
      <w:r>
        <w:rPr>
          <w:lang w:eastAsia="ko-KR"/>
        </w:rPr>
        <w:t xml:space="preserve"> </w:t>
      </w:r>
      <w:r>
        <w:rPr>
          <w:lang w:eastAsia="ko-KR"/>
        </w:rPr>
        <w:t>수가</w:t>
      </w:r>
      <w:r>
        <w:rPr>
          <w:lang w:eastAsia="ko-KR"/>
        </w:rPr>
        <w:t xml:space="preserve"> </w:t>
      </w:r>
      <w:r>
        <w:rPr>
          <w:lang w:eastAsia="ko-KR"/>
        </w:rPr>
        <w:t>적은</w:t>
      </w:r>
      <w:r>
        <w:rPr>
          <w:lang w:eastAsia="ko-KR"/>
        </w:rPr>
        <w:t xml:space="preserve"> #10(105</w:t>
      </w:r>
      <w:r>
        <w:rPr>
          <w:lang w:eastAsia="ko-KR"/>
        </w:rPr>
        <w:t>척</w:t>
      </w:r>
      <w:r>
        <w:rPr>
          <w:lang w:eastAsia="ko-KR"/>
        </w:rPr>
        <w:t>)</w:t>
      </w:r>
      <w:r>
        <w:rPr>
          <w:lang w:eastAsia="ko-KR"/>
        </w:rPr>
        <w:t>도</w:t>
      </w:r>
      <w:r>
        <w:rPr>
          <w:lang w:eastAsia="ko-KR"/>
        </w:rPr>
        <w:t xml:space="preserve"> 6</w:t>
      </w:r>
      <w:r>
        <w:rPr>
          <w:lang w:eastAsia="ko-KR"/>
        </w:rPr>
        <w:t>초가</w:t>
      </w:r>
      <w:r>
        <w:rPr>
          <w:lang w:eastAsia="ko-KR"/>
        </w:rPr>
        <w:t xml:space="preserve"> </w:t>
      </w:r>
      <w:r>
        <w:rPr>
          <w:lang w:eastAsia="ko-KR"/>
        </w:rPr>
        <w:t>소요되며</w:t>
      </w:r>
      <w:r>
        <w:rPr>
          <w:lang w:eastAsia="ko-KR"/>
        </w:rPr>
        <w:t xml:space="preserve">, </w:t>
      </w:r>
      <w:r>
        <w:rPr>
          <w:lang w:eastAsia="ko-KR"/>
        </w:rPr>
        <w:t>이는</w:t>
      </w:r>
      <w:r>
        <w:rPr>
          <w:lang w:eastAsia="ko-KR"/>
        </w:rPr>
        <w:t xml:space="preserve"> </w:t>
      </w:r>
      <w:r>
        <w:rPr>
          <w:lang w:eastAsia="ko-KR"/>
        </w:rPr>
        <w:t>오늘</w:t>
      </w:r>
      <w:r>
        <w:rPr>
          <w:lang w:eastAsia="ko-KR"/>
        </w:rPr>
        <w:t xml:space="preserve"> </w:t>
      </w:r>
      <w:r>
        <w:rPr>
          <w:lang w:eastAsia="ko-KR"/>
        </w:rPr>
        <w:t>구간의</w:t>
      </w:r>
      <w:r>
        <w:rPr>
          <w:lang w:eastAsia="ko-KR"/>
        </w:rPr>
        <w:t xml:space="preserve"> </w:t>
      </w:r>
      <w:r>
        <w:rPr>
          <w:lang w:eastAsia="ko-KR"/>
        </w:rPr>
        <w:t>범위별</w:t>
      </w:r>
      <w:r>
        <w:rPr>
          <w:lang w:eastAsia="ko-KR"/>
        </w:rPr>
        <w:t xml:space="preserve"> </w:t>
      </w:r>
      <w:r>
        <w:rPr>
          <w:lang w:eastAsia="ko-KR"/>
        </w:rPr>
        <w:t>개별</w:t>
      </w:r>
      <w:r>
        <w:rPr>
          <w:lang w:eastAsia="ko-KR"/>
        </w:rPr>
        <w:t xml:space="preserve"> </w:t>
      </w:r>
      <w:r>
        <w:rPr>
          <w:lang w:eastAsia="ko-KR"/>
        </w:rPr>
        <w:t>커넥션</w:t>
      </w:r>
      <w:r>
        <w:rPr>
          <w:lang w:eastAsia="ko-KR"/>
        </w:rPr>
        <w:t xml:space="preserve"> </w:t>
      </w:r>
      <w:r>
        <w:rPr>
          <w:lang w:eastAsia="ko-KR"/>
        </w:rPr>
        <w:t>오버헤드가</w:t>
      </w:r>
      <w:r>
        <w:rPr>
          <w:lang w:eastAsia="ko-KR"/>
        </w:rPr>
        <w:t xml:space="preserve"> </w:t>
      </w:r>
      <w:r>
        <w:rPr>
          <w:lang w:eastAsia="ko-KR"/>
        </w:rPr>
        <w:t>원인이다</w:t>
      </w:r>
      <w:r>
        <w:rPr>
          <w:lang w:eastAsia="ko-KR"/>
        </w:rPr>
        <w:t>.</w:t>
      </w:r>
    </w:p>
    <w:p w14:paraId="5F2C1930" w14:textId="77777777" w:rsidR="00927E94" w:rsidRDefault="00000000">
      <w:pPr>
        <w:pStyle w:val="31"/>
      </w:pPr>
      <w:r>
        <w:t xml:space="preserve">3.4 </w:t>
      </w:r>
      <w:r>
        <w:t>줌</w:t>
      </w:r>
      <w:r>
        <w:t xml:space="preserve"> </w:t>
      </w:r>
      <w:r>
        <w:t>레벨별</w:t>
      </w:r>
      <w:r>
        <w:t xml:space="preserve"> </w:t>
      </w:r>
      <w:r>
        <w:t>간소화</w:t>
      </w:r>
      <w:r>
        <w:t xml:space="preserve"> </w:t>
      </w:r>
      <w:r>
        <w:t>효과</w:t>
      </w:r>
    </w:p>
    <w:tbl>
      <w:tblPr>
        <w:tblStyle w:val="-11"/>
        <w:tblW w:w="0" w:type="auto"/>
        <w:jc w:val="center"/>
        <w:tblLook w:val="04A0" w:firstRow="1" w:lastRow="0" w:firstColumn="1" w:lastColumn="0" w:noHBand="0" w:noVBand="1"/>
      </w:tblPr>
      <w:tblGrid>
        <w:gridCol w:w="1440"/>
        <w:gridCol w:w="1440"/>
        <w:gridCol w:w="1440"/>
        <w:gridCol w:w="1440"/>
        <w:gridCol w:w="1440"/>
        <w:gridCol w:w="1440"/>
      </w:tblGrid>
      <w:tr w:rsidR="00927E94" w14:paraId="11CBC225" w14:textId="77777777" w:rsidTr="00927E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39CF21C7" w14:textId="77777777" w:rsidR="00927E94" w:rsidRDefault="00000000">
            <w:r>
              <w:t>Zoom</w:t>
            </w:r>
          </w:p>
        </w:tc>
        <w:tc>
          <w:tcPr>
            <w:tcW w:w="1440" w:type="dxa"/>
          </w:tcPr>
          <w:p w14:paraId="5A4F92E1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대표</w:t>
            </w:r>
            <w:r>
              <w:t xml:space="preserve"> #</w:t>
            </w:r>
          </w:p>
        </w:tc>
        <w:tc>
          <w:tcPr>
            <w:tcW w:w="1440" w:type="dxa"/>
          </w:tcPr>
          <w:p w14:paraId="39C2956F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원본</w:t>
            </w:r>
            <w:r>
              <w:t xml:space="preserve"> </w:t>
            </w:r>
            <w:r>
              <w:t>포인트</w:t>
            </w:r>
          </w:p>
        </w:tc>
        <w:tc>
          <w:tcPr>
            <w:tcW w:w="1440" w:type="dxa"/>
          </w:tcPr>
          <w:p w14:paraId="78EB990A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간소화</w:t>
            </w:r>
            <w:r>
              <w:t xml:space="preserve"> </w:t>
            </w:r>
            <w:r>
              <w:t>후</w:t>
            </w:r>
          </w:p>
        </w:tc>
        <w:tc>
          <w:tcPr>
            <w:tcW w:w="1440" w:type="dxa"/>
          </w:tcPr>
          <w:p w14:paraId="015B0D0C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압축률</w:t>
            </w:r>
          </w:p>
        </w:tc>
        <w:tc>
          <w:tcPr>
            <w:tcW w:w="1440" w:type="dxa"/>
          </w:tcPr>
          <w:p w14:paraId="1D1034F1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선박당</w:t>
            </w:r>
            <w:r>
              <w:t xml:space="preserve"> </w:t>
            </w:r>
            <w:r>
              <w:t>평균</w:t>
            </w:r>
            <w:r>
              <w:t xml:space="preserve"> </w:t>
            </w:r>
            <w:r>
              <w:t>포인트</w:t>
            </w:r>
          </w:p>
        </w:tc>
      </w:tr>
      <w:tr w:rsidR="00927E94" w14:paraId="685B318C" w14:textId="77777777" w:rsidTr="00927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50E3B415" w14:textId="77777777" w:rsidR="00927E94" w:rsidRDefault="00000000">
            <w:r>
              <w:t>8</w:t>
            </w:r>
          </w:p>
        </w:tc>
        <w:tc>
          <w:tcPr>
            <w:tcW w:w="1440" w:type="dxa"/>
          </w:tcPr>
          <w:p w14:paraId="4A807962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#6</w:t>
            </w:r>
          </w:p>
        </w:tc>
        <w:tc>
          <w:tcPr>
            <w:tcW w:w="1440" w:type="dxa"/>
          </w:tcPr>
          <w:p w14:paraId="3DBD8E67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7,582,515</w:t>
            </w:r>
          </w:p>
        </w:tc>
        <w:tc>
          <w:tcPr>
            <w:tcW w:w="1440" w:type="dxa"/>
          </w:tcPr>
          <w:p w14:paraId="2C0CCB2E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152,734</w:t>
            </w:r>
          </w:p>
        </w:tc>
        <w:tc>
          <w:tcPr>
            <w:tcW w:w="1440" w:type="dxa"/>
          </w:tcPr>
          <w:p w14:paraId="01DB5B50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98%</w:t>
            </w:r>
          </w:p>
        </w:tc>
        <w:tc>
          <w:tcPr>
            <w:tcW w:w="1440" w:type="dxa"/>
          </w:tcPr>
          <w:p w14:paraId="574AB6FF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15.3</w:t>
            </w:r>
          </w:p>
        </w:tc>
      </w:tr>
      <w:tr w:rsidR="00927E94" w14:paraId="7327DBAC" w14:textId="77777777" w:rsidTr="00927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0D88C1B2" w14:textId="77777777" w:rsidR="00927E94" w:rsidRDefault="00000000">
            <w:r>
              <w:t>9</w:t>
            </w:r>
          </w:p>
        </w:tc>
        <w:tc>
          <w:tcPr>
            <w:tcW w:w="1440" w:type="dxa"/>
          </w:tcPr>
          <w:p w14:paraId="527B8A7A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#7</w:t>
            </w:r>
          </w:p>
        </w:tc>
        <w:tc>
          <w:tcPr>
            <w:tcW w:w="1440" w:type="dxa"/>
          </w:tcPr>
          <w:p w14:paraId="687C48BA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1,049,434</w:t>
            </w:r>
          </w:p>
        </w:tc>
        <w:tc>
          <w:tcPr>
            <w:tcW w:w="1440" w:type="dxa"/>
          </w:tcPr>
          <w:p w14:paraId="02FF02AE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11,634</w:t>
            </w:r>
          </w:p>
        </w:tc>
        <w:tc>
          <w:tcPr>
            <w:tcW w:w="1440" w:type="dxa"/>
          </w:tcPr>
          <w:p w14:paraId="0C169166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99%</w:t>
            </w:r>
          </w:p>
        </w:tc>
        <w:tc>
          <w:tcPr>
            <w:tcW w:w="1440" w:type="dxa"/>
          </w:tcPr>
          <w:p w14:paraId="58D4B4C5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21.3</w:t>
            </w:r>
          </w:p>
        </w:tc>
      </w:tr>
      <w:tr w:rsidR="00927E94" w14:paraId="1D385050" w14:textId="77777777" w:rsidTr="00927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5B23388A" w14:textId="77777777" w:rsidR="00927E94" w:rsidRDefault="00000000">
            <w:r>
              <w:t>10</w:t>
            </w:r>
          </w:p>
        </w:tc>
        <w:tc>
          <w:tcPr>
            <w:tcW w:w="1440" w:type="dxa"/>
          </w:tcPr>
          <w:p w14:paraId="713CE510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#4</w:t>
            </w:r>
          </w:p>
        </w:tc>
        <w:tc>
          <w:tcPr>
            <w:tcW w:w="1440" w:type="dxa"/>
          </w:tcPr>
          <w:p w14:paraId="482C9C56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13,502,970</w:t>
            </w:r>
          </w:p>
        </w:tc>
        <w:tc>
          <w:tcPr>
            <w:tcW w:w="1440" w:type="dxa"/>
          </w:tcPr>
          <w:p w14:paraId="72765D17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172,066</w:t>
            </w:r>
          </w:p>
        </w:tc>
        <w:tc>
          <w:tcPr>
            <w:tcW w:w="1440" w:type="dxa"/>
          </w:tcPr>
          <w:p w14:paraId="41DE30FE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99%</w:t>
            </w:r>
          </w:p>
        </w:tc>
        <w:tc>
          <w:tcPr>
            <w:tcW w:w="1440" w:type="dxa"/>
          </w:tcPr>
          <w:p w14:paraId="040A6103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16.1</w:t>
            </w:r>
          </w:p>
        </w:tc>
      </w:tr>
      <w:tr w:rsidR="00927E94" w14:paraId="507FF65C" w14:textId="77777777" w:rsidTr="00927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146DC496" w14:textId="77777777" w:rsidR="00927E94" w:rsidRDefault="00000000">
            <w:r>
              <w:t>12</w:t>
            </w:r>
          </w:p>
        </w:tc>
        <w:tc>
          <w:tcPr>
            <w:tcW w:w="1440" w:type="dxa"/>
          </w:tcPr>
          <w:p w14:paraId="521B78D2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#12</w:t>
            </w:r>
          </w:p>
        </w:tc>
        <w:tc>
          <w:tcPr>
            <w:tcW w:w="1440" w:type="dxa"/>
          </w:tcPr>
          <w:p w14:paraId="02F6F153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14,404,225</w:t>
            </w:r>
          </w:p>
        </w:tc>
        <w:tc>
          <w:tcPr>
            <w:tcW w:w="1440" w:type="dxa"/>
          </w:tcPr>
          <w:p w14:paraId="5694B93E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259,541</w:t>
            </w:r>
          </w:p>
        </w:tc>
        <w:tc>
          <w:tcPr>
            <w:tcW w:w="1440" w:type="dxa"/>
          </w:tcPr>
          <w:p w14:paraId="2293734B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98%</w:t>
            </w:r>
          </w:p>
        </w:tc>
        <w:tc>
          <w:tcPr>
            <w:tcW w:w="1440" w:type="dxa"/>
          </w:tcPr>
          <w:p w14:paraId="0DBAC0B7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37.1</w:t>
            </w:r>
          </w:p>
        </w:tc>
      </w:tr>
    </w:tbl>
    <w:p w14:paraId="581B0502" w14:textId="77777777" w:rsidR="00927E94" w:rsidRDefault="00927E94"/>
    <w:p w14:paraId="1F9BF28C" w14:textId="77777777" w:rsidR="00927E94" w:rsidRDefault="00000000">
      <w:pPr>
        <w:pStyle w:val="a0"/>
        <w:rPr>
          <w:lang w:eastAsia="ko-KR"/>
        </w:rPr>
      </w:pPr>
      <w:r>
        <w:rPr>
          <w:lang w:eastAsia="ko-KR"/>
        </w:rPr>
        <w:t>줌</w:t>
      </w:r>
      <w:r>
        <w:rPr>
          <w:lang w:eastAsia="ko-KR"/>
        </w:rPr>
        <w:t xml:space="preserve"> 8~10: </w:t>
      </w:r>
      <w:r>
        <w:rPr>
          <w:lang w:eastAsia="ko-KR"/>
        </w:rPr>
        <w:t>선박당</w:t>
      </w:r>
      <w:r>
        <w:rPr>
          <w:lang w:eastAsia="ko-KR"/>
        </w:rPr>
        <w:t xml:space="preserve"> 15~21 </w:t>
      </w:r>
      <w:r>
        <w:rPr>
          <w:lang w:eastAsia="ko-KR"/>
        </w:rPr>
        <w:t>포인트로</w:t>
      </w:r>
      <w:r>
        <w:rPr>
          <w:lang w:eastAsia="ko-KR"/>
        </w:rPr>
        <w:t xml:space="preserve"> </w:t>
      </w:r>
      <w:r>
        <w:rPr>
          <w:lang w:eastAsia="ko-KR"/>
        </w:rPr>
        <w:t>압축</w:t>
      </w:r>
      <w:r>
        <w:rPr>
          <w:lang w:eastAsia="ko-KR"/>
        </w:rPr>
        <w:t xml:space="preserve"> — </w:t>
      </w:r>
      <w:r>
        <w:rPr>
          <w:lang w:eastAsia="ko-KR"/>
        </w:rPr>
        <w:t>해역</w:t>
      </w:r>
      <w:r>
        <w:rPr>
          <w:lang w:eastAsia="ko-KR"/>
        </w:rPr>
        <w:t xml:space="preserve"> </w:t>
      </w:r>
      <w:r>
        <w:rPr>
          <w:lang w:eastAsia="ko-KR"/>
        </w:rPr>
        <w:t>수준</w:t>
      </w:r>
      <w:r>
        <w:rPr>
          <w:lang w:eastAsia="ko-KR"/>
        </w:rPr>
        <w:t xml:space="preserve"> </w:t>
      </w:r>
      <w:r>
        <w:rPr>
          <w:lang w:eastAsia="ko-KR"/>
        </w:rPr>
        <w:t>조회에</w:t>
      </w:r>
      <w:r>
        <w:rPr>
          <w:lang w:eastAsia="ko-KR"/>
        </w:rPr>
        <w:t xml:space="preserve"> </w:t>
      </w:r>
      <w:r>
        <w:rPr>
          <w:lang w:eastAsia="ko-KR"/>
        </w:rPr>
        <w:t>최적</w:t>
      </w:r>
      <w:r>
        <w:rPr>
          <w:lang w:eastAsia="ko-KR"/>
        </w:rPr>
        <w:t>.</w:t>
      </w:r>
    </w:p>
    <w:p w14:paraId="3CB4B003" w14:textId="77777777" w:rsidR="00927E94" w:rsidRDefault="00000000">
      <w:pPr>
        <w:pStyle w:val="a0"/>
        <w:rPr>
          <w:lang w:eastAsia="ko-KR"/>
        </w:rPr>
      </w:pPr>
      <w:r>
        <w:rPr>
          <w:lang w:eastAsia="ko-KR"/>
        </w:rPr>
        <w:t>줌</w:t>
      </w:r>
      <w:r>
        <w:rPr>
          <w:lang w:eastAsia="ko-KR"/>
        </w:rPr>
        <w:t xml:space="preserve"> 12: </w:t>
      </w:r>
      <w:r>
        <w:rPr>
          <w:lang w:eastAsia="ko-KR"/>
        </w:rPr>
        <w:t>선박당</w:t>
      </w:r>
      <w:r>
        <w:rPr>
          <w:lang w:eastAsia="ko-KR"/>
        </w:rPr>
        <w:t xml:space="preserve"> 37 </w:t>
      </w:r>
      <w:r>
        <w:rPr>
          <w:lang w:eastAsia="ko-KR"/>
        </w:rPr>
        <w:t>포인트</w:t>
      </w:r>
      <w:r>
        <w:rPr>
          <w:lang w:eastAsia="ko-KR"/>
        </w:rPr>
        <w:t xml:space="preserve"> — </w:t>
      </w:r>
      <w:r>
        <w:rPr>
          <w:lang w:eastAsia="ko-KR"/>
        </w:rPr>
        <w:t>항만</w:t>
      </w:r>
      <w:r>
        <w:rPr>
          <w:lang w:eastAsia="ko-KR"/>
        </w:rPr>
        <w:t xml:space="preserve"> </w:t>
      </w:r>
      <w:r>
        <w:rPr>
          <w:lang w:eastAsia="ko-KR"/>
        </w:rPr>
        <w:t>수준</w:t>
      </w:r>
      <w:r>
        <w:rPr>
          <w:lang w:eastAsia="ko-KR"/>
        </w:rPr>
        <w:t xml:space="preserve"> </w:t>
      </w:r>
      <w:r>
        <w:rPr>
          <w:lang w:eastAsia="ko-KR"/>
        </w:rPr>
        <w:t>상세</w:t>
      </w:r>
      <w:r>
        <w:rPr>
          <w:lang w:eastAsia="ko-KR"/>
        </w:rPr>
        <w:t xml:space="preserve"> </w:t>
      </w:r>
      <w:r>
        <w:rPr>
          <w:lang w:eastAsia="ko-KR"/>
        </w:rPr>
        <w:t>조회에서</w:t>
      </w:r>
      <w:r>
        <w:rPr>
          <w:lang w:eastAsia="ko-KR"/>
        </w:rPr>
        <w:t xml:space="preserve"> </w:t>
      </w:r>
      <w:r>
        <w:rPr>
          <w:lang w:eastAsia="ko-KR"/>
        </w:rPr>
        <w:t>더</w:t>
      </w:r>
      <w:r>
        <w:rPr>
          <w:lang w:eastAsia="ko-KR"/>
        </w:rPr>
        <w:t xml:space="preserve"> </w:t>
      </w:r>
      <w:r>
        <w:rPr>
          <w:lang w:eastAsia="ko-KR"/>
        </w:rPr>
        <w:t>많은</w:t>
      </w:r>
      <w:r>
        <w:rPr>
          <w:lang w:eastAsia="ko-KR"/>
        </w:rPr>
        <w:t xml:space="preserve"> </w:t>
      </w:r>
      <w:r>
        <w:rPr>
          <w:lang w:eastAsia="ko-KR"/>
        </w:rPr>
        <w:t>포인트를</w:t>
      </w:r>
      <w:r>
        <w:rPr>
          <w:lang w:eastAsia="ko-KR"/>
        </w:rPr>
        <w:t xml:space="preserve"> </w:t>
      </w:r>
      <w:r>
        <w:rPr>
          <w:lang w:eastAsia="ko-KR"/>
        </w:rPr>
        <w:t>유지</w:t>
      </w:r>
      <w:r>
        <w:rPr>
          <w:lang w:eastAsia="ko-KR"/>
        </w:rPr>
        <w:t>.</w:t>
      </w:r>
    </w:p>
    <w:p w14:paraId="7AD1440B" w14:textId="77777777" w:rsidR="00927E94" w:rsidRDefault="00000000">
      <w:pPr>
        <w:pStyle w:val="a0"/>
        <w:rPr>
          <w:lang w:eastAsia="ko-KR"/>
        </w:rPr>
      </w:pPr>
      <w:r>
        <w:rPr>
          <w:lang w:eastAsia="ko-KR"/>
        </w:rPr>
        <w:t>전</w:t>
      </w:r>
      <w:r>
        <w:rPr>
          <w:lang w:eastAsia="ko-KR"/>
        </w:rPr>
        <w:t xml:space="preserve"> </w:t>
      </w:r>
      <w:r>
        <w:rPr>
          <w:lang w:eastAsia="ko-KR"/>
        </w:rPr>
        <w:t>줌</w:t>
      </w:r>
      <w:r>
        <w:rPr>
          <w:lang w:eastAsia="ko-KR"/>
        </w:rPr>
        <w:t xml:space="preserve"> </w:t>
      </w:r>
      <w:r>
        <w:rPr>
          <w:lang w:eastAsia="ko-KR"/>
        </w:rPr>
        <w:t>레벨에서</w:t>
      </w:r>
      <w:r>
        <w:rPr>
          <w:lang w:eastAsia="ko-KR"/>
        </w:rPr>
        <w:t xml:space="preserve"> 95~99% </w:t>
      </w:r>
      <w:r>
        <w:rPr>
          <w:lang w:eastAsia="ko-KR"/>
        </w:rPr>
        <w:t>압축률</w:t>
      </w:r>
      <w:r>
        <w:rPr>
          <w:lang w:eastAsia="ko-KR"/>
        </w:rPr>
        <w:t xml:space="preserve"> </w:t>
      </w:r>
      <w:r>
        <w:rPr>
          <w:lang w:eastAsia="ko-KR"/>
        </w:rPr>
        <w:t>달성</w:t>
      </w:r>
      <w:r>
        <w:rPr>
          <w:lang w:eastAsia="ko-KR"/>
        </w:rPr>
        <w:t>.</w:t>
      </w:r>
    </w:p>
    <w:p w14:paraId="492C5BD9" w14:textId="77777777" w:rsidR="00927E94" w:rsidRDefault="00927E94">
      <w:pPr>
        <w:spacing w:before="120" w:after="120"/>
        <w:rPr>
          <w:lang w:eastAsia="ko-KR"/>
        </w:rPr>
      </w:pPr>
    </w:p>
    <w:p w14:paraId="45CC656E" w14:textId="77777777" w:rsidR="00927E94" w:rsidRDefault="00000000">
      <w:pPr>
        <w:pStyle w:val="21"/>
        <w:rPr>
          <w:lang w:eastAsia="ko-KR"/>
        </w:rPr>
      </w:pPr>
      <w:r>
        <w:rPr>
          <w:lang w:eastAsia="ko-KR"/>
        </w:rPr>
        <w:t xml:space="preserve">4. DB </w:t>
      </w:r>
      <w:r>
        <w:rPr>
          <w:lang w:eastAsia="ko-KR"/>
        </w:rPr>
        <w:t>커넥션</w:t>
      </w:r>
      <w:r>
        <w:rPr>
          <w:lang w:eastAsia="ko-KR"/>
        </w:rPr>
        <w:t xml:space="preserve"> </w:t>
      </w:r>
      <w:r>
        <w:rPr>
          <w:lang w:eastAsia="ko-KR"/>
        </w:rPr>
        <w:t>구성</w:t>
      </w:r>
      <w:r>
        <w:rPr>
          <w:lang w:eastAsia="ko-KR"/>
        </w:rPr>
        <w:t xml:space="preserve"> </w:t>
      </w:r>
      <w:r>
        <w:rPr>
          <w:lang w:eastAsia="ko-KR"/>
        </w:rPr>
        <w:t>분석</w:t>
      </w:r>
    </w:p>
    <w:p w14:paraId="4D5BFF62" w14:textId="77777777" w:rsidR="00927E94" w:rsidRDefault="00000000">
      <w:pPr>
        <w:pStyle w:val="31"/>
        <w:rPr>
          <w:lang w:eastAsia="ko-KR"/>
        </w:rPr>
      </w:pPr>
      <w:r>
        <w:rPr>
          <w:lang w:eastAsia="ko-KR"/>
        </w:rPr>
        <w:t xml:space="preserve">4.1 </w:t>
      </w:r>
      <w:r>
        <w:rPr>
          <w:lang w:eastAsia="ko-KR"/>
        </w:rPr>
        <w:t>경로별</w:t>
      </w:r>
      <w:r>
        <w:rPr>
          <w:lang w:eastAsia="ko-KR"/>
        </w:rPr>
        <w:t xml:space="preserve"> </w:t>
      </w:r>
      <w:r>
        <w:rPr>
          <w:lang w:eastAsia="ko-KR"/>
        </w:rPr>
        <w:t>커넥션</w:t>
      </w:r>
      <w:r>
        <w:rPr>
          <w:lang w:eastAsia="ko-KR"/>
        </w:rPr>
        <w:t xml:space="preserve"> </w:t>
      </w:r>
      <w:r>
        <w:rPr>
          <w:lang w:eastAsia="ko-KR"/>
        </w:rPr>
        <w:t>구성</w:t>
      </w:r>
      <w:r>
        <w:rPr>
          <w:lang w:eastAsia="ko-KR"/>
        </w:rPr>
        <w:t xml:space="preserve"> </w:t>
      </w:r>
      <w:r>
        <w:rPr>
          <w:lang w:eastAsia="ko-KR"/>
        </w:rPr>
        <w:t>패턴</w:t>
      </w:r>
    </w:p>
    <w:p w14:paraId="5D6124F2" w14:textId="77777777" w:rsidR="00927E94" w:rsidRDefault="00000000">
      <w:pPr>
        <w:ind w:left="283"/>
      </w:pPr>
      <w:r>
        <w:rPr>
          <w:rFonts w:ascii="Consolas" w:hAnsi="Consolas"/>
          <w:color w:val="333333"/>
          <w:sz w:val="16"/>
        </w:rPr>
        <w:t>CACHE (</w:t>
      </w:r>
      <w:r>
        <w:rPr>
          <w:rFonts w:ascii="Consolas" w:hAnsi="Consolas"/>
          <w:color w:val="333333"/>
          <w:sz w:val="16"/>
        </w:rPr>
        <w:t>순수</w:t>
      </w:r>
      <w:r>
        <w:rPr>
          <w:rFonts w:ascii="Consolas" w:hAnsi="Consolas"/>
          <w:color w:val="333333"/>
          <w:sz w:val="16"/>
        </w:rPr>
        <w:t>)       [==TC==]                                     2~3</w:t>
      </w:r>
      <w:r>
        <w:rPr>
          <w:rFonts w:ascii="Consolas" w:hAnsi="Consolas"/>
          <w:color w:val="333333"/>
          <w:sz w:val="16"/>
        </w:rPr>
        <w:t>건</w:t>
      </w:r>
      <w:r>
        <w:rPr>
          <w:rFonts w:ascii="Consolas" w:hAnsi="Consolas"/>
          <w:color w:val="333333"/>
          <w:sz w:val="16"/>
        </w:rPr>
        <w:br/>
        <w:t xml:space="preserve">                    TableCheck</w:t>
      </w:r>
      <w:r>
        <w:rPr>
          <w:rFonts w:ascii="Consolas" w:hAnsi="Consolas"/>
          <w:color w:val="333333"/>
          <w:sz w:val="16"/>
        </w:rPr>
        <w:t>만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발생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  <w:t>DB (</w:t>
      </w:r>
      <w:r>
        <w:rPr>
          <w:rFonts w:ascii="Consolas" w:hAnsi="Consolas"/>
          <w:color w:val="333333"/>
          <w:sz w:val="16"/>
        </w:rPr>
        <w:t>순수</w:t>
      </w:r>
      <w:r>
        <w:rPr>
          <w:rFonts w:ascii="Consolas" w:hAnsi="Consolas"/>
          <w:color w:val="333333"/>
          <w:sz w:val="16"/>
        </w:rPr>
        <w:t>)          [VP][DA][..</w:t>
      </w:r>
      <w:r>
        <w:rPr>
          <w:rFonts w:ascii="Consolas" w:hAnsi="Consolas"/>
          <w:color w:val="333333"/>
          <w:sz w:val="16"/>
        </w:rPr>
        <w:t>기타</w:t>
      </w:r>
      <w:r>
        <w:rPr>
          <w:rFonts w:ascii="Consolas" w:hAnsi="Consolas"/>
          <w:color w:val="333333"/>
          <w:sz w:val="16"/>
        </w:rPr>
        <w:t>..][TC]                       8~19</w:t>
      </w:r>
      <w:r>
        <w:rPr>
          <w:rFonts w:ascii="Consolas" w:hAnsi="Consolas"/>
          <w:color w:val="333333"/>
          <w:sz w:val="16"/>
        </w:rPr>
        <w:t>건</w:t>
      </w:r>
      <w:r>
        <w:rPr>
          <w:rFonts w:ascii="Consolas" w:hAnsi="Consolas"/>
          <w:color w:val="333333"/>
          <w:sz w:val="16"/>
        </w:rPr>
        <w:br/>
        <w:t xml:space="preserve">                    </w:t>
      </w:r>
      <w:r>
        <w:rPr>
          <w:rFonts w:ascii="Consolas" w:hAnsi="Consolas"/>
          <w:color w:val="333333"/>
          <w:sz w:val="16"/>
        </w:rPr>
        <w:t>각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항목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균등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분포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  <w:t>HYBRID             [VP][DA][..</w:t>
      </w:r>
      <w:r>
        <w:rPr>
          <w:rFonts w:ascii="Consolas" w:hAnsi="Consolas"/>
          <w:color w:val="333333"/>
          <w:sz w:val="16"/>
        </w:rPr>
        <w:t>기타</w:t>
      </w:r>
      <w:r>
        <w:rPr>
          <w:rFonts w:ascii="Consolas" w:hAnsi="Consolas"/>
          <w:color w:val="333333"/>
          <w:sz w:val="16"/>
        </w:rPr>
        <w:t>..........][TC---]            11~45</w:t>
      </w:r>
      <w:r>
        <w:rPr>
          <w:rFonts w:ascii="Consolas" w:hAnsi="Consolas"/>
          <w:color w:val="333333"/>
          <w:sz w:val="16"/>
        </w:rPr>
        <w:t>건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lastRenderedPageBreak/>
        <w:t xml:space="preserve">                    </w:t>
      </w:r>
      <w:r>
        <w:rPr>
          <w:rFonts w:ascii="Consolas" w:hAnsi="Consolas"/>
          <w:color w:val="333333"/>
          <w:sz w:val="16"/>
        </w:rPr>
        <w:t>규모에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비례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증가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  <w:t>CACHE+Today        [VP----------][H5m---------][TC------]      56</w:t>
      </w:r>
      <w:r>
        <w:rPr>
          <w:rFonts w:ascii="Consolas" w:hAnsi="Consolas"/>
          <w:color w:val="333333"/>
          <w:sz w:val="16"/>
        </w:rPr>
        <w:t>건</w:t>
      </w:r>
      <w:r>
        <w:rPr>
          <w:rFonts w:ascii="Consolas" w:hAnsi="Consolas"/>
          <w:color w:val="333333"/>
          <w:sz w:val="16"/>
        </w:rPr>
        <w:br/>
        <w:t xml:space="preserve">                    </w:t>
      </w:r>
      <w:r>
        <w:rPr>
          <w:rFonts w:ascii="Consolas" w:hAnsi="Consolas"/>
          <w:color w:val="333333"/>
          <w:sz w:val="16"/>
        </w:rPr>
        <w:t>오늘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구간의</w:t>
      </w:r>
      <w:r>
        <w:rPr>
          <w:rFonts w:ascii="Consolas" w:hAnsi="Consolas"/>
          <w:color w:val="333333"/>
          <w:sz w:val="16"/>
        </w:rPr>
        <w:t xml:space="preserve"> Hourly/5min + Viewport</w:t>
      </w:r>
      <w:r>
        <w:rPr>
          <w:rFonts w:ascii="Consolas" w:hAnsi="Consolas"/>
          <w:color w:val="333333"/>
          <w:sz w:val="16"/>
        </w:rPr>
        <w:t>가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대부분</w:t>
      </w:r>
    </w:p>
    <w:p w14:paraId="72D349A7" w14:textId="77777777" w:rsidR="00927E94" w:rsidRDefault="00000000">
      <w:pPr>
        <w:pStyle w:val="31"/>
        <w:rPr>
          <w:lang w:eastAsia="ko-KR"/>
        </w:rPr>
      </w:pPr>
      <w:r>
        <w:rPr>
          <w:lang w:eastAsia="ko-KR"/>
        </w:rPr>
        <w:t xml:space="preserve">4.2 </w:t>
      </w:r>
      <w:r>
        <w:rPr>
          <w:lang w:eastAsia="ko-KR"/>
        </w:rPr>
        <w:t>커넥션</w:t>
      </w:r>
      <w:r>
        <w:rPr>
          <w:lang w:eastAsia="ko-KR"/>
        </w:rPr>
        <w:t xml:space="preserve"> </w:t>
      </w:r>
      <w:r>
        <w:rPr>
          <w:lang w:eastAsia="ko-KR"/>
        </w:rPr>
        <w:t>풀</w:t>
      </w:r>
      <w:r>
        <w:rPr>
          <w:lang w:eastAsia="ko-KR"/>
        </w:rPr>
        <w:t xml:space="preserve"> </w:t>
      </w:r>
      <w:r>
        <w:rPr>
          <w:lang w:eastAsia="ko-KR"/>
        </w:rPr>
        <w:t>영향</w:t>
      </w:r>
      <w:r>
        <w:rPr>
          <w:lang w:eastAsia="ko-KR"/>
        </w:rPr>
        <w:t xml:space="preserve"> </w:t>
      </w:r>
      <w:r>
        <w:rPr>
          <w:lang w:eastAsia="ko-KR"/>
        </w:rPr>
        <w:t>분석</w:t>
      </w:r>
    </w:p>
    <w:p w14:paraId="2EBD8188" w14:textId="77777777" w:rsidR="00927E94" w:rsidRDefault="00000000">
      <w:pPr>
        <w:rPr>
          <w:lang w:eastAsia="ko-KR"/>
        </w:rPr>
      </w:pPr>
      <w:r>
        <w:rPr>
          <w:lang w:eastAsia="ko-KR"/>
        </w:rPr>
        <w:t xml:space="preserve">Query DataSource </w:t>
      </w:r>
      <w:r>
        <w:rPr>
          <w:lang w:eastAsia="ko-KR"/>
        </w:rPr>
        <w:t>커넥션</w:t>
      </w:r>
      <w:r>
        <w:rPr>
          <w:lang w:eastAsia="ko-KR"/>
        </w:rPr>
        <w:t xml:space="preserve"> </w:t>
      </w:r>
      <w:r>
        <w:rPr>
          <w:lang w:eastAsia="ko-KR"/>
        </w:rPr>
        <w:t>풀</w:t>
      </w:r>
      <w:r>
        <w:rPr>
          <w:lang w:eastAsia="ko-KR"/>
        </w:rPr>
        <w:t xml:space="preserve"> 180 </w:t>
      </w:r>
      <w:r>
        <w:rPr>
          <w:lang w:eastAsia="ko-KR"/>
        </w:rPr>
        <w:t>기준</w:t>
      </w:r>
      <w:r>
        <w:rPr>
          <w:lang w:eastAsia="ko-KR"/>
        </w:rPr>
        <w:t>:</w:t>
      </w:r>
    </w:p>
    <w:tbl>
      <w:tblPr>
        <w:tblStyle w:val="-11"/>
        <w:tblW w:w="0" w:type="auto"/>
        <w:jc w:val="center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927E94" w14:paraId="05A0FCBD" w14:textId="77777777" w:rsidTr="00927E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71F0D9B" w14:textId="77777777" w:rsidR="00927E94" w:rsidRDefault="00000000">
            <w:r>
              <w:t>경로</w:t>
            </w:r>
          </w:p>
        </w:tc>
        <w:tc>
          <w:tcPr>
            <w:tcW w:w="2160" w:type="dxa"/>
          </w:tcPr>
          <w:p w14:paraId="3D59CCEC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쿼리당</w:t>
            </w:r>
            <w:r>
              <w:t xml:space="preserve"> </w:t>
            </w:r>
            <w:r>
              <w:t>사용</w:t>
            </w:r>
          </w:p>
        </w:tc>
        <w:tc>
          <w:tcPr>
            <w:tcW w:w="2160" w:type="dxa"/>
          </w:tcPr>
          <w:p w14:paraId="39175CDE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동시</w:t>
            </w:r>
            <w:r>
              <w:t xml:space="preserve"> 10</w:t>
            </w:r>
            <w:r>
              <w:t>쿼리</w:t>
            </w:r>
            <w:r>
              <w:t xml:space="preserve"> </w:t>
            </w:r>
            <w:r>
              <w:t>시</w:t>
            </w:r>
            <w:r>
              <w:t xml:space="preserve"> </w:t>
            </w:r>
            <w:r>
              <w:t>누적</w:t>
            </w:r>
          </w:p>
        </w:tc>
        <w:tc>
          <w:tcPr>
            <w:tcW w:w="2160" w:type="dxa"/>
          </w:tcPr>
          <w:p w14:paraId="50527009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풀</w:t>
            </w:r>
            <w:r>
              <w:t xml:space="preserve"> </w:t>
            </w:r>
            <w:r>
              <w:t>압박</w:t>
            </w:r>
            <w:r>
              <w:t xml:space="preserve"> </w:t>
            </w:r>
            <w:r>
              <w:t>수준</w:t>
            </w:r>
          </w:p>
        </w:tc>
      </w:tr>
      <w:tr w:rsidR="00927E94" w14:paraId="6BBC27ED" w14:textId="77777777" w:rsidTr="00927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C0C8E9E" w14:textId="77777777" w:rsidR="00927E94" w:rsidRDefault="00000000">
            <w:r>
              <w:t>CACHE</w:t>
            </w:r>
          </w:p>
        </w:tc>
        <w:tc>
          <w:tcPr>
            <w:tcW w:w="2160" w:type="dxa"/>
          </w:tcPr>
          <w:p w14:paraId="58C80077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2~3</w:t>
            </w:r>
          </w:p>
        </w:tc>
        <w:tc>
          <w:tcPr>
            <w:tcW w:w="2160" w:type="dxa"/>
          </w:tcPr>
          <w:p w14:paraId="0BC6B07F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</w:p>
        </w:tc>
        <w:tc>
          <w:tcPr>
            <w:tcW w:w="2160" w:type="dxa"/>
          </w:tcPr>
          <w:p w14:paraId="606DB4C1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매우</w:t>
            </w:r>
            <w:r>
              <w:t xml:space="preserve"> </w:t>
            </w:r>
            <w:r>
              <w:t>낮음</w:t>
            </w:r>
            <w:r>
              <w:t xml:space="preserve"> (17%)</w:t>
            </w:r>
          </w:p>
        </w:tc>
      </w:tr>
      <w:tr w:rsidR="00927E94" w14:paraId="21B93DA0" w14:textId="77777777" w:rsidTr="00927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C54AACE" w14:textId="77777777" w:rsidR="00927E94" w:rsidRDefault="00000000">
            <w:r>
              <w:t>HYBRID (</w:t>
            </w:r>
            <w:r>
              <w:t>소규모</w:t>
            </w:r>
            <w:r>
              <w:t>)</w:t>
            </w:r>
          </w:p>
        </w:tc>
        <w:tc>
          <w:tcPr>
            <w:tcW w:w="2160" w:type="dxa"/>
          </w:tcPr>
          <w:p w14:paraId="4729767B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11~15</w:t>
            </w:r>
          </w:p>
        </w:tc>
        <w:tc>
          <w:tcPr>
            <w:tcW w:w="2160" w:type="dxa"/>
          </w:tcPr>
          <w:p w14:paraId="1CB317C4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150</w:t>
            </w:r>
          </w:p>
        </w:tc>
        <w:tc>
          <w:tcPr>
            <w:tcW w:w="2160" w:type="dxa"/>
          </w:tcPr>
          <w:p w14:paraId="1DA36DD5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보통</w:t>
            </w:r>
            <w:r>
              <w:t xml:space="preserve"> (83%)</w:t>
            </w:r>
          </w:p>
        </w:tc>
      </w:tr>
      <w:tr w:rsidR="00927E94" w14:paraId="73759E8B" w14:textId="77777777" w:rsidTr="00927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A7DF445" w14:textId="77777777" w:rsidR="00927E94" w:rsidRDefault="00000000">
            <w:r>
              <w:t>DB</w:t>
            </w:r>
          </w:p>
        </w:tc>
        <w:tc>
          <w:tcPr>
            <w:tcW w:w="2160" w:type="dxa"/>
          </w:tcPr>
          <w:p w14:paraId="2D10F068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8~19</w:t>
            </w:r>
          </w:p>
        </w:tc>
        <w:tc>
          <w:tcPr>
            <w:tcW w:w="2160" w:type="dxa"/>
          </w:tcPr>
          <w:p w14:paraId="7DE38A7D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190</w:t>
            </w:r>
          </w:p>
        </w:tc>
        <w:tc>
          <w:tcPr>
            <w:tcW w:w="2160" w:type="dxa"/>
          </w:tcPr>
          <w:p w14:paraId="1D44CCE8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보통</w:t>
            </w:r>
            <w:r>
              <w:t>~</w:t>
            </w:r>
            <w:r>
              <w:t>높음</w:t>
            </w:r>
          </w:p>
        </w:tc>
      </w:tr>
      <w:tr w:rsidR="00927E94" w14:paraId="0D24F2D7" w14:textId="77777777" w:rsidTr="00927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2503888" w14:textId="77777777" w:rsidR="00927E94" w:rsidRDefault="00000000">
            <w:r>
              <w:t>CACHE+Today</w:t>
            </w:r>
          </w:p>
        </w:tc>
        <w:tc>
          <w:tcPr>
            <w:tcW w:w="2160" w:type="dxa"/>
          </w:tcPr>
          <w:p w14:paraId="5A955A99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56</w:t>
            </w:r>
          </w:p>
        </w:tc>
        <w:tc>
          <w:tcPr>
            <w:tcW w:w="2160" w:type="dxa"/>
          </w:tcPr>
          <w:p w14:paraId="2EC18B55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560</w:t>
            </w:r>
          </w:p>
        </w:tc>
        <w:tc>
          <w:tcPr>
            <w:tcW w:w="2160" w:type="dxa"/>
          </w:tcPr>
          <w:p w14:paraId="520B0E00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높음</w:t>
            </w:r>
          </w:p>
        </w:tc>
      </w:tr>
    </w:tbl>
    <w:p w14:paraId="5D84D79A" w14:textId="77777777" w:rsidR="00927E94" w:rsidRDefault="00927E94"/>
    <w:p w14:paraId="4C50234F" w14:textId="77777777" w:rsidR="00927E94" w:rsidRDefault="00000000">
      <w:pPr>
        <w:ind w:left="567"/>
        <w:rPr>
          <w:lang w:eastAsia="ko-KR"/>
        </w:rPr>
      </w:pPr>
      <w:r>
        <w:rPr>
          <w:i/>
          <w:color w:val="555555"/>
          <w:lang w:eastAsia="ko-KR"/>
        </w:rPr>
        <w:t>커넥션은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순간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점유가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아닌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순차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사용이므로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실제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동시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점유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수는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위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수치보다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작다</w:t>
      </w:r>
      <w:r>
        <w:rPr>
          <w:i/>
          <w:color w:val="555555"/>
          <w:lang w:eastAsia="ko-KR"/>
        </w:rPr>
        <w:t xml:space="preserve">. </w:t>
      </w:r>
      <w:r>
        <w:rPr>
          <w:i/>
          <w:color w:val="555555"/>
          <w:lang w:eastAsia="ko-KR"/>
        </w:rPr>
        <w:t>캐시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적용으로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전체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쿼리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중</w:t>
      </w:r>
      <w:r>
        <w:rPr>
          <w:i/>
          <w:color w:val="555555"/>
          <w:lang w:eastAsia="ko-KR"/>
        </w:rPr>
        <w:t xml:space="preserve"> CACHE </w:t>
      </w:r>
      <w:r>
        <w:rPr>
          <w:i/>
          <w:color w:val="555555"/>
          <w:lang w:eastAsia="ko-KR"/>
        </w:rPr>
        <w:t>경로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비율이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높아지면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풀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전체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부담이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크게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감소한다</w:t>
      </w:r>
      <w:r>
        <w:rPr>
          <w:i/>
          <w:color w:val="555555"/>
          <w:lang w:eastAsia="ko-KR"/>
        </w:rPr>
        <w:t>.</w:t>
      </w:r>
    </w:p>
    <w:p w14:paraId="39676AE9" w14:textId="77777777" w:rsidR="00927E94" w:rsidRDefault="00927E94">
      <w:pPr>
        <w:spacing w:before="120" w:after="120"/>
        <w:rPr>
          <w:lang w:eastAsia="ko-KR"/>
        </w:rPr>
      </w:pPr>
    </w:p>
    <w:p w14:paraId="4F7D44FC" w14:textId="77777777" w:rsidR="00927E94" w:rsidRDefault="00000000">
      <w:pPr>
        <w:pStyle w:val="21"/>
        <w:rPr>
          <w:lang w:eastAsia="ko-KR"/>
        </w:rPr>
      </w:pPr>
      <w:r>
        <w:rPr>
          <w:lang w:eastAsia="ko-KR"/>
        </w:rPr>
        <w:t xml:space="preserve">5. </w:t>
      </w:r>
      <w:r>
        <w:rPr>
          <w:lang w:eastAsia="ko-KR"/>
        </w:rPr>
        <w:t>종합</w:t>
      </w:r>
      <w:r>
        <w:rPr>
          <w:lang w:eastAsia="ko-KR"/>
        </w:rPr>
        <w:t xml:space="preserve"> </w:t>
      </w:r>
      <w:r>
        <w:rPr>
          <w:lang w:eastAsia="ko-KR"/>
        </w:rPr>
        <w:t>성능</w:t>
      </w:r>
      <w:r>
        <w:rPr>
          <w:lang w:eastAsia="ko-KR"/>
        </w:rPr>
        <w:t xml:space="preserve"> </w:t>
      </w:r>
      <w:r>
        <w:rPr>
          <w:lang w:eastAsia="ko-KR"/>
        </w:rPr>
        <w:t>비교</w:t>
      </w:r>
    </w:p>
    <w:p w14:paraId="13CC574F" w14:textId="77777777" w:rsidR="00927E94" w:rsidRDefault="00000000">
      <w:pPr>
        <w:pStyle w:val="31"/>
        <w:rPr>
          <w:lang w:eastAsia="ko-KR"/>
        </w:rPr>
      </w:pPr>
      <w:r>
        <w:rPr>
          <w:lang w:eastAsia="ko-KR"/>
        </w:rPr>
        <w:t xml:space="preserve">5.1 </w:t>
      </w:r>
      <w:r>
        <w:rPr>
          <w:lang w:eastAsia="ko-KR"/>
        </w:rPr>
        <w:t>핵심</w:t>
      </w:r>
      <w:r>
        <w:rPr>
          <w:lang w:eastAsia="ko-KR"/>
        </w:rPr>
        <w:t xml:space="preserve"> </w:t>
      </w:r>
      <w:r>
        <w:rPr>
          <w:lang w:eastAsia="ko-KR"/>
        </w:rPr>
        <w:t>개선</w:t>
      </w:r>
      <w:r>
        <w:rPr>
          <w:lang w:eastAsia="ko-KR"/>
        </w:rPr>
        <w:t xml:space="preserve"> </w:t>
      </w:r>
      <w:r>
        <w:rPr>
          <w:lang w:eastAsia="ko-KR"/>
        </w:rPr>
        <w:t>지표</w:t>
      </w:r>
    </w:p>
    <w:tbl>
      <w:tblPr>
        <w:tblStyle w:val="-11"/>
        <w:tblW w:w="0" w:type="auto"/>
        <w:jc w:val="center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927E94" w14:paraId="0920A745" w14:textId="77777777" w:rsidTr="00927E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13E2A6C" w14:textId="77777777" w:rsidR="00927E94" w:rsidRDefault="00000000">
            <w:r>
              <w:t>지표</w:t>
            </w:r>
          </w:p>
        </w:tc>
        <w:tc>
          <w:tcPr>
            <w:tcW w:w="2160" w:type="dxa"/>
          </w:tcPr>
          <w:p w14:paraId="68EE37F7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DB </w:t>
            </w:r>
            <w:r>
              <w:t>경로</w:t>
            </w:r>
          </w:p>
        </w:tc>
        <w:tc>
          <w:tcPr>
            <w:tcW w:w="2160" w:type="dxa"/>
          </w:tcPr>
          <w:p w14:paraId="15E5EA8E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CACHE </w:t>
            </w:r>
            <w:r>
              <w:t>경로</w:t>
            </w:r>
          </w:p>
        </w:tc>
        <w:tc>
          <w:tcPr>
            <w:tcW w:w="2160" w:type="dxa"/>
          </w:tcPr>
          <w:p w14:paraId="30640BAD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개선율</w:t>
            </w:r>
          </w:p>
        </w:tc>
      </w:tr>
      <w:tr w:rsidR="00927E94" w14:paraId="1D521CEE" w14:textId="77777777" w:rsidTr="00927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4BDB71E" w14:textId="77777777" w:rsidR="00927E94" w:rsidRDefault="00000000">
            <w:pPr>
              <w:rPr>
                <w:lang w:eastAsia="ko-KR"/>
              </w:rPr>
            </w:pPr>
            <w:r>
              <w:rPr>
                <w:lang w:eastAsia="ko-KR"/>
              </w:rPr>
              <w:t>응답시간</w:t>
            </w:r>
            <w:r>
              <w:rPr>
                <w:lang w:eastAsia="ko-KR"/>
              </w:rPr>
              <w:t xml:space="preserve"> (</w:t>
            </w:r>
            <w:r>
              <w:rPr>
                <w:lang w:eastAsia="ko-KR"/>
              </w:rPr>
              <w:t>대규모</w:t>
            </w:r>
            <w:r>
              <w:rPr>
                <w:lang w:eastAsia="ko-KR"/>
              </w:rPr>
              <w:t xml:space="preserve">, </w:t>
            </w:r>
            <w:r>
              <w:rPr>
                <w:lang w:eastAsia="ko-KR"/>
              </w:rPr>
              <w:t>만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척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이상</w:t>
            </w:r>
            <w:r>
              <w:rPr>
                <w:lang w:eastAsia="ko-KR"/>
              </w:rPr>
              <w:t>)</w:t>
            </w:r>
          </w:p>
        </w:tc>
        <w:tc>
          <w:tcPr>
            <w:tcW w:w="2160" w:type="dxa"/>
          </w:tcPr>
          <w:p w14:paraId="3D26C474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8,195 ms</w:t>
            </w:r>
          </w:p>
        </w:tc>
        <w:tc>
          <w:tcPr>
            <w:tcW w:w="2160" w:type="dxa"/>
          </w:tcPr>
          <w:p w14:paraId="134B65B8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1,439 ms</w:t>
            </w:r>
          </w:p>
        </w:tc>
        <w:tc>
          <w:tcPr>
            <w:tcW w:w="2160" w:type="dxa"/>
          </w:tcPr>
          <w:p w14:paraId="4E89F393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</w:rPr>
              <w:t>5.7</w:t>
            </w:r>
            <w:r>
              <w:rPr>
                <w:b/>
              </w:rPr>
              <w:t>배</w:t>
            </w:r>
          </w:p>
        </w:tc>
      </w:tr>
      <w:tr w:rsidR="00927E94" w14:paraId="18581B51" w14:textId="77777777" w:rsidTr="00927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22C97B9" w14:textId="77777777" w:rsidR="00927E94" w:rsidRDefault="00000000">
            <w:pPr>
              <w:rPr>
                <w:lang w:eastAsia="ko-KR"/>
              </w:rPr>
            </w:pPr>
            <w:r>
              <w:rPr>
                <w:lang w:eastAsia="ko-KR"/>
              </w:rPr>
              <w:t>응답시간</w:t>
            </w:r>
            <w:r>
              <w:rPr>
                <w:lang w:eastAsia="ko-KR"/>
              </w:rPr>
              <w:t xml:space="preserve"> (</w:t>
            </w:r>
            <w:r>
              <w:rPr>
                <w:lang w:eastAsia="ko-KR"/>
              </w:rPr>
              <w:t>소규모</w:t>
            </w:r>
            <w:r>
              <w:rPr>
                <w:lang w:eastAsia="ko-KR"/>
              </w:rPr>
              <w:t xml:space="preserve">, </w:t>
            </w:r>
            <w:r>
              <w:rPr>
                <w:lang w:eastAsia="ko-KR"/>
              </w:rPr>
              <w:t>수백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척</w:t>
            </w:r>
            <w:r>
              <w:rPr>
                <w:lang w:eastAsia="ko-KR"/>
              </w:rPr>
              <w:t>)</w:t>
            </w:r>
          </w:p>
        </w:tc>
        <w:tc>
          <w:tcPr>
            <w:tcW w:w="2160" w:type="dxa"/>
          </w:tcPr>
          <w:p w14:paraId="33C57611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7,221 ms</w:t>
            </w:r>
          </w:p>
        </w:tc>
        <w:tc>
          <w:tcPr>
            <w:tcW w:w="2160" w:type="dxa"/>
          </w:tcPr>
          <w:p w14:paraId="394F2658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575 ms</w:t>
            </w:r>
          </w:p>
        </w:tc>
        <w:tc>
          <w:tcPr>
            <w:tcW w:w="2160" w:type="dxa"/>
          </w:tcPr>
          <w:p w14:paraId="2C7ED257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b/>
              </w:rPr>
              <w:t>12.6</w:t>
            </w:r>
            <w:r>
              <w:rPr>
                <w:b/>
              </w:rPr>
              <w:t>배</w:t>
            </w:r>
          </w:p>
        </w:tc>
      </w:tr>
      <w:tr w:rsidR="00927E94" w14:paraId="0D343FEE" w14:textId="77777777" w:rsidTr="00927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71C9F63" w14:textId="77777777" w:rsidR="00927E94" w:rsidRDefault="00000000">
            <w:r>
              <w:t xml:space="preserve">DB </w:t>
            </w:r>
            <w:r>
              <w:t>커넥션</w:t>
            </w:r>
            <w:r>
              <w:t xml:space="preserve"> </w:t>
            </w:r>
            <w:r>
              <w:t>수</w:t>
            </w:r>
            <w:r>
              <w:t xml:space="preserve"> (</w:t>
            </w:r>
            <w:r>
              <w:t>대규모</w:t>
            </w:r>
            <w:r>
              <w:t>)</w:t>
            </w:r>
          </w:p>
        </w:tc>
        <w:tc>
          <w:tcPr>
            <w:tcW w:w="2160" w:type="dxa"/>
          </w:tcPr>
          <w:p w14:paraId="701B4BD7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</w:t>
            </w:r>
            <w:r>
              <w:t>건</w:t>
            </w:r>
          </w:p>
        </w:tc>
        <w:tc>
          <w:tcPr>
            <w:tcW w:w="2160" w:type="dxa"/>
          </w:tcPr>
          <w:p w14:paraId="62395DC1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  <w:r>
              <w:t>건</w:t>
            </w:r>
          </w:p>
        </w:tc>
        <w:tc>
          <w:tcPr>
            <w:tcW w:w="2160" w:type="dxa"/>
          </w:tcPr>
          <w:p w14:paraId="4DCEAF9F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</w:rPr>
              <w:t xml:space="preserve">89% </w:t>
            </w:r>
            <w:r>
              <w:rPr>
                <w:b/>
              </w:rPr>
              <w:t>감소</w:t>
            </w:r>
          </w:p>
        </w:tc>
      </w:tr>
      <w:tr w:rsidR="00927E94" w14:paraId="6D40816A" w14:textId="77777777" w:rsidTr="00927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88546C8" w14:textId="77777777" w:rsidR="00927E94" w:rsidRDefault="00000000">
            <w:r>
              <w:t xml:space="preserve">DB </w:t>
            </w:r>
            <w:r>
              <w:t>커넥션</w:t>
            </w:r>
            <w:r>
              <w:t xml:space="preserve"> </w:t>
            </w:r>
            <w:r>
              <w:t>수</w:t>
            </w:r>
            <w:r>
              <w:t xml:space="preserve"> (</w:t>
            </w:r>
            <w:r>
              <w:t>소규모</w:t>
            </w:r>
            <w:r>
              <w:t>)</w:t>
            </w:r>
          </w:p>
        </w:tc>
        <w:tc>
          <w:tcPr>
            <w:tcW w:w="2160" w:type="dxa"/>
          </w:tcPr>
          <w:p w14:paraId="1BF93EC6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8</w:t>
            </w:r>
            <w:r>
              <w:t>건</w:t>
            </w:r>
          </w:p>
        </w:tc>
        <w:tc>
          <w:tcPr>
            <w:tcW w:w="2160" w:type="dxa"/>
          </w:tcPr>
          <w:p w14:paraId="43E9FCC8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</w:t>
            </w:r>
            <w:r>
              <w:t>건</w:t>
            </w:r>
          </w:p>
        </w:tc>
        <w:tc>
          <w:tcPr>
            <w:tcW w:w="2160" w:type="dxa"/>
          </w:tcPr>
          <w:p w14:paraId="0293701C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b/>
              </w:rPr>
              <w:t xml:space="preserve">63% </w:t>
            </w:r>
            <w:r>
              <w:rPr>
                <w:b/>
              </w:rPr>
              <w:t>감소</w:t>
            </w:r>
          </w:p>
        </w:tc>
      </w:tr>
      <w:tr w:rsidR="00927E94" w14:paraId="68D65565" w14:textId="77777777" w:rsidTr="00927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EB1B5E5" w14:textId="77777777" w:rsidR="00927E94" w:rsidRDefault="00000000">
            <w:r>
              <w:t xml:space="preserve">DB </w:t>
            </w:r>
            <w:r>
              <w:t>쿼리</w:t>
            </w:r>
            <w:r>
              <w:t xml:space="preserve"> </w:t>
            </w:r>
            <w:r>
              <w:t>시간</w:t>
            </w:r>
          </w:p>
        </w:tc>
        <w:tc>
          <w:tcPr>
            <w:tcW w:w="2160" w:type="dxa"/>
          </w:tcPr>
          <w:p w14:paraId="629C02CF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1,443~3,475 ms</w:t>
            </w:r>
          </w:p>
        </w:tc>
        <w:tc>
          <w:tcPr>
            <w:tcW w:w="2160" w:type="dxa"/>
          </w:tcPr>
          <w:p w14:paraId="16249944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 ms</w:t>
            </w:r>
          </w:p>
        </w:tc>
        <w:tc>
          <w:tcPr>
            <w:tcW w:w="2160" w:type="dxa"/>
          </w:tcPr>
          <w:p w14:paraId="151885EB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</w:rPr>
              <w:t xml:space="preserve">100% </w:t>
            </w:r>
            <w:r>
              <w:rPr>
                <w:b/>
              </w:rPr>
              <w:t>절감</w:t>
            </w:r>
          </w:p>
        </w:tc>
      </w:tr>
      <w:tr w:rsidR="00927E94" w14:paraId="78131424" w14:textId="77777777" w:rsidTr="00927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196F968" w14:textId="77777777" w:rsidR="00927E94" w:rsidRDefault="00000000">
            <w:r>
              <w:t>포인트</w:t>
            </w:r>
            <w:r>
              <w:t xml:space="preserve"> </w:t>
            </w:r>
            <w:r>
              <w:t>간소화</w:t>
            </w:r>
          </w:p>
        </w:tc>
        <w:tc>
          <w:tcPr>
            <w:tcW w:w="2160" w:type="dxa"/>
          </w:tcPr>
          <w:p w14:paraId="17EACBF9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SQL ST_Simplify</w:t>
            </w:r>
          </w:p>
        </w:tc>
        <w:tc>
          <w:tcPr>
            <w:tcW w:w="2160" w:type="dxa"/>
          </w:tcPr>
          <w:p w14:paraId="259FC3FC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앱</w:t>
            </w:r>
            <w:r>
              <w:t xml:space="preserve"> </w:t>
            </w:r>
            <w:r>
              <w:t>레벨</w:t>
            </w:r>
            <w:r>
              <w:t xml:space="preserve"> 95~99%</w:t>
            </w:r>
          </w:p>
        </w:tc>
        <w:tc>
          <w:tcPr>
            <w:tcW w:w="2160" w:type="dxa"/>
          </w:tcPr>
          <w:p w14:paraId="7D2E662F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캐시만</w:t>
            </w:r>
            <w:r>
              <w:t xml:space="preserve"> </w:t>
            </w:r>
            <w:r>
              <w:t>측정</w:t>
            </w:r>
            <w:r>
              <w:t xml:space="preserve"> </w:t>
            </w:r>
            <w:r>
              <w:t>가능</w:t>
            </w:r>
          </w:p>
        </w:tc>
      </w:tr>
    </w:tbl>
    <w:p w14:paraId="0EF8A370" w14:textId="77777777" w:rsidR="00927E94" w:rsidRDefault="00927E94"/>
    <w:p w14:paraId="73A2CAFD" w14:textId="77777777" w:rsidR="00927E94" w:rsidRDefault="00000000">
      <w:pPr>
        <w:pStyle w:val="31"/>
      </w:pPr>
      <w:r>
        <w:t xml:space="preserve">5.2 </w:t>
      </w:r>
      <w:r>
        <w:t>경로별</w:t>
      </w:r>
      <w:r>
        <w:t xml:space="preserve"> </w:t>
      </w:r>
      <w:r>
        <w:t>응답시간</w:t>
      </w:r>
      <w:r>
        <w:t xml:space="preserve"> </w:t>
      </w:r>
      <w:r>
        <w:t>분포</w:t>
      </w:r>
    </w:p>
    <w:p w14:paraId="47523ACE" w14:textId="77777777" w:rsidR="00927E94" w:rsidRDefault="00000000">
      <w:pPr>
        <w:ind w:left="283"/>
        <w:rPr>
          <w:lang w:eastAsia="ko-KR"/>
        </w:rPr>
      </w:pPr>
      <w:r>
        <w:rPr>
          <w:rFonts w:ascii="Consolas" w:hAnsi="Consolas"/>
          <w:color w:val="333333"/>
          <w:sz w:val="16"/>
          <w:lang w:eastAsia="ko-KR"/>
        </w:rPr>
        <w:t xml:space="preserve">                       </w:t>
      </w:r>
      <w:r>
        <w:rPr>
          <w:rFonts w:ascii="Consolas" w:hAnsi="Consolas"/>
          <w:color w:val="333333"/>
          <w:sz w:val="16"/>
          <w:lang w:eastAsia="ko-KR"/>
        </w:rPr>
        <w:t>응답시간</w:t>
      </w:r>
      <w:r>
        <w:rPr>
          <w:rFonts w:ascii="Consolas" w:hAnsi="Consolas"/>
          <w:color w:val="333333"/>
          <w:sz w:val="16"/>
          <w:lang w:eastAsia="ko-KR"/>
        </w:rPr>
        <w:t xml:space="preserve"> (ms, </w:t>
      </w:r>
      <w:r>
        <w:rPr>
          <w:rFonts w:ascii="Consolas" w:hAnsi="Consolas"/>
          <w:color w:val="333333"/>
          <w:sz w:val="16"/>
          <w:lang w:eastAsia="ko-KR"/>
        </w:rPr>
        <w:t>로그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스케일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아님</w:t>
      </w:r>
      <w:r>
        <w:rPr>
          <w:rFonts w:ascii="Consolas" w:hAnsi="Consolas"/>
          <w:color w:val="333333"/>
          <w:sz w:val="16"/>
          <w:lang w:eastAsia="ko-KR"/>
        </w:rPr>
        <w:t>)</w:t>
      </w:r>
      <w:r>
        <w:rPr>
          <w:rFonts w:ascii="Consolas" w:hAnsi="Consolas"/>
          <w:color w:val="333333"/>
          <w:sz w:val="16"/>
          <w:lang w:eastAsia="ko-KR"/>
        </w:rPr>
        <w:br/>
      </w:r>
      <w:r>
        <w:rPr>
          <w:rFonts w:ascii="Consolas" w:hAnsi="Consolas"/>
          <w:color w:val="333333"/>
          <w:sz w:val="16"/>
          <w:lang w:eastAsia="ko-KR"/>
        </w:rPr>
        <w:t>경로</w:t>
      </w:r>
      <w:r>
        <w:rPr>
          <w:rFonts w:ascii="Consolas" w:hAnsi="Consolas"/>
          <w:color w:val="333333"/>
          <w:sz w:val="16"/>
          <w:lang w:eastAsia="ko-KR"/>
        </w:rPr>
        <w:t xml:space="preserve">               0     2,000   4,000   6,000   8,000  10,000</w:t>
      </w:r>
      <w:r>
        <w:rPr>
          <w:rFonts w:ascii="Consolas" w:hAnsi="Consolas"/>
          <w:color w:val="333333"/>
          <w:sz w:val="16"/>
          <w:lang w:eastAsia="ko-KR"/>
        </w:rPr>
        <w:br/>
        <w:t>CACHE (</w:t>
      </w:r>
      <w:r>
        <w:rPr>
          <w:rFonts w:ascii="Consolas" w:hAnsi="Consolas"/>
          <w:color w:val="333333"/>
          <w:sz w:val="16"/>
          <w:lang w:eastAsia="ko-KR"/>
        </w:rPr>
        <w:t>순수</w:t>
      </w:r>
      <w:r>
        <w:rPr>
          <w:rFonts w:ascii="Consolas" w:hAnsi="Consolas"/>
          <w:color w:val="333333"/>
          <w:sz w:val="16"/>
          <w:lang w:eastAsia="ko-KR"/>
        </w:rPr>
        <w:t>)      |█|                                          575~1,439</w:t>
      </w:r>
      <w:r>
        <w:rPr>
          <w:rFonts w:ascii="Consolas" w:hAnsi="Consolas"/>
          <w:color w:val="333333"/>
          <w:sz w:val="16"/>
          <w:lang w:eastAsia="ko-KR"/>
        </w:rPr>
        <w:br/>
        <w:t>HYBRID (</w:t>
      </w:r>
      <w:r>
        <w:rPr>
          <w:rFonts w:ascii="Consolas" w:hAnsi="Consolas"/>
          <w:color w:val="333333"/>
          <w:sz w:val="16"/>
          <w:lang w:eastAsia="ko-KR"/>
        </w:rPr>
        <w:t>소규모</w:t>
      </w:r>
      <w:r>
        <w:rPr>
          <w:rFonts w:ascii="Consolas" w:hAnsi="Consolas"/>
          <w:color w:val="333333"/>
          <w:sz w:val="16"/>
          <w:lang w:eastAsia="ko-KR"/>
        </w:rPr>
        <w:t>)   |██|                                         1,373</w:t>
      </w:r>
      <w:r>
        <w:rPr>
          <w:rFonts w:ascii="Consolas" w:hAnsi="Consolas"/>
          <w:color w:val="333333"/>
          <w:sz w:val="16"/>
          <w:lang w:eastAsia="ko-KR"/>
        </w:rPr>
        <w:br/>
        <w:t>HYBRID (</w:t>
      </w:r>
      <w:r>
        <w:rPr>
          <w:rFonts w:ascii="Consolas" w:hAnsi="Consolas"/>
          <w:color w:val="333333"/>
          <w:sz w:val="16"/>
          <w:lang w:eastAsia="ko-KR"/>
        </w:rPr>
        <w:t>중규모</w:t>
      </w:r>
      <w:r>
        <w:rPr>
          <w:rFonts w:ascii="Consolas" w:hAnsi="Consolas"/>
          <w:color w:val="333333"/>
          <w:sz w:val="16"/>
          <w:lang w:eastAsia="ko-KR"/>
        </w:rPr>
        <w:t>)   |█████|                                      2,910~3,651</w:t>
      </w:r>
      <w:r>
        <w:rPr>
          <w:rFonts w:ascii="Consolas" w:hAnsi="Consolas"/>
          <w:color w:val="333333"/>
          <w:sz w:val="16"/>
          <w:lang w:eastAsia="ko-KR"/>
        </w:rPr>
        <w:br/>
      </w:r>
      <w:r>
        <w:rPr>
          <w:rFonts w:ascii="Consolas" w:hAnsi="Consolas"/>
          <w:color w:val="333333"/>
          <w:sz w:val="16"/>
          <w:lang w:eastAsia="ko-KR"/>
        </w:rPr>
        <w:lastRenderedPageBreak/>
        <w:t>CACHE+Today       |████████████|                               6,091~9,744</w:t>
      </w:r>
      <w:r>
        <w:rPr>
          <w:rFonts w:ascii="Consolas" w:hAnsi="Consolas"/>
          <w:color w:val="333333"/>
          <w:sz w:val="16"/>
          <w:lang w:eastAsia="ko-KR"/>
        </w:rPr>
        <w:br/>
        <w:t>DB (</w:t>
      </w:r>
      <w:r>
        <w:rPr>
          <w:rFonts w:ascii="Consolas" w:hAnsi="Consolas"/>
          <w:color w:val="333333"/>
          <w:sz w:val="16"/>
          <w:lang w:eastAsia="ko-KR"/>
        </w:rPr>
        <w:t>순수</w:t>
      </w:r>
      <w:r>
        <w:rPr>
          <w:rFonts w:ascii="Consolas" w:hAnsi="Consolas"/>
          <w:color w:val="333333"/>
          <w:sz w:val="16"/>
          <w:lang w:eastAsia="ko-KR"/>
        </w:rPr>
        <w:t>)         |████████████████|                           7,221~8,195</w:t>
      </w:r>
      <w:r>
        <w:rPr>
          <w:rFonts w:ascii="Consolas" w:hAnsi="Consolas"/>
          <w:color w:val="333333"/>
          <w:sz w:val="16"/>
          <w:lang w:eastAsia="ko-KR"/>
        </w:rPr>
        <w:br/>
        <w:t>HYBRID (</w:t>
      </w:r>
      <w:r>
        <w:rPr>
          <w:rFonts w:ascii="Consolas" w:hAnsi="Consolas"/>
          <w:color w:val="333333"/>
          <w:sz w:val="16"/>
          <w:lang w:eastAsia="ko-KR"/>
        </w:rPr>
        <w:t>대규모</w:t>
      </w:r>
      <w:r>
        <w:rPr>
          <w:rFonts w:ascii="Consolas" w:hAnsi="Consolas"/>
          <w:color w:val="333333"/>
          <w:sz w:val="16"/>
          <w:lang w:eastAsia="ko-KR"/>
        </w:rPr>
        <w:t>)   |██████████████████|                         8,900</w:t>
      </w:r>
    </w:p>
    <w:p w14:paraId="38A6C415" w14:textId="77777777" w:rsidR="00927E94" w:rsidRDefault="00000000">
      <w:pPr>
        <w:ind w:left="567"/>
        <w:rPr>
          <w:lang w:eastAsia="ko-KR"/>
        </w:rPr>
      </w:pPr>
      <w:r>
        <w:rPr>
          <w:i/>
          <w:color w:val="555555"/>
          <w:lang w:eastAsia="ko-KR"/>
        </w:rPr>
        <w:t xml:space="preserve">HYBRID </w:t>
      </w:r>
      <w:r>
        <w:rPr>
          <w:i/>
          <w:color w:val="555555"/>
          <w:lang w:eastAsia="ko-KR"/>
        </w:rPr>
        <w:t>대규모</w:t>
      </w:r>
      <w:r>
        <w:rPr>
          <w:i/>
          <w:color w:val="555555"/>
          <w:lang w:eastAsia="ko-KR"/>
        </w:rPr>
        <w:t>(#11, 52K</w:t>
      </w:r>
      <w:r>
        <w:rPr>
          <w:i/>
          <w:color w:val="555555"/>
          <w:lang w:eastAsia="ko-KR"/>
        </w:rPr>
        <w:t>척</w:t>
      </w:r>
      <w:r>
        <w:rPr>
          <w:i/>
          <w:color w:val="555555"/>
          <w:lang w:eastAsia="ko-KR"/>
        </w:rPr>
        <w:t>, 105</w:t>
      </w:r>
      <w:r>
        <w:rPr>
          <w:i/>
          <w:color w:val="555555"/>
          <w:lang w:eastAsia="ko-KR"/>
        </w:rPr>
        <w:t>초</w:t>
      </w:r>
      <w:r>
        <w:rPr>
          <w:i/>
          <w:color w:val="555555"/>
          <w:lang w:eastAsia="ko-KR"/>
        </w:rPr>
        <w:t>)</w:t>
      </w:r>
      <w:r>
        <w:rPr>
          <w:i/>
          <w:color w:val="555555"/>
          <w:lang w:eastAsia="ko-KR"/>
        </w:rPr>
        <w:t>는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스케일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초과로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표시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생략</w:t>
      </w:r>
      <w:r>
        <w:rPr>
          <w:i/>
          <w:color w:val="555555"/>
          <w:lang w:eastAsia="ko-KR"/>
        </w:rPr>
        <w:t>.</w:t>
      </w:r>
    </w:p>
    <w:p w14:paraId="70BD2BE6" w14:textId="77777777" w:rsidR="00927E94" w:rsidRDefault="00000000">
      <w:pPr>
        <w:pStyle w:val="31"/>
        <w:rPr>
          <w:lang w:eastAsia="ko-KR"/>
        </w:rPr>
      </w:pPr>
      <w:r>
        <w:rPr>
          <w:lang w:eastAsia="ko-KR"/>
        </w:rPr>
        <w:t xml:space="preserve">5.3 </w:t>
      </w:r>
      <w:r>
        <w:rPr>
          <w:lang w:eastAsia="ko-KR"/>
        </w:rPr>
        <w:t>캐시</w:t>
      </w:r>
      <w:r>
        <w:rPr>
          <w:lang w:eastAsia="ko-KR"/>
        </w:rPr>
        <w:t xml:space="preserve"> </w:t>
      </w:r>
      <w:r>
        <w:rPr>
          <w:lang w:eastAsia="ko-KR"/>
        </w:rPr>
        <w:t>적용에</w:t>
      </w:r>
      <w:r>
        <w:rPr>
          <w:lang w:eastAsia="ko-KR"/>
        </w:rPr>
        <w:t xml:space="preserve"> </w:t>
      </w:r>
      <w:r>
        <w:rPr>
          <w:lang w:eastAsia="ko-KR"/>
        </w:rPr>
        <w:t>따른</w:t>
      </w:r>
      <w:r>
        <w:rPr>
          <w:lang w:eastAsia="ko-KR"/>
        </w:rPr>
        <w:t xml:space="preserve"> </w:t>
      </w:r>
      <w:r>
        <w:rPr>
          <w:lang w:eastAsia="ko-KR"/>
        </w:rPr>
        <w:t>운영</w:t>
      </w:r>
      <w:r>
        <w:rPr>
          <w:lang w:eastAsia="ko-KR"/>
        </w:rPr>
        <w:t xml:space="preserve"> </w:t>
      </w:r>
      <w:r>
        <w:rPr>
          <w:lang w:eastAsia="ko-KR"/>
        </w:rPr>
        <w:t>시나리오별</w:t>
      </w:r>
      <w:r>
        <w:rPr>
          <w:lang w:eastAsia="ko-KR"/>
        </w:rPr>
        <w:t xml:space="preserve"> </w:t>
      </w:r>
      <w:r>
        <w:rPr>
          <w:lang w:eastAsia="ko-KR"/>
        </w:rPr>
        <w:t>예측</w:t>
      </w:r>
    </w:p>
    <w:p w14:paraId="244A0154" w14:textId="77777777" w:rsidR="00927E94" w:rsidRDefault="00000000">
      <w:pPr>
        <w:rPr>
          <w:lang w:eastAsia="ko-KR"/>
        </w:rPr>
      </w:pPr>
      <w:r>
        <w:rPr>
          <w:lang w:eastAsia="ko-KR"/>
        </w:rPr>
        <w:t xml:space="preserve">D-1 ~ D-7 </w:t>
      </w:r>
      <w:r>
        <w:rPr>
          <w:lang w:eastAsia="ko-KR"/>
        </w:rPr>
        <w:t>캐시가</w:t>
      </w:r>
      <w:r>
        <w:rPr>
          <w:lang w:eastAsia="ko-KR"/>
        </w:rPr>
        <w:t xml:space="preserve"> </w:t>
      </w:r>
      <w:r>
        <w:rPr>
          <w:lang w:eastAsia="ko-KR"/>
        </w:rPr>
        <w:t>적용된</w:t>
      </w:r>
      <w:r>
        <w:rPr>
          <w:lang w:eastAsia="ko-KR"/>
        </w:rPr>
        <w:t xml:space="preserve"> </w:t>
      </w:r>
      <w:r>
        <w:rPr>
          <w:lang w:eastAsia="ko-KR"/>
        </w:rPr>
        <w:t>상태에서</w:t>
      </w:r>
      <w:r>
        <w:rPr>
          <w:lang w:eastAsia="ko-KR"/>
        </w:rPr>
        <w:t>:</w:t>
      </w:r>
    </w:p>
    <w:tbl>
      <w:tblPr>
        <w:tblStyle w:val="-11"/>
        <w:tblW w:w="0" w:type="auto"/>
        <w:jc w:val="center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927E94" w14:paraId="3CE796BC" w14:textId="77777777" w:rsidTr="00927E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621C736" w14:textId="77777777" w:rsidR="00927E94" w:rsidRDefault="00000000">
            <w:r>
              <w:t>사용</w:t>
            </w:r>
            <w:r>
              <w:t xml:space="preserve"> </w:t>
            </w:r>
            <w:r>
              <w:t>패턴</w:t>
            </w:r>
          </w:p>
        </w:tc>
        <w:tc>
          <w:tcPr>
            <w:tcW w:w="2160" w:type="dxa"/>
          </w:tcPr>
          <w:p w14:paraId="18E43856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예상</w:t>
            </w:r>
            <w:r>
              <w:t xml:space="preserve"> </w:t>
            </w:r>
            <w:r>
              <w:t>경로</w:t>
            </w:r>
          </w:p>
        </w:tc>
        <w:tc>
          <w:tcPr>
            <w:tcW w:w="2160" w:type="dxa"/>
          </w:tcPr>
          <w:p w14:paraId="06520D4B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예상</w:t>
            </w:r>
            <w:r>
              <w:t xml:space="preserve"> </w:t>
            </w:r>
            <w:r>
              <w:t>응답시간</w:t>
            </w:r>
          </w:p>
        </w:tc>
        <w:tc>
          <w:tcPr>
            <w:tcW w:w="2160" w:type="dxa"/>
          </w:tcPr>
          <w:p w14:paraId="14D4A5C1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DB </w:t>
            </w:r>
            <w:r>
              <w:t>커넥션</w:t>
            </w:r>
          </w:p>
        </w:tc>
      </w:tr>
      <w:tr w:rsidR="00927E94" w14:paraId="1C4F2321" w14:textId="77777777" w:rsidTr="00927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B8E77ED" w14:textId="77777777" w:rsidR="00927E94" w:rsidRDefault="00000000">
            <w:r>
              <w:t>과거</w:t>
            </w:r>
            <w:r>
              <w:t xml:space="preserve"> 1~7</w:t>
            </w:r>
            <w:r>
              <w:t>일만</w:t>
            </w:r>
            <w:r>
              <w:t xml:space="preserve"> </w:t>
            </w:r>
            <w:r>
              <w:t>조회</w:t>
            </w:r>
          </w:p>
        </w:tc>
        <w:tc>
          <w:tcPr>
            <w:tcW w:w="2160" w:type="dxa"/>
          </w:tcPr>
          <w:p w14:paraId="439B7978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CACHE</w:t>
            </w:r>
          </w:p>
        </w:tc>
        <w:tc>
          <w:tcPr>
            <w:tcW w:w="2160" w:type="dxa"/>
          </w:tcPr>
          <w:p w14:paraId="3E8FB72D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</w:rPr>
              <w:t>0.5~1.5</w:t>
            </w:r>
            <w:r>
              <w:rPr>
                <w:b/>
              </w:rPr>
              <w:t>초</w:t>
            </w:r>
          </w:p>
        </w:tc>
        <w:tc>
          <w:tcPr>
            <w:tcW w:w="2160" w:type="dxa"/>
          </w:tcPr>
          <w:p w14:paraId="2A73173C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2~3</w:t>
            </w:r>
            <w:r>
              <w:t>건</w:t>
            </w:r>
          </w:p>
        </w:tc>
      </w:tr>
      <w:tr w:rsidR="00927E94" w14:paraId="7EF77045" w14:textId="77777777" w:rsidTr="00927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30363A9" w14:textId="77777777" w:rsidR="00927E94" w:rsidRDefault="00000000">
            <w:r>
              <w:t>과거</w:t>
            </w:r>
            <w:r>
              <w:t xml:space="preserve"> </w:t>
            </w:r>
            <w:r>
              <w:t>수일</w:t>
            </w:r>
            <w:r>
              <w:t xml:space="preserve"> + </w:t>
            </w:r>
            <w:r>
              <w:t>오늘</w:t>
            </w:r>
          </w:p>
        </w:tc>
        <w:tc>
          <w:tcPr>
            <w:tcW w:w="2160" w:type="dxa"/>
          </w:tcPr>
          <w:p w14:paraId="5413067C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CACHE+Today</w:t>
            </w:r>
          </w:p>
        </w:tc>
        <w:tc>
          <w:tcPr>
            <w:tcW w:w="2160" w:type="dxa"/>
          </w:tcPr>
          <w:p w14:paraId="78ECB6CF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6~10</w:t>
            </w:r>
            <w:r>
              <w:t>초</w:t>
            </w:r>
          </w:p>
        </w:tc>
        <w:tc>
          <w:tcPr>
            <w:tcW w:w="2160" w:type="dxa"/>
          </w:tcPr>
          <w:p w14:paraId="2C2E1564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~56</w:t>
            </w:r>
            <w:r>
              <w:t>건</w:t>
            </w:r>
          </w:p>
        </w:tc>
      </w:tr>
      <w:tr w:rsidR="00927E94" w14:paraId="7E51DAB7" w14:textId="77777777" w:rsidTr="00927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59B0A30" w14:textId="77777777" w:rsidR="00927E94" w:rsidRDefault="00000000">
            <w:r>
              <w:t>7</w:t>
            </w:r>
            <w:r>
              <w:t>일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과거</w:t>
            </w:r>
            <w:r>
              <w:t xml:space="preserve"> </w:t>
            </w:r>
            <w:r>
              <w:t>포함</w:t>
            </w:r>
          </w:p>
        </w:tc>
        <w:tc>
          <w:tcPr>
            <w:tcW w:w="2160" w:type="dxa"/>
          </w:tcPr>
          <w:p w14:paraId="57E2CED8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HYBRID / DB</w:t>
            </w:r>
          </w:p>
        </w:tc>
        <w:tc>
          <w:tcPr>
            <w:tcW w:w="2160" w:type="dxa"/>
          </w:tcPr>
          <w:p w14:paraId="3326149A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1~9</w:t>
            </w:r>
            <w:r>
              <w:t>초</w:t>
            </w:r>
            <w:r>
              <w:t xml:space="preserve"> (</w:t>
            </w:r>
            <w:r>
              <w:t>규모</w:t>
            </w:r>
            <w:r>
              <w:t xml:space="preserve"> </w:t>
            </w:r>
            <w:r>
              <w:t>의존</w:t>
            </w:r>
            <w:r>
              <w:t>)</w:t>
            </w:r>
          </w:p>
        </w:tc>
        <w:tc>
          <w:tcPr>
            <w:tcW w:w="2160" w:type="dxa"/>
          </w:tcPr>
          <w:p w14:paraId="56F13382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8~45</w:t>
            </w:r>
            <w:r>
              <w:t>건</w:t>
            </w:r>
          </w:p>
        </w:tc>
      </w:tr>
    </w:tbl>
    <w:p w14:paraId="25408C2D" w14:textId="77777777" w:rsidR="00927E94" w:rsidRDefault="00927E94"/>
    <w:p w14:paraId="384E7131" w14:textId="77777777" w:rsidR="00927E94" w:rsidRDefault="00927E94">
      <w:pPr>
        <w:spacing w:before="120" w:after="120"/>
      </w:pPr>
    </w:p>
    <w:p w14:paraId="34592C49" w14:textId="77777777" w:rsidR="00927E94" w:rsidRDefault="00000000">
      <w:pPr>
        <w:pStyle w:val="21"/>
        <w:rPr>
          <w:lang w:eastAsia="ko-KR"/>
        </w:rPr>
      </w:pPr>
      <w:r>
        <w:rPr>
          <w:lang w:eastAsia="ko-KR"/>
        </w:rPr>
        <w:t xml:space="preserve">6. </w:t>
      </w:r>
      <w:r>
        <w:rPr>
          <w:lang w:eastAsia="ko-KR"/>
        </w:rPr>
        <w:t>캐시</w:t>
      </w:r>
      <w:r>
        <w:rPr>
          <w:lang w:eastAsia="ko-KR"/>
        </w:rPr>
        <w:t xml:space="preserve"> </w:t>
      </w:r>
      <w:r>
        <w:rPr>
          <w:lang w:eastAsia="ko-KR"/>
        </w:rPr>
        <w:t>범위</w:t>
      </w:r>
      <w:r>
        <w:rPr>
          <w:lang w:eastAsia="ko-KR"/>
        </w:rPr>
        <w:t xml:space="preserve"> </w:t>
      </w:r>
      <w:r>
        <w:rPr>
          <w:lang w:eastAsia="ko-KR"/>
        </w:rPr>
        <w:t>확장</w:t>
      </w:r>
      <w:r>
        <w:rPr>
          <w:lang w:eastAsia="ko-KR"/>
        </w:rPr>
        <w:t xml:space="preserve"> </w:t>
      </w:r>
      <w:r>
        <w:rPr>
          <w:lang w:eastAsia="ko-KR"/>
        </w:rPr>
        <w:t>시</w:t>
      </w:r>
      <w:r>
        <w:rPr>
          <w:lang w:eastAsia="ko-KR"/>
        </w:rPr>
        <w:t xml:space="preserve"> </w:t>
      </w:r>
      <w:r>
        <w:rPr>
          <w:lang w:eastAsia="ko-KR"/>
        </w:rPr>
        <w:t>권장</w:t>
      </w:r>
      <w:r>
        <w:rPr>
          <w:lang w:eastAsia="ko-KR"/>
        </w:rPr>
        <w:t xml:space="preserve"> </w:t>
      </w:r>
      <w:r>
        <w:rPr>
          <w:lang w:eastAsia="ko-KR"/>
        </w:rPr>
        <w:t>구성</w:t>
      </w:r>
    </w:p>
    <w:p w14:paraId="5C04AAEF" w14:textId="77777777" w:rsidR="00927E94" w:rsidRDefault="00000000">
      <w:pPr>
        <w:rPr>
          <w:lang w:eastAsia="ko-KR"/>
        </w:rPr>
      </w:pPr>
      <w:r>
        <w:rPr>
          <w:lang w:eastAsia="ko-KR"/>
        </w:rPr>
        <w:t>현재</w:t>
      </w:r>
      <w:r>
        <w:rPr>
          <w:lang w:eastAsia="ko-KR"/>
        </w:rPr>
        <w:t xml:space="preserve"> D-1 ~ D-7 </w:t>
      </w:r>
      <w:r>
        <w:rPr>
          <w:lang w:eastAsia="ko-KR"/>
        </w:rPr>
        <w:t>캐시</w:t>
      </w:r>
      <w:r>
        <w:rPr>
          <w:lang w:eastAsia="ko-KR"/>
        </w:rPr>
        <w:t xml:space="preserve"> </w:t>
      </w:r>
      <w:r>
        <w:rPr>
          <w:lang w:eastAsia="ko-KR"/>
        </w:rPr>
        <w:t>구성에서</w:t>
      </w:r>
      <w:r>
        <w:rPr>
          <w:lang w:eastAsia="ko-KR"/>
        </w:rPr>
        <w:t xml:space="preserve"> </w:t>
      </w:r>
      <w:r>
        <w:rPr>
          <w:lang w:eastAsia="ko-KR"/>
        </w:rPr>
        <w:t>조회</w:t>
      </w:r>
      <w:r>
        <w:rPr>
          <w:lang w:eastAsia="ko-KR"/>
        </w:rPr>
        <w:t xml:space="preserve"> </w:t>
      </w:r>
      <w:r>
        <w:rPr>
          <w:lang w:eastAsia="ko-KR"/>
        </w:rPr>
        <w:t>기간</w:t>
      </w:r>
      <w:r>
        <w:rPr>
          <w:lang w:eastAsia="ko-KR"/>
        </w:rPr>
        <w:t xml:space="preserve"> </w:t>
      </w:r>
      <w:r>
        <w:rPr>
          <w:lang w:eastAsia="ko-KR"/>
        </w:rPr>
        <w:t>범위를</w:t>
      </w:r>
      <w:r>
        <w:rPr>
          <w:lang w:eastAsia="ko-KR"/>
        </w:rPr>
        <w:t xml:space="preserve"> </w:t>
      </w:r>
      <w:r>
        <w:rPr>
          <w:lang w:eastAsia="ko-KR"/>
        </w:rPr>
        <w:t>확장하고자</w:t>
      </w:r>
      <w:r>
        <w:rPr>
          <w:lang w:eastAsia="ko-KR"/>
        </w:rPr>
        <w:t xml:space="preserve"> </w:t>
      </w:r>
      <w:r>
        <w:rPr>
          <w:lang w:eastAsia="ko-KR"/>
        </w:rPr>
        <w:t>할</w:t>
      </w:r>
      <w:r>
        <w:rPr>
          <w:lang w:eastAsia="ko-KR"/>
        </w:rPr>
        <w:t xml:space="preserve"> </w:t>
      </w:r>
      <w:r>
        <w:rPr>
          <w:lang w:eastAsia="ko-KR"/>
        </w:rPr>
        <w:t>경우</w:t>
      </w:r>
      <w:r>
        <w:rPr>
          <w:lang w:eastAsia="ko-KR"/>
        </w:rPr>
        <w:t xml:space="preserve">, </w:t>
      </w:r>
      <w:r>
        <w:rPr>
          <w:lang w:eastAsia="ko-KR"/>
        </w:rPr>
        <w:t>아래</w:t>
      </w:r>
      <w:r>
        <w:rPr>
          <w:lang w:eastAsia="ko-KR"/>
        </w:rPr>
        <w:t xml:space="preserve"> </w:t>
      </w:r>
      <w:r>
        <w:rPr>
          <w:lang w:eastAsia="ko-KR"/>
        </w:rPr>
        <w:t>구성을</w:t>
      </w:r>
      <w:r>
        <w:rPr>
          <w:lang w:eastAsia="ko-KR"/>
        </w:rPr>
        <w:t xml:space="preserve"> </w:t>
      </w:r>
      <w:r>
        <w:rPr>
          <w:lang w:eastAsia="ko-KR"/>
        </w:rPr>
        <w:t>권장한다</w:t>
      </w:r>
      <w:r>
        <w:rPr>
          <w:lang w:eastAsia="ko-KR"/>
        </w:rPr>
        <w:t>.</w:t>
      </w:r>
    </w:p>
    <w:p w14:paraId="3A1E786D" w14:textId="77777777" w:rsidR="00927E94" w:rsidRDefault="00000000">
      <w:pPr>
        <w:pStyle w:val="31"/>
      </w:pPr>
      <w:r>
        <w:t xml:space="preserve">6.1 </w:t>
      </w:r>
      <w:r>
        <w:t>현재</w:t>
      </w:r>
      <w:r>
        <w:t xml:space="preserve"> </w:t>
      </w:r>
      <w:r>
        <w:t>구성</w:t>
      </w:r>
    </w:p>
    <w:p w14:paraId="3DFED320" w14:textId="77777777" w:rsidR="00927E94" w:rsidRDefault="00000000">
      <w:pPr>
        <w:ind w:left="283"/>
      </w:pPr>
      <w:r>
        <w:rPr>
          <w:rFonts w:ascii="Consolas" w:hAnsi="Consolas"/>
          <w:color w:val="333333"/>
          <w:sz w:val="16"/>
        </w:rPr>
        <w:t>cache:</w:t>
      </w:r>
      <w:r>
        <w:rPr>
          <w:rFonts w:ascii="Consolas" w:hAnsi="Consolas"/>
          <w:color w:val="333333"/>
          <w:sz w:val="16"/>
        </w:rPr>
        <w:br/>
        <w:t xml:space="preserve">  daily-track:</w:t>
      </w:r>
      <w:r>
        <w:rPr>
          <w:rFonts w:ascii="Consolas" w:hAnsi="Consolas"/>
          <w:color w:val="333333"/>
          <w:sz w:val="16"/>
        </w:rPr>
        <w:br/>
        <w:t xml:space="preserve">    enabled: true</w:t>
      </w:r>
      <w:r>
        <w:rPr>
          <w:rFonts w:ascii="Consolas" w:hAnsi="Consolas"/>
          <w:color w:val="333333"/>
          <w:sz w:val="16"/>
        </w:rPr>
        <w:br/>
        <w:t xml:space="preserve">    retention-days: 7        # D-1 ~ D-7 </w:t>
      </w:r>
      <w:r>
        <w:rPr>
          <w:rFonts w:ascii="Consolas" w:hAnsi="Consolas"/>
          <w:color w:val="333333"/>
          <w:sz w:val="16"/>
        </w:rPr>
        <w:t>캐시</w:t>
      </w:r>
      <w:r>
        <w:rPr>
          <w:rFonts w:ascii="Consolas" w:hAnsi="Consolas"/>
          <w:color w:val="333333"/>
          <w:sz w:val="16"/>
        </w:rPr>
        <w:br/>
        <w:t xml:space="preserve">    max-memory-gb: 6         # </w:t>
      </w:r>
      <w:r>
        <w:rPr>
          <w:rFonts w:ascii="Consolas" w:hAnsi="Consolas"/>
          <w:color w:val="333333"/>
          <w:sz w:val="16"/>
        </w:rPr>
        <w:t>최대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메모리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사용량</w:t>
      </w:r>
      <w:r>
        <w:rPr>
          <w:rFonts w:ascii="Consolas" w:hAnsi="Consolas"/>
          <w:color w:val="333333"/>
          <w:sz w:val="16"/>
        </w:rPr>
        <w:br/>
        <w:t xml:space="preserve">    warmup-async: true       # </w:t>
      </w:r>
      <w:r>
        <w:rPr>
          <w:rFonts w:ascii="Consolas" w:hAnsi="Consolas"/>
          <w:color w:val="333333"/>
          <w:sz w:val="16"/>
        </w:rPr>
        <w:t>비동기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워밍업</w:t>
      </w:r>
    </w:p>
    <w:p w14:paraId="73F6512F" w14:textId="77777777" w:rsidR="00927E94" w:rsidRDefault="00000000">
      <w:pPr>
        <w:pStyle w:val="a0"/>
        <w:rPr>
          <w:lang w:eastAsia="ko-KR"/>
        </w:rPr>
      </w:pPr>
      <w:r>
        <w:rPr>
          <w:lang w:eastAsia="ko-KR"/>
        </w:rPr>
        <w:t>7</w:t>
      </w:r>
      <w:r>
        <w:rPr>
          <w:lang w:eastAsia="ko-KR"/>
        </w:rPr>
        <w:t>일</w:t>
      </w:r>
      <w:r>
        <w:rPr>
          <w:lang w:eastAsia="ko-KR"/>
        </w:rPr>
        <w:t xml:space="preserve"> </w:t>
      </w:r>
      <w:r>
        <w:rPr>
          <w:lang w:eastAsia="ko-KR"/>
        </w:rPr>
        <w:t>이내</w:t>
      </w:r>
      <w:r>
        <w:rPr>
          <w:lang w:eastAsia="ko-KR"/>
        </w:rPr>
        <w:t xml:space="preserve"> </w:t>
      </w:r>
      <w:r>
        <w:rPr>
          <w:lang w:eastAsia="ko-KR"/>
        </w:rPr>
        <w:t>과거</w:t>
      </w:r>
      <w:r>
        <w:rPr>
          <w:lang w:eastAsia="ko-KR"/>
        </w:rPr>
        <w:t xml:space="preserve"> </w:t>
      </w:r>
      <w:r>
        <w:rPr>
          <w:lang w:eastAsia="ko-KR"/>
        </w:rPr>
        <w:t>조회</w:t>
      </w:r>
      <w:r>
        <w:rPr>
          <w:lang w:eastAsia="ko-KR"/>
        </w:rPr>
        <w:t xml:space="preserve">: CACHE </w:t>
      </w:r>
      <w:r>
        <w:rPr>
          <w:lang w:eastAsia="ko-KR"/>
        </w:rPr>
        <w:t>경로</w:t>
      </w:r>
      <w:r>
        <w:rPr>
          <w:lang w:eastAsia="ko-KR"/>
        </w:rPr>
        <w:t xml:space="preserve"> (0.5~1.5</w:t>
      </w:r>
      <w:r>
        <w:rPr>
          <w:lang w:eastAsia="ko-KR"/>
        </w:rPr>
        <w:t>초</w:t>
      </w:r>
      <w:r>
        <w:rPr>
          <w:lang w:eastAsia="ko-KR"/>
        </w:rPr>
        <w:t>)</w:t>
      </w:r>
    </w:p>
    <w:p w14:paraId="4B955AC1" w14:textId="77777777" w:rsidR="00927E94" w:rsidRDefault="00000000">
      <w:pPr>
        <w:pStyle w:val="a0"/>
        <w:rPr>
          <w:lang w:eastAsia="ko-KR"/>
        </w:rPr>
      </w:pPr>
      <w:r>
        <w:rPr>
          <w:lang w:eastAsia="ko-KR"/>
        </w:rPr>
        <w:t>7</w:t>
      </w:r>
      <w:r>
        <w:rPr>
          <w:lang w:eastAsia="ko-KR"/>
        </w:rPr>
        <w:t>일</w:t>
      </w:r>
      <w:r>
        <w:rPr>
          <w:lang w:eastAsia="ko-KR"/>
        </w:rPr>
        <w:t xml:space="preserve"> </w:t>
      </w:r>
      <w:r>
        <w:rPr>
          <w:lang w:eastAsia="ko-KR"/>
        </w:rPr>
        <w:t>초과</w:t>
      </w:r>
      <w:r>
        <w:rPr>
          <w:lang w:eastAsia="ko-KR"/>
        </w:rPr>
        <w:t xml:space="preserve"> </w:t>
      </w:r>
      <w:r>
        <w:rPr>
          <w:lang w:eastAsia="ko-KR"/>
        </w:rPr>
        <w:t>과거</w:t>
      </w:r>
      <w:r>
        <w:rPr>
          <w:lang w:eastAsia="ko-KR"/>
        </w:rPr>
        <w:t xml:space="preserve"> </w:t>
      </w:r>
      <w:r>
        <w:rPr>
          <w:lang w:eastAsia="ko-KR"/>
        </w:rPr>
        <w:t>포함</w:t>
      </w:r>
      <w:r>
        <w:rPr>
          <w:lang w:eastAsia="ko-KR"/>
        </w:rPr>
        <w:t xml:space="preserve">: HYBRID/DB </w:t>
      </w:r>
      <w:r>
        <w:rPr>
          <w:lang w:eastAsia="ko-KR"/>
        </w:rPr>
        <w:t>경로로</w:t>
      </w:r>
      <w:r>
        <w:rPr>
          <w:lang w:eastAsia="ko-KR"/>
        </w:rPr>
        <w:t xml:space="preserve"> </w:t>
      </w:r>
      <w:r>
        <w:rPr>
          <w:lang w:eastAsia="ko-KR"/>
        </w:rPr>
        <w:t>폴백</w:t>
      </w:r>
    </w:p>
    <w:p w14:paraId="3BC7807F" w14:textId="77777777" w:rsidR="00927E94" w:rsidRDefault="00000000">
      <w:pPr>
        <w:pStyle w:val="31"/>
      </w:pPr>
      <w:r>
        <w:t xml:space="preserve">6.2 </w:t>
      </w:r>
      <w:r>
        <w:t>확장</w:t>
      </w:r>
      <w:r>
        <w:t xml:space="preserve"> </w:t>
      </w:r>
      <w:r>
        <w:t>권장안</w:t>
      </w:r>
    </w:p>
    <w:tbl>
      <w:tblPr>
        <w:tblStyle w:val="-11"/>
        <w:tblW w:w="0" w:type="auto"/>
        <w:jc w:val="center"/>
        <w:tblLook w:val="04A0" w:firstRow="1" w:lastRow="0" w:firstColumn="1" w:lastColumn="0" w:noHBand="0" w:noVBand="1"/>
      </w:tblPr>
      <w:tblGrid>
        <w:gridCol w:w="1701"/>
        <w:gridCol w:w="1985"/>
        <w:gridCol w:w="1701"/>
        <w:gridCol w:w="3253"/>
      </w:tblGrid>
      <w:tr w:rsidR="00927E94" w14:paraId="58C5671E" w14:textId="77777777" w:rsidTr="00A611C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6F994E91" w14:textId="77777777" w:rsidR="00927E94" w:rsidRDefault="00000000">
            <w:r>
              <w:t>시나리오</w:t>
            </w:r>
          </w:p>
        </w:tc>
        <w:tc>
          <w:tcPr>
            <w:tcW w:w="1985" w:type="dxa"/>
          </w:tcPr>
          <w:p w14:paraId="676806FC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retention-days</w:t>
            </w:r>
          </w:p>
        </w:tc>
        <w:tc>
          <w:tcPr>
            <w:tcW w:w="1701" w:type="dxa"/>
          </w:tcPr>
          <w:p w14:paraId="1CE0EA8F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max-memory-gb</w:t>
            </w:r>
          </w:p>
        </w:tc>
        <w:tc>
          <w:tcPr>
            <w:tcW w:w="3253" w:type="dxa"/>
          </w:tcPr>
          <w:p w14:paraId="7B9330D5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예상</w:t>
            </w:r>
            <w:r>
              <w:t xml:space="preserve"> </w:t>
            </w:r>
            <w:r>
              <w:t>효과</w:t>
            </w:r>
          </w:p>
        </w:tc>
      </w:tr>
      <w:tr w:rsidR="00927E94" w14:paraId="23BE40E9" w14:textId="77777777" w:rsidTr="00A61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2811E0F6" w14:textId="77777777" w:rsidR="00927E94" w:rsidRDefault="00000000">
            <w:r>
              <w:t>현재</w:t>
            </w:r>
          </w:p>
        </w:tc>
        <w:tc>
          <w:tcPr>
            <w:tcW w:w="1985" w:type="dxa"/>
          </w:tcPr>
          <w:p w14:paraId="50F008E5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</w:t>
            </w:r>
          </w:p>
        </w:tc>
        <w:tc>
          <w:tcPr>
            <w:tcW w:w="1701" w:type="dxa"/>
          </w:tcPr>
          <w:p w14:paraId="239216A1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</w:t>
            </w:r>
          </w:p>
        </w:tc>
        <w:tc>
          <w:tcPr>
            <w:tcW w:w="3253" w:type="dxa"/>
          </w:tcPr>
          <w:p w14:paraId="367AE55F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>
              <w:rPr>
                <w:lang w:eastAsia="ko-KR"/>
              </w:rPr>
              <w:t>1</w:t>
            </w:r>
            <w:r>
              <w:rPr>
                <w:lang w:eastAsia="ko-KR"/>
              </w:rPr>
              <w:t>주일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이내</w:t>
            </w:r>
            <w:r>
              <w:rPr>
                <w:lang w:eastAsia="ko-KR"/>
              </w:rPr>
              <w:t xml:space="preserve"> CACHE, </w:t>
            </w:r>
            <w:r>
              <w:rPr>
                <w:lang w:eastAsia="ko-KR"/>
              </w:rPr>
              <w:t>이후</w:t>
            </w:r>
            <w:r>
              <w:rPr>
                <w:lang w:eastAsia="ko-KR"/>
              </w:rPr>
              <w:t xml:space="preserve"> DB</w:t>
            </w:r>
          </w:p>
        </w:tc>
      </w:tr>
      <w:tr w:rsidR="00927E94" w14:paraId="37BBA15F" w14:textId="77777777" w:rsidTr="00A611C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54CCE47D" w14:textId="77777777" w:rsidR="00927E94" w:rsidRDefault="00000000">
            <w:r>
              <w:t>2</w:t>
            </w:r>
            <w:r>
              <w:t>주</w:t>
            </w:r>
            <w:r>
              <w:t xml:space="preserve"> </w:t>
            </w:r>
            <w:r>
              <w:t>확장</w:t>
            </w:r>
          </w:p>
        </w:tc>
        <w:tc>
          <w:tcPr>
            <w:tcW w:w="1985" w:type="dxa"/>
          </w:tcPr>
          <w:p w14:paraId="536671F1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14</w:t>
            </w:r>
          </w:p>
        </w:tc>
        <w:tc>
          <w:tcPr>
            <w:tcW w:w="1701" w:type="dxa"/>
          </w:tcPr>
          <w:p w14:paraId="1C2DFEEC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12</w:t>
            </w:r>
          </w:p>
        </w:tc>
        <w:tc>
          <w:tcPr>
            <w:tcW w:w="3253" w:type="dxa"/>
          </w:tcPr>
          <w:p w14:paraId="2B996B71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eastAsia="ko-KR"/>
              </w:rPr>
            </w:pPr>
            <w:r>
              <w:rPr>
                <w:lang w:eastAsia="ko-KR"/>
              </w:rPr>
              <w:t>2</w:t>
            </w:r>
            <w:r>
              <w:rPr>
                <w:lang w:eastAsia="ko-KR"/>
              </w:rPr>
              <w:t>주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리플레이까지</w:t>
            </w:r>
            <w:r>
              <w:rPr>
                <w:lang w:eastAsia="ko-KR"/>
              </w:rPr>
              <w:t xml:space="preserve"> CACHE </w:t>
            </w:r>
            <w:r>
              <w:rPr>
                <w:lang w:eastAsia="ko-KR"/>
              </w:rPr>
              <w:t>커버</w:t>
            </w:r>
          </w:p>
        </w:tc>
      </w:tr>
      <w:tr w:rsidR="00927E94" w14:paraId="2B991639" w14:textId="77777777" w:rsidTr="00A61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342A92C1" w14:textId="77777777" w:rsidR="00927E94" w:rsidRDefault="00000000">
            <w:r>
              <w:t>1</w:t>
            </w:r>
            <w:r>
              <w:t>개월</w:t>
            </w:r>
            <w:r>
              <w:t xml:space="preserve"> </w:t>
            </w:r>
            <w:r>
              <w:t>확장</w:t>
            </w:r>
          </w:p>
        </w:tc>
        <w:tc>
          <w:tcPr>
            <w:tcW w:w="1985" w:type="dxa"/>
          </w:tcPr>
          <w:p w14:paraId="604CB666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</w:p>
        </w:tc>
        <w:tc>
          <w:tcPr>
            <w:tcW w:w="1701" w:type="dxa"/>
          </w:tcPr>
          <w:p w14:paraId="79FE6169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25</w:t>
            </w:r>
          </w:p>
        </w:tc>
        <w:tc>
          <w:tcPr>
            <w:tcW w:w="3253" w:type="dxa"/>
          </w:tcPr>
          <w:p w14:paraId="2EEBEABD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>
              <w:rPr>
                <w:lang w:eastAsia="ko-KR"/>
              </w:rPr>
              <w:t>월간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분석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조회까지</w:t>
            </w:r>
            <w:r>
              <w:rPr>
                <w:lang w:eastAsia="ko-KR"/>
              </w:rPr>
              <w:t xml:space="preserve"> CACHE </w:t>
            </w:r>
            <w:r>
              <w:rPr>
                <w:lang w:eastAsia="ko-KR"/>
              </w:rPr>
              <w:t>커버</w:t>
            </w:r>
          </w:p>
        </w:tc>
      </w:tr>
    </w:tbl>
    <w:p w14:paraId="2AF66013" w14:textId="77777777" w:rsidR="00927E94" w:rsidRDefault="00927E94">
      <w:pPr>
        <w:rPr>
          <w:lang w:eastAsia="ko-KR"/>
        </w:rPr>
      </w:pPr>
    </w:p>
    <w:p w14:paraId="48D08ACC" w14:textId="77777777" w:rsidR="00927E94" w:rsidRDefault="00000000">
      <w:r>
        <w:rPr>
          <w:b/>
        </w:rPr>
        <w:t>확장</w:t>
      </w:r>
      <w:r>
        <w:rPr>
          <w:b/>
        </w:rPr>
        <w:t xml:space="preserve"> </w:t>
      </w:r>
      <w:r>
        <w:rPr>
          <w:b/>
        </w:rPr>
        <w:t>시</w:t>
      </w:r>
      <w:r>
        <w:rPr>
          <w:b/>
        </w:rPr>
        <w:t xml:space="preserve"> </w:t>
      </w:r>
      <w:r>
        <w:rPr>
          <w:b/>
        </w:rPr>
        <w:t>고려사항</w:t>
      </w:r>
      <w:r>
        <w:t>:</w:t>
      </w:r>
    </w:p>
    <w:p w14:paraId="0369A268" w14:textId="59F885EE" w:rsidR="00927E94" w:rsidRDefault="00000000">
      <w:pPr>
        <w:pStyle w:val="a0"/>
        <w:rPr>
          <w:lang w:eastAsia="ko-KR"/>
        </w:rPr>
      </w:pPr>
      <w:r>
        <w:rPr>
          <w:b/>
          <w:lang w:eastAsia="ko-KR"/>
        </w:rPr>
        <w:t>메모리</w:t>
      </w:r>
      <w:r>
        <w:rPr>
          <w:b/>
          <w:lang w:eastAsia="ko-KR"/>
        </w:rPr>
        <w:t xml:space="preserve"> </w:t>
      </w:r>
      <w:r>
        <w:rPr>
          <w:b/>
          <w:lang w:eastAsia="ko-KR"/>
        </w:rPr>
        <w:t>산정</w:t>
      </w:r>
      <w:r>
        <w:rPr>
          <w:lang w:eastAsia="ko-KR"/>
        </w:rPr>
        <w:t xml:space="preserve">: </w:t>
      </w:r>
      <w:r>
        <w:rPr>
          <w:lang w:eastAsia="ko-KR"/>
        </w:rPr>
        <w:t>현재</w:t>
      </w:r>
      <w:r>
        <w:rPr>
          <w:lang w:eastAsia="ko-KR"/>
        </w:rPr>
        <w:t xml:space="preserve"> 7</w:t>
      </w:r>
      <w:r>
        <w:rPr>
          <w:lang w:eastAsia="ko-KR"/>
        </w:rPr>
        <w:t>일</w:t>
      </w:r>
      <w:r>
        <w:rPr>
          <w:lang w:eastAsia="ko-KR"/>
        </w:rPr>
        <w:t xml:space="preserve"> </w:t>
      </w:r>
      <w:r>
        <w:rPr>
          <w:lang w:eastAsia="ko-KR"/>
        </w:rPr>
        <w:t>캐시</w:t>
      </w:r>
      <w:r>
        <w:rPr>
          <w:lang w:eastAsia="ko-KR"/>
        </w:rPr>
        <w:t xml:space="preserve"> ≈ </w:t>
      </w:r>
      <w:r w:rsidR="00A611C4">
        <w:rPr>
          <w:rFonts w:eastAsia="맑은 고딕" w:hint="eastAsia"/>
          <w:lang w:eastAsia="ko-KR"/>
        </w:rPr>
        <w:t>6</w:t>
      </w:r>
      <w:r>
        <w:rPr>
          <w:lang w:eastAsia="ko-KR"/>
        </w:rPr>
        <w:t xml:space="preserve">GB </w:t>
      </w:r>
      <w:r>
        <w:rPr>
          <w:lang w:eastAsia="ko-KR"/>
        </w:rPr>
        <w:t>기준</w:t>
      </w:r>
      <w:r>
        <w:rPr>
          <w:lang w:eastAsia="ko-KR"/>
        </w:rPr>
        <w:t xml:space="preserve">, </w:t>
      </w:r>
      <w:r>
        <w:rPr>
          <w:lang w:eastAsia="ko-KR"/>
        </w:rPr>
        <w:t>선형</w:t>
      </w:r>
      <w:r>
        <w:rPr>
          <w:lang w:eastAsia="ko-KR"/>
        </w:rPr>
        <w:t xml:space="preserve"> </w:t>
      </w:r>
      <w:r>
        <w:rPr>
          <w:lang w:eastAsia="ko-KR"/>
        </w:rPr>
        <w:t>증가</w:t>
      </w:r>
      <w:r>
        <w:rPr>
          <w:lang w:eastAsia="ko-KR"/>
        </w:rPr>
        <w:t xml:space="preserve"> </w:t>
      </w:r>
      <w:r>
        <w:rPr>
          <w:lang w:eastAsia="ko-KR"/>
        </w:rPr>
        <w:t>추정</w:t>
      </w:r>
      <w:r>
        <w:rPr>
          <w:lang w:eastAsia="ko-KR"/>
        </w:rPr>
        <w:t>.</w:t>
      </w:r>
    </w:p>
    <w:p w14:paraId="068831A6" w14:textId="77777777" w:rsidR="00927E94" w:rsidRDefault="00000000">
      <w:pPr>
        <w:pStyle w:val="a0"/>
        <w:ind w:left="1361"/>
      </w:pPr>
      <w:r>
        <w:lastRenderedPageBreak/>
        <w:t>14</w:t>
      </w:r>
      <w:r>
        <w:t>일</w:t>
      </w:r>
      <w:r>
        <w:t>: ~12GB, 30</w:t>
      </w:r>
      <w:r>
        <w:t>일</w:t>
      </w:r>
      <w:r>
        <w:t>: ~25GB</w:t>
      </w:r>
    </w:p>
    <w:p w14:paraId="31E553D2" w14:textId="77777777" w:rsidR="00927E94" w:rsidRDefault="00000000">
      <w:pPr>
        <w:pStyle w:val="a0"/>
        <w:ind w:left="1361"/>
        <w:rPr>
          <w:lang w:eastAsia="ko-KR"/>
        </w:rPr>
      </w:pPr>
      <w:r>
        <w:rPr>
          <w:lang w:eastAsia="ko-KR"/>
        </w:rPr>
        <w:t>서버</w:t>
      </w:r>
      <w:r>
        <w:rPr>
          <w:lang w:eastAsia="ko-KR"/>
        </w:rPr>
        <w:t xml:space="preserve"> </w:t>
      </w:r>
      <w:r>
        <w:rPr>
          <w:lang w:eastAsia="ko-KR"/>
        </w:rPr>
        <w:t>가용</w:t>
      </w:r>
      <w:r>
        <w:rPr>
          <w:lang w:eastAsia="ko-KR"/>
        </w:rPr>
        <w:t xml:space="preserve"> </w:t>
      </w:r>
      <w:r>
        <w:rPr>
          <w:lang w:eastAsia="ko-KR"/>
        </w:rPr>
        <w:t>메모리와</w:t>
      </w:r>
      <w:r>
        <w:rPr>
          <w:lang w:eastAsia="ko-KR"/>
        </w:rPr>
        <w:t xml:space="preserve"> JVM </w:t>
      </w:r>
      <w:r>
        <w:rPr>
          <w:lang w:eastAsia="ko-KR"/>
        </w:rPr>
        <w:t>힙</w:t>
      </w:r>
      <w:r>
        <w:rPr>
          <w:lang w:eastAsia="ko-KR"/>
        </w:rPr>
        <w:t xml:space="preserve"> </w:t>
      </w:r>
      <w:r>
        <w:rPr>
          <w:lang w:eastAsia="ko-KR"/>
        </w:rPr>
        <w:t>설정</w:t>
      </w:r>
      <w:r>
        <w:rPr>
          <w:lang w:eastAsia="ko-KR"/>
        </w:rPr>
        <w:t>(</w:t>
      </w:r>
      <w:r>
        <w:rPr>
          <w:rFonts w:ascii="Consolas" w:hAnsi="Consolas"/>
          <w:color w:val="800000"/>
          <w:lang w:eastAsia="ko-KR"/>
        </w:rPr>
        <w:t>-Xmx</w:t>
      </w:r>
      <w:r>
        <w:rPr>
          <w:lang w:eastAsia="ko-KR"/>
        </w:rPr>
        <w:t xml:space="preserve">) </w:t>
      </w:r>
      <w:r>
        <w:rPr>
          <w:lang w:eastAsia="ko-KR"/>
        </w:rPr>
        <w:t>여유</w:t>
      </w:r>
      <w:r>
        <w:rPr>
          <w:lang w:eastAsia="ko-KR"/>
        </w:rPr>
        <w:t xml:space="preserve"> </w:t>
      </w:r>
      <w:r>
        <w:rPr>
          <w:lang w:eastAsia="ko-KR"/>
        </w:rPr>
        <w:t>확인</w:t>
      </w:r>
      <w:r>
        <w:rPr>
          <w:lang w:eastAsia="ko-KR"/>
        </w:rPr>
        <w:t xml:space="preserve"> </w:t>
      </w:r>
      <w:r>
        <w:rPr>
          <w:lang w:eastAsia="ko-KR"/>
        </w:rPr>
        <w:t>필요</w:t>
      </w:r>
      <w:r>
        <w:rPr>
          <w:lang w:eastAsia="ko-KR"/>
        </w:rPr>
        <w:t>.</w:t>
      </w:r>
    </w:p>
    <w:p w14:paraId="45CD60B4" w14:textId="77777777" w:rsidR="00927E94" w:rsidRDefault="00000000">
      <w:pPr>
        <w:pStyle w:val="a0"/>
        <w:rPr>
          <w:lang w:eastAsia="ko-KR"/>
        </w:rPr>
      </w:pPr>
      <w:r>
        <w:rPr>
          <w:b/>
          <w:lang w:eastAsia="ko-KR"/>
        </w:rPr>
        <w:t>워밍업</w:t>
      </w:r>
      <w:r>
        <w:rPr>
          <w:b/>
          <w:lang w:eastAsia="ko-KR"/>
        </w:rPr>
        <w:t xml:space="preserve"> </w:t>
      </w:r>
      <w:r>
        <w:rPr>
          <w:b/>
          <w:lang w:eastAsia="ko-KR"/>
        </w:rPr>
        <w:t>시간</w:t>
      </w:r>
      <w:r>
        <w:rPr>
          <w:lang w:eastAsia="ko-KR"/>
        </w:rPr>
        <w:t xml:space="preserve">: retention-days </w:t>
      </w:r>
      <w:r>
        <w:rPr>
          <w:lang w:eastAsia="ko-KR"/>
        </w:rPr>
        <w:t>증가에</w:t>
      </w:r>
      <w:r>
        <w:rPr>
          <w:lang w:eastAsia="ko-KR"/>
        </w:rPr>
        <w:t xml:space="preserve"> </w:t>
      </w:r>
      <w:r>
        <w:rPr>
          <w:lang w:eastAsia="ko-KR"/>
        </w:rPr>
        <w:t>비례하여</w:t>
      </w:r>
      <w:r>
        <w:rPr>
          <w:lang w:eastAsia="ko-KR"/>
        </w:rPr>
        <w:t xml:space="preserve"> </w:t>
      </w:r>
      <w:r>
        <w:rPr>
          <w:lang w:eastAsia="ko-KR"/>
        </w:rPr>
        <w:t>초기</w:t>
      </w:r>
      <w:r>
        <w:rPr>
          <w:lang w:eastAsia="ko-KR"/>
        </w:rPr>
        <w:t xml:space="preserve"> </w:t>
      </w:r>
      <w:r>
        <w:rPr>
          <w:lang w:eastAsia="ko-KR"/>
        </w:rPr>
        <w:t>로드</w:t>
      </w:r>
      <w:r>
        <w:rPr>
          <w:lang w:eastAsia="ko-KR"/>
        </w:rPr>
        <w:t xml:space="preserve"> </w:t>
      </w:r>
      <w:r>
        <w:rPr>
          <w:lang w:eastAsia="ko-KR"/>
        </w:rPr>
        <w:t>시간</w:t>
      </w:r>
      <w:r>
        <w:rPr>
          <w:lang w:eastAsia="ko-KR"/>
        </w:rPr>
        <w:t xml:space="preserve"> </w:t>
      </w:r>
      <w:r>
        <w:rPr>
          <w:lang w:eastAsia="ko-KR"/>
        </w:rPr>
        <w:t>증가</w:t>
      </w:r>
      <w:r>
        <w:rPr>
          <w:lang w:eastAsia="ko-KR"/>
        </w:rPr>
        <w:t>.</w:t>
      </w:r>
    </w:p>
    <w:p w14:paraId="7303A2D1" w14:textId="77777777" w:rsidR="00927E94" w:rsidRDefault="00000000">
      <w:pPr>
        <w:pStyle w:val="a0"/>
        <w:ind w:left="1361"/>
        <w:rPr>
          <w:lang w:eastAsia="ko-KR"/>
        </w:rPr>
      </w:pPr>
      <w:r>
        <w:rPr>
          <w:lang w:eastAsia="ko-KR"/>
        </w:rPr>
        <w:t>7</w:t>
      </w:r>
      <w:r>
        <w:rPr>
          <w:lang w:eastAsia="ko-KR"/>
        </w:rPr>
        <w:t>일</w:t>
      </w:r>
      <w:r>
        <w:rPr>
          <w:lang w:eastAsia="ko-KR"/>
        </w:rPr>
        <w:t xml:space="preserve">: </w:t>
      </w:r>
      <w:r>
        <w:rPr>
          <w:lang w:eastAsia="ko-KR"/>
        </w:rPr>
        <w:t>약</w:t>
      </w:r>
      <w:r>
        <w:rPr>
          <w:lang w:eastAsia="ko-KR"/>
        </w:rPr>
        <w:t xml:space="preserve"> 1~2</w:t>
      </w:r>
      <w:r>
        <w:rPr>
          <w:lang w:eastAsia="ko-KR"/>
        </w:rPr>
        <w:t>분</w:t>
      </w:r>
      <w:r>
        <w:rPr>
          <w:lang w:eastAsia="ko-KR"/>
        </w:rPr>
        <w:t>, 14</w:t>
      </w:r>
      <w:r>
        <w:rPr>
          <w:lang w:eastAsia="ko-KR"/>
        </w:rPr>
        <w:t>일</w:t>
      </w:r>
      <w:r>
        <w:rPr>
          <w:lang w:eastAsia="ko-KR"/>
        </w:rPr>
        <w:t xml:space="preserve">: </w:t>
      </w:r>
      <w:r>
        <w:rPr>
          <w:lang w:eastAsia="ko-KR"/>
        </w:rPr>
        <w:t>약</w:t>
      </w:r>
      <w:r>
        <w:rPr>
          <w:lang w:eastAsia="ko-KR"/>
        </w:rPr>
        <w:t xml:space="preserve"> 2~4</w:t>
      </w:r>
      <w:r>
        <w:rPr>
          <w:lang w:eastAsia="ko-KR"/>
        </w:rPr>
        <w:t>분</w:t>
      </w:r>
      <w:r>
        <w:rPr>
          <w:lang w:eastAsia="ko-KR"/>
        </w:rPr>
        <w:t>, 30</w:t>
      </w:r>
      <w:r>
        <w:rPr>
          <w:lang w:eastAsia="ko-KR"/>
        </w:rPr>
        <w:t>일</w:t>
      </w:r>
      <w:r>
        <w:rPr>
          <w:lang w:eastAsia="ko-KR"/>
        </w:rPr>
        <w:t xml:space="preserve">: </w:t>
      </w:r>
      <w:r>
        <w:rPr>
          <w:lang w:eastAsia="ko-KR"/>
        </w:rPr>
        <w:t>약</w:t>
      </w:r>
      <w:r>
        <w:rPr>
          <w:lang w:eastAsia="ko-KR"/>
        </w:rPr>
        <w:t xml:space="preserve"> 5~10</w:t>
      </w:r>
      <w:r>
        <w:rPr>
          <w:lang w:eastAsia="ko-KR"/>
        </w:rPr>
        <w:t>분</w:t>
      </w:r>
      <w:r>
        <w:rPr>
          <w:lang w:eastAsia="ko-KR"/>
        </w:rPr>
        <w:t xml:space="preserve"> (</w:t>
      </w:r>
      <w:r>
        <w:rPr>
          <w:lang w:eastAsia="ko-KR"/>
        </w:rPr>
        <w:t>비동기이므로</w:t>
      </w:r>
      <w:r>
        <w:rPr>
          <w:lang w:eastAsia="ko-KR"/>
        </w:rPr>
        <w:t xml:space="preserve"> </w:t>
      </w:r>
      <w:r>
        <w:rPr>
          <w:lang w:eastAsia="ko-KR"/>
        </w:rPr>
        <w:t>서비스</w:t>
      </w:r>
      <w:r>
        <w:rPr>
          <w:lang w:eastAsia="ko-KR"/>
        </w:rPr>
        <w:t xml:space="preserve"> </w:t>
      </w:r>
      <w:r>
        <w:rPr>
          <w:lang w:eastAsia="ko-KR"/>
        </w:rPr>
        <w:t>가용성</w:t>
      </w:r>
      <w:r>
        <w:rPr>
          <w:lang w:eastAsia="ko-KR"/>
        </w:rPr>
        <w:t xml:space="preserve"> </w:t>
      </w:r>
      <w:r>
        <w:rPr>
          <w:lang w:eastAsia="ko-KR"/>
        </w:rPr>
        <w:t>영향</w:t>
      </w:r>
      <w:r>
        <w:rPr>
          <w:lang w:eastAsia="ko-KR"/>
        </w:rPr>
        <w:t xml:space="preserve"> </w:t>
      </w:r>
      <w:r>
        <w:rPr>
          <w:lang w:eastAsia="ko-KR"/>
        </w:rPr>
        <w:t>없음</w:t>
      </w:r>
      <w:r>
        <w:rPr>
          <w:lang w:eastAsia="ko-KR"/>
        </w:rPr>
        <w:t>)</w:t>
      </w:r>
    </w:p>
    <w:p w14:paraId="6D8A2C6D" w14:textId="77777777" w:rsidR="00927E94" w:rsidRDefault="00000000">
      <w:pPr>
        <w:pStyle w:val="a0"/>
        <w:rPr>
          <w:lang w:eastAsia="ko-KR"/>
        </w:rPr>
      </w:pPr>
      <w:r>
        <w:rPr>
          <w:b/>
          <w:lang w:eastAsia="ko-KR"/>
        </w:rPr>
        <w:t xml:space="preserve">HYBRID </w:t>
      </w:r>
      <w:r>
        <w:rPr>
          <w:b/>
          <w:lang w:eastAsia="ko-KR"/>
        </w:rPr>
        <w:t>비율</w:t>
      </w:r>
      <w:r>
        <w:rPr>
          <w:b/>
          <w:lang w:eastAsia="ko-KR"/>
        </w:rPr>
        <w:t xml:space="preserve"> </w:t>
      </w:r>
      <w:r>
        <w:rPr>
          <w:b/>
          <w:lang w:eastAsia="ko-KR"/>
        </w:rPr>
        <w:t>감소</w:t>
      </w:r>
      <w:r>
        <w:rPr>
          <w:lang w:eastAsia="ko-KR"/>
        </w:rPr>
        <w:t xml:space="preserve">: retention-days </w:t>
      </w:r>
      <w:r>
        <w:rPr>
          <w:lang w:eastAsia="ko-KR"/>
        </w:rPr>
        <w:t>확장</w:t>
      </w:r>
      <w:r>
        <w:rPr>
          <w:lang w:eastAsia="ko-KR"/>
        </w:rPr>
        <w:t xml:space="preserve"> </w:t>
      </w:r>
      <w:r>
        <w:rPr>
          <w:lang w:eastAsia="ko-KR"/>
        </w:rPr>
        <w:t>시</w:t>
      </w:r>
      <w:r>
        <w:rPr>
          <w:lang w:eastAsia="ko-KR"/>
        </w:rPr>
        <w:t xml:space="preserve"> DB </w:t>
      </w:r>
      <w:r>
        <w:rPr>
          <w:lang w:eastAsia="ko-KR"/>
        </w:rPr>
        <w:t>폴백</w:t>
      </w:r>
      <w:r>
        <w:rPr>
          <w:lang w:eastAsia="ko-KR"/>
        </w:rPr>
        <w:t xml:space="preserve"> </w:t>
      </w:r>
      <w:r>
        <w:rPr>
          <w:lang w:eastAsia="ko-KR"/>
        </w:rPr>
        <w:t>빈도가</w:t>
      </w:r>
      <w:r>
        <w:rPr>
          <w:lang w:eastAsia="ko-KR"/>
        </w:rPr>
        <w:t xml:space="preserve"> </w:t>
      </w:r>
      <w:r>
        <w:rPr>
          <w:lang w:eastAsia="ko-KR"/>
        </w:rPr>
        <w:t>줄어</w:t>
      </w:r>
      <w:r>
        <w:rPr>
          <w:lang w:eastAsia="ko-KR"/>
        </w:rPr>
        <w:t xml:space="preserve">, HYBRID </w:t>
      </w:r>
      <w:r>
        <w:rPr>
          <w:lang w:eastAsia="ko-KR"/>
        </w:rPr>
        <w:t>경로가</w:t>
      </w:r>
      <w:r>
        <w:rPr>
          <w:lang w:eastAsia="ko-KR"/>
        </w:rPr>
        <w:t xml:space="preserve"> </w:t>
      </w:r>
      <w:r>
        <w:rPr>
          <w:lang w:eastAsia="ko-KR"/>
        </w:rPr>
        <w:t>줄고</w:t>
      </w:r>
      <w:r>
        <w:rPr>
          <w:lang w:eastAsia="ko-KR"/>
        </w:rPr>
        <w:t xml:space="preserve"> </w:t>
      </w:r>
      <w:r>
        <w:rPr>
          <w:lang w:eastAsia="ko-KR"/>
        </w:rPr>
        <w:t>순수</w:t>
      </w:r>
      <w:r>
        <w:rPr>
          <w:lang w:eastAsia="ko-KR"/>
        </w:rPr>
        <w:t xml:space="preserve"> CACHE </w:t>
      </w:r>
      <w:r>
        <w:rPr>
          <w:lang w:eastAsia="ko-KR"/>
        </w:rPr>
        <w:t>경로</w:t>
      </w:r>
      <w:r>
        <w:rPr>
          <w:lang w:eastAsia="ko-KR"/>
        </w:rPr>
        <w:t xml:space="preserve"> </w:t>
      </w:r>
      <w:r>
        <w:rPr>
          <w:lang w:eastAsia="ko-KR"/>
        </w:rPr>
        <w:t>비율이</w:t>
      </w:r>
      <w:r>
        <w:rPr>
          <w:lang w:eastAsia="ko-KR"/>
        </w:rPr>
        <w:t xml:space="preserve"> </w:t>
      </w:r>
      <w:r>
        <w:rPr>
          <w:lang w:eastAsia="ko-KR"/>
        </w:rPr>
        <w:t>증가한다</w:t>
      </w:r>
      <w:r>
        <w:rPr>
          <w:lang w:eastAsia="ko-KR"/>
        </w:rPr>
        <w:t xml:space="preserve">. </w:t>
      </w:r>
      <w:r>
        <w:rPr>
          <w:lang w:eastAsia="ko-KR"/>
        </w:rPr>
        <w:t>이는</w:t>
      </w:r>
      <w:r>
        <w:rPr>
          <w:lang w:eastAsia="ko-KR"/>
        </w:rPr>
        <w:t xml:space="preserve"> DB </w:t>
      </w:r>
      <w:r>
        <w:rPr>
          <w:lang w:eastAsia="ko-KR"/>
        </w:rPr>
        <w:t>커넥션</w:t>
      </w:r>
      <w:r>
        <w:rPr>
          <w:lang w:eastAsia="ko-KR"/>
        </w:rPr>
        <w:t xml:space="preserve"> </w:t>
      </w:r>
      <w:r>
        <w:rPr>
          <w:lang w:eastAsia="ko-KR"/>
        </w:rPr>
        <w:t>풀</w:t>
      </w:r>
      <w:r>
        <w:rPr>
          <w:lang w:eastAsia="ko-KR"/>
        </w:rPr>
        <w:t xml:space="preserve"> </w:t>
      </w:r>
      <w:r>
        <w:rPr>
          <w:lang w:eastAsia="ko-KR"/>
        </w:rPr>
        <w:t>부담</w:t>
      </w:r>
      <w:r>
        <w:rPr>
          <w:lang w:eastAsia="ko-KR"/>
        </w:rPr>
        <w:t xml:space="preserve"> </w:t>
      </w:r>
      <w:r>
        <w:rPr>
          <w:lang w:eastAsia="ko-KR"/>
        </w:rPr>
        <w:t>경감에</w:t>
      </w:r>
      <w:r>
        <w:rPr>
          <w:lang w:eastAsia="ko-KR"/>
        </w:rPr>
        <w:t xml:space="preserve"> </w:t>
      </w:r>
      <w:r>
        <w:rPr>
          <w:lang w:eastAsia="ko-KR"/>
        </w:rPr>
        <w:t>직접</w:t>
      </w:r>
      <w:r>
        <w:rPr>
          <w:lang w:eastAsia="ko-KR"/>
        </w:rPr>
        <w:t xml:space="preserve"> </w:t>
      </w:r>
      <w:r>
        <w:rPr>
          <w:lang w:eastAsia="ko-KR"/>
        </w:rPr>
        <w:t>기여한다</w:t>
      </w:r>
      <w:r>
        <w:rPr>
          <w:lang w:eastAsia="ko-KR"/>
        </w:rPr>
        <w:t>.</w:t>
      </w:r>
    </w:p>
    <w:p w14:paraId="68D73F37" w14:textId="77777777" w:rsidR="00927E94" w:rsidRDefault="00000000">
      <w:pPr>
        <w:pStyle w:val="a0"/>
        <w:rPr>
          <w:lang w:eastAsia="ko-KR"/>
        </w:rPr>
      </w:pPr>
      <w:r>
        <w:rPr>
          <w:b/>
          <w:lang w:eastAsia="ko-KR"/>
        </w:rPr>
        <w:t xml:space="preserve">CACHE+Today </w:t>
      </w:r>
      <w:r>
        <w:rPr>
          <w:b/>
          <w:lang w:eastAsia="ko-KR"/>
        </w:rPr>
        <w:t>경로는</w:t>
      </w:r>
      <w:r>
        <w:rPr>
          <w:b/>
          <w:lang w:eastAsia="ko-KR"/>
        </w:rPr>
        <w:t xml:space="preserve"> retention-days</w:t>
      </w:r>
      <w:r>
        <w:rPr>
          <w:b/>
          <w:lang w:eastAsia="ko-KR"/>
        </w:rPr>
        <w:t>와</w:t>
      </w:r>
      <w:r>
        <w:rPr>
          <w:b/>
          <w:lang w:eastAsia="ko-KR"/>
        </w:rPr>
        <w:t xml:space="preserve"> </w:t>
      </w:r>
      <w:r>
        <w:rPr>
          <w:b/>
          <w:lang w:eastAsia="ko-KR"/>
        </w:rPr>
        <w:t>무관</w:t>
      </w:r>
      <w:r>
        <w:rPr>
          <w:lang w:eastAsia="ko-KR"/>
        </w:rPr>
        <w:t xml:space="preserve">: </w:t>
      </w:r>
      <w:r>
        <w:rPr>
          <w:lang w:eastAsia="ko-KR"/>
        </w:rPr>
        <w:t>오늘</w:t>
      </w:r>
      <w:r>
        <w:rPr>
          <w:lang w:eastAsia="ko-KR"/>
        </w:rPr>
        <w:t xml:space="preserve">(D-0) </w:t>
      </w:r>
      <w:r>
        <w:rPr>
          <w:lang w:eastAsia="ko-KR"/>
        </w:rPr>
        <w:t>데이터는</w:t>
      </w:r>
      <w:r>
        <w:rPr>
          <w:lang w:eastAsia="ko-KR"/>
        </w:rPr>
        <w:t xml:space="preserve"> </w:t>
      </w:r>
      <w:r>
        <w:rPr>
          <w:lang w:eastAsia="ko-KR"/>
        </w:rPr>
        <w:t>항상</w:t>
      </w:r>
      <w:r>
        <w:rPr>
          <w:lang w:eastAsia="ko-KR"/>
        </w:rPr>
        <w:t xml:space="preserve"> Hourly/5min </w:t>
      </w:r>
      <w:r>
        <w:rPr>
          <w:lang w:eastAsia="ko-KR"/>
        </w:rPr>
        <w:t>테이블에서</w:t>
      </w:r>
      <w:r>
        <w:rPr>
          <w:lang w:eastAsia="ko-KR"/>
        </w:rPr>
        <w:t xml:space="preserve"> DB </w:t>
      </w:r>
      <w:r>
        <w:rPr>
          <w:lang w:eastAsia="ko-KR"/>
        </w:rPr>
        <w:t>조회한다</w:t>
      </w:r>
      <w:r>
        <w:rPr>
          <w:lang w:eastAsia="ko-KR"/>
        </w:rPr>
        <w:t xml:space="preserve">. </w:t>
      </w:r>
      <w:r>
        <w:rPr>
          <w:lang w:eastAsia="ko-KR"/>
        </w:rPr>
        <w:t>이</w:t>
      </w:r>
      <w:r>
        <w:rPr>
          <w:lang w:eastAsia="ko-KR"/>
        </w:rPr>
        <w:t xml:space="preserve"> </w:t>
      </w:r>
      <w:r>
        <w:rPr>
          <w:lang w:eastAsia="ko-KR"/>
        </w:rPr>
        <w:t>구간의</w:t>
      </w:r>
      <w:r>
        <w:rPr>
          <w:lang w:eastAsia="ko-KR"/>
        </w:rPr>
        <w:t xml:space="preserve"> </w:t>
      </w:r>
      <w:r>
        <w:rPr>
          <w:lang w:eastAsia="ko-KR"/>
        </w:rPr>
        <w:t>커넥션</w:t>
      </w:r>
      <w:r>
        <w:rPr>
          <w:lang w:eastAsia="ko-KR"/>
        </w:rPr>
        <w:t xml:space="preserve"> </w:t>
      </w:r>
      <w:r>
        <w:rPr>
          <w:lang w:eastAsia="ko-KR"/>
        </w:rPr>
        <w:t>최적화는</w:t>
      </w:r>
      <w:r>
        <w:rPr>
          <w:lang w:eastAsia="ko-KR"/>
        </w:rPr>
        <w:t xml:space="preserve"> </w:t>
      </w:r>
      <w:r>
        <w:rPr>
          <w:lang w:eastAsia="ko-KR"/>
        </w:rPr>
        <w:t>별도</w:t>
      </w:r>
      <w:r>
        <w:rPr>
          <w:lang w:eastAsia="ko-KR"/>
        </w:rPr>
        <w:t xml:space="preserve"> </w:t>
      </w:r>
      <w:r>
        <w:rPr>
          <w:lang w:eastAsia="ko-KR"/>
        </w:rPr>
        <w:t>과제이다</w:t>
      </w:r>
      <w:r>
        <w:rPr>
          <w:lang w:eastAsia="ko-KR"/>
        </w:rPr>
        <w:t>.</w:t>
      </w:r>
    </w:p>
    <w:p w14:paraId="24A1174B" w14:textId="77777777" w:rsidR="00927E94" w:rsidRDefault="00000000">
      <w:pPr>
        <w:pStyle w:val="31"/>
      </w:pPr>
      <w:r>
        <w:t xml:space="preserve">6.3 </w:t>
      </w:r>
      <w:r>
        <w:t>단계적</w:t>
      </w:r>
      <w:r>
        <w:t xml:space="preserve"> </w:t>
      </w:r>
      <w:r>
        <w:t>확장</w:t>
      </w:r>
      <w:r>
        <w:t xml:space="preserve"> </w:t>
      </w:r>
      <w:r>
        <w:t>전략</w:t>
      </w:r>
    </w:p>
    <w:p w14:paraId="53076AD1" w14:textId="77777777" w:rsidR="00927E94" w:rsidRDefault="00000000">
      <w:pPr>
        <w:ind w:left="283"/>
      </w:pPr>
      <w:r>
        <w:rPr>
          <w:rFonts w:ascii="Consolas" w:hAnsi="Consolas"/>
          <w:color w:val="333333"/>
          <w:sz w:val="16"/>
        </w:rPr>
        <w:t>Phase 1 (</w:t>
      </w:r>
      <w:r>
        <w:rPr>
          <w:rFonts w:ascii="Consolas" w:hAnsi="Consolas"/>
          <w:color w:val="333333"/>
          <w:sz w:val="16"/>
        </w:rPr>
        <w:t>현재</w:t>
      </w:r>
      <w:r>
        <w:rPr>
          <w:rFonts w:ascii="Consolas" w:hAnsi="Consolas"/>
          <w:color w:val="333333"/>
          <w:sz w:val="16"/>
        </w:rPr>
        <w:t>)  : retention-days=7,  max-memory-gb=6   → 1</w:t>
      </w:r>
      <w:r>
        <w:rPr>
          <w:rFonts w:ascii="Consolas" w:hAnsi="Consolas"/>
          <w:color w:val="333333"/>
          <w:sz w:val="16"/>
        </w:rPr>
        <w:t>주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커버</w:t>
      </w:r>
      <w:r>
        <w:rPr>
          <w:rFonts w:ascii="Consolas" w:hAnsi="Consolas"/>
          <w:color w:val="333333"/>
          <w:sz w:val="16"/>
        </w:rPr>
        <w:br/>
        <w:t>Phase 2 (</w:t>
      </w:r>
      <w:r>
        <w:rPr>
          <w:rFonts w:ascii="Consolas" w:hAnsi="Consolas"/>
          <w:color w:val="333333"/>
          <w:sz w:val="16"/>
        </w:rPr>
        <w:t>권장</w:t>
      </w:r>
      <w:r>
        <w:rPr>
          <w:rFonts w:ascii="Consolas" w:hAnsi="Consolas"/>
          <w:color w:val="333333"/>
          <w:sz w:val="16"/>
        </w:rPr>
        <w:t>)  : retention-days=14, max-memory-gb=12   → 2</w:t>
      </w:r>
      <w:r>
        <w:rPr>
          <w:rFonts w:ascii="Consolas" w:hAnsi="Consolas"/>
          <w:color w:val="333333"/>
          <w:sz w:val="16"/>
        </w:rPr>
        <w:t>주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커버</w:t>
      </w:r>
      <w:r>
        <w:rPr>
          <w:rFonts w:ascii="Consolas" w:hAnsi="Consolas"/>
          <w:color w:val="333333"/>
          <w:sz w:val="16"/>
        </w:rPr>
        <w:t xml:space="preserve">, </w:t>
      </w:r>
      <w:r>
        <w:rPr>
          <w:rFonts w:ascii="Consolas" w:hAnsi="Consolas"/>
          <w:color w:val="333333"/>
          <w:sz w:val="16"/>
        </w:rPr>
        <w:t>주간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비교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분석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지원</w:t>
      </w:r>
      <w:r>
        <w:rPr>
          <w:rFonts w:ascii="Consolas" w:hAnsi="Consolas"/>
          <w:color w:val="333333"/>
          <w:sz w:val="16"/>
        </w:rPr>
        <w:br/>
        <w:t>Phase 3 (</w:t>
      </w:r>
      <w:r>
        <w:rPr>
          <w:rFonts w:ascii="Consolas" w:hAnsi="Consolas"/>
          <w:color w:val="333333"/>
          <w:sz w:val="16"/>
        </w:rPr>
        <w:t>선택</w:t>
      </w:r>
      <w:r>
        <w:rPr>
          <w:rFonts w:ascii="Consolas" w:hAnsi="Consolas"/>
          <w:color w:val="333333"/>
          <w:sz w:val="16"/>
        </w:rPr>
        <w:t xml:space="preserve">)  : retention-days=30, max-memory-gb=25  → </w:t>
      </w:r>
      <w:r>
        <w:rPr>
          <w:rFonts w:ascii="Consolas" w:hAnsi="Consolas"/>
          <w:color w:val="333333"/>
          <w:sz w:val="16"/>
        </w:rPr>
        <w:t>월간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커버</w:t>
      </w:r>
      <w:r>
        <w:rPr>
          <w:rFonts w:ascii="Consolas" w:hAnsi="Consolas"/>
          <w:color w:val="333333"/>
          <w:sz w:val="16"/>
        </w:rPr>
        <w:t xml:space="preserve">, </w:t>
      </w:r>
      <w:r>
        <w:rPr>
          <w:rFonts w:ascii="Consolas" w:hAnsi="Consolas"/>
          <w:color w:val="333333"/>
          <w:sz w:val="16"/>
        </w:rPr>
        <w:t>장기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항적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분석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지원</w:t>
      </w:r>
    </w:p>
    <w:p w14:paraId="5E99B435" w14:textId="77777777" w:rsidR="00927E94" w:rsidRDefault="00000000">
      <w:pPr>
        <w:rPr>
          <w:lang w:eastAsia="ko-KR"/>
        </w:rPr>
      </w:pPr>
      <w:r>
        <w:rPr>
          <w:lang w:eastAsia="ko-KR"/>
        </w:rPr>
        <w:t>각</w:t>
      </w:r>
      <w:r>
        <w:rPr>
          <w:lang w:eastAsia="ko-KR"/>
        </w:rPr>
        <w:t xml:space="preserve"> </w:t>
      </w:r>
      <w:r>
        <w:rPr>
          <w:lang w:eastAsia="ko-KR"/>
        </w:rPr>
        <w:t>단계</w:t>
      </w:r>
      <w:r>
        <w:rPr>
          <w:lang w:eastAsia="ko-KR"/>
        </w:rPr>
        <w:t xml:space="preserve"> </w:t>
      </w:r>
      <w:r>
        <w:rPr>
          <w:lang w:eastAsia="ko-KR"/>
        </w:rPr>
        <w:t>전환</w:t>
      </w:r>
      <w:r>
        <w:rPr>
          <w:lang w:eastAsia="ko-KR"/>
        </w:rPr>
        <w:t xml:space="preserve"> </w:t>
      </w:r>
      <w:r>
        <w:rPr>
          <w:lang w:eastAsia="ko-KR"/>
        </w:rPr>
        <w:t>시</w:t>
      </w:r>
      <w:r>
        <w:rPr>
          <w:lang w:eastAsia="ko-KR"/>
        </w:rPr>
        <w:t xml:space="preserve"> </w:t>
      </w:r>
      <w:r>
        <w:rPr>
          <w:lang w:eastAsia="ko-KR"/>
        </w:rPr>
        <w:t>서버</w:t>
      </w:r>
      <w:r>
        <w:rPr>
          <w:lang w:eastAsia="ko-KR"/>
        </w:rPr>
        <w:t xml:space="preserve"> </w:t>
      </w:r>
      <w:r>
        <w:rPr>
          <w:lang w:eastAsia="ko-KR"/>
        </w:rPr>
        <w:t>메모리</w:t>
      </w:r>
      <w:r>
        <w:rPr>
          <w:lang w:eastAsia="ko-KR"/>
        </w:rPr>
        <w:t xml:space="preserve"> </w:t>
      </w:r>
      <w:r>
        <w:rPr>
          <w:lang w:eastAsia="ko-KR"/>
        </w:rPr>
        <w:t>여유와</w:t>
      </w:r>
      <w:r>
        <w:rPr>
          <w:lang w:eastAsia="ko-KR"/>
        </w:rPr>
        <w:t xml:space="preserve"> </w:t>
      </w:r>
      <w:r>
        <w:rPr>
          <w:lang w:eastAsia="ko-KR"/>
        </w:rPr>
        <w:t>워밍업</w:t>
      </w:r>
      <w:r>
        <w:rPr>
          <w:lang w:eastAsia="ko-KR"/>
        </w:rPr>
        <w:t xml:space="preserve"> </w:t>
      </w:r>
      <w:r>
        <w:rPr>
          <w:lang w:eastAsia="ko-KR"/>
        </w:rPr>
        <w:t>시간을</w:t>
      </w:r>
      <w:r>
        <w:rPr>
          <w:lang w:eastAsia="ko-KR"/>
        </w:rPr>
        <w:t xml:space="preserve"> </w:t>
      </w:r>
      <w:r>
        <w:rPr>
          <w:lang w:eastAsia="ko-KR"/>
        </w:rPr>
        <w:t>모니터링하며</w:t>
      </w:r>
      <w:r>
        <w:rPr>
          <w:lang w:eastAsia="ko-KR"/>
        </w:rPr>
        <w:t xml:space="preserve">, JVM </w:t>
      </w:r>
      <w:r>
        <w:rPr>
          <w:lang w:eastAsia="ko-KR"/>
        </w:rPr>
        <w:t>힙</w:t>
      </w:r>
      <w:r>
        <w:rPr>
          <w:lang w:eastAsia="ko-KR"/>
        </w:rPr>
        <w:t xml:space="preserve"> </w:t>
      </w:r>
      <w:r>
        <w:rPr>
          <w:lang w:eastAsia="ko-KR"/>
        </w:rPr>
        <w:t>설정을</w:t>
      </w:r>
      <w:r>
        <w:rPr>
          <w:lang w:eastAsia="ko-KR"/>
        </w:rPr>
        <w:t xml:space="preserve"> </w:t>
      </w:r>
      <w:r>
        <w:rPr>
          <w:lang w:eastAsia="ko-KR"/>
        </w:rPr>
        <w:t>함께</w:t>
      </w:r>
      <w:r>
        <w:rPr>
          <w:lang w:eastAsia="ko-KR"/>
        </w:rPr>
        <w:t xml:space="preserve"> </w:t>
      </w:r>
      <w:r>
        <w:rPr>
          <w:lang w:eastAsia="ko-KR"/>
        </w:rPr>
        <w:t>조정한다</w:t>
      </w:r>
      <w:r>
        <w:rPr>
          <w:lang w:eastAsia="ko-KR"/>
        </w:rPr>
        <w:t>.</w:t>
      </w:r>
    </w:p>
    <w:p w14:paraId="49A33EC1" w14:textId="77777777" w:rsidR="00927E94" w:rsidRDefault="00927E94">
      <w:pPr>
        <w:spacing w:before="120" w:after="120"/>
        <w:rPr>
          <w:lang w:eastAsia="ko-KR"/>
        </w:rPr>
      </w:pPr>
    </w:p>
    <w:p w14:paraId="16AB425D" w14:textId="77777777" w:rsidR="00927E94" w:rsidRDefault="00000000">
      <w:pPr>
        <w:pStyle w:val="21"/>
      </w:pPr>
      <w:r>
        <w:t xml:space="preserve">7. </w:t>
      </w:r>
      <w:r>
        <w:t>결론</w:t>
      </w:r>
    </w:p>
    <w:p w14:paraId="431DB1DE" w14:textId="77777777" w:rsidR="00927E94" w:rsidRDefault="00000000">
      <w:pPr>
        <w:pStyle w:val="31"/>
      </w:pPr>
      <w:r>
        <w:t xml:space="preserve">7.1 </w:t>
      </w:r>
      <w:r>
        <w:t>캐시</w:t>
      </w:r>
      <w:r>
        <w:t xml:space="preserve"> </w:t>
      </w:r>
      <w:r>
        <w:t>효과</w:t>
      </w:r>
      <w:r>
        <w:t xml:space="preserve"> </w:t>
      </w:r>
      <w:r>
        <w:t>확인</w:t>
      </w:r>
    </w:p>
    <w:p w14:paraId="653D6172" w14:textId="77777777" w:rsidR="00927E94" w:rsidRDefault="00000000">
      <w:pPr>
        <w:pStyle w:val="a0"/>
        <w:rPr>
          <w:lang w:eastAsia="ko-KR"/>
        </w:rPr>
      </w:pPr>
      <w:r>
        <w:rPr>
          <w:b/>
          <w:lang w:eastAsia="ko-KR"/>
        </w:rPr>
        <w:t>응답시간</w:t>
      </w:r>
      <w:r>
        <w:rPr>
          <w:lang w:eastAsia="ko-KR"/>
        </w:rPr>
        <w:t xml:space="preserve">: </w:t>
      </w:r>
      <w:r>
        <w:rPr>
          <w:lang w:eastAsia="ko-KR"/>
        </w:rPr>
        <w:t>순수</w:t>
      </w:r>
      <w:r>
        <w:rPr>
          <w:lang w:eastAsia="ko-KR"/>
        </w:rPr>
        <w:t xml:space="preserve"> CACHE </w:t>
      </w:r>
      <w:r>
        <w:rPr>
          <w:lang w:eastAsia="ko-KR"/>
        </w:rPr>
        <w:t>경로에서</w:t>
      </w:r>
      <w:r>
        <w:rPr>
          <w:lang w:eastAsia="ko-KR"/>
        </w:rPr>
        <w:t xml:space="preserve"> DB </w:t>
      </w:r>
      <w:r>
        <w:rPr>
          <w:lang w:eastAsia="ko-KR"/>
        </w:rPr>
        <w:t>대비</w:t>
      </w:r>
      <w:r>
        <w:rPr>
          <w:lang w:eastAsia="ko-KR"/>
        </w:rPr>
        <w:t xml:space="preserve"> </w:t>
      </w:r>
      <w:r>
        <w:rPr>
          <w:b/>
          <w:lang w:eastAsia="ko-KR"/>
        </w:rPr>
        <w:t>5.7~12.6</w:t>
      </w:r>
      <w:r>
        <w:rPr>
          <w:b/>
          <w:lang w:eastAsia="ko-KR"/>
        </w:rPr>
        <w:t>배</w:t>
      </w:r>
      <w:r>
        <w:rPr>
          <w:lang w:eastAsia="ko-KR"/>
        </w:rPr>
        <w:t xml:space="preserve"> </w:t>
      </w:r>
      <w:r>
        <w:rPr>
          <w:lang w:eastAsia="ko-KR"/>
        </w:rPr>
        <w:t>빨라짐</w:t>
      </w:r>
      <w:r>
        <w:rPr>
          <w:lang w:eastAsia="ko-KR"/>
        </w:rPr>
        <w:t xml:space="preserve"> </w:t>
      </w:r>
      <w:r>
        <w:rPr>
          <w:lang w:eastAsia="ko-KR"/>
        </w:rPr>
        <w:t>확인</w:t>
      </w:r>
      <w:r>
        <w:rPr>
          <w:lang w:eastAsia="ko-KR"/>
        </w:rPr>
        <w:t>.</w:t>
      </w:r>
    </w:p>
    <w:p w14:paraId="7ED03D68" w14:textId="77777777" w:rsidR="00927E94" w:rsidRDefault="00000000">
      <w:pPr>
        <w:pStyle w:val="a0"/>
        <w:rPr>
          <w:lang w:eastAsia="ko-KR"/>
        </w:rPr>
      </w:pPr>
      <w:r>
        <w:rPr>
          <w:b/>
          <w:lang w:eastAsia="ko-KR"/>
        </w:rPr>
        <w:t xml:space="preserve">DB </w:t>
      </w:r>
      <w:r>
        <w:rPr>
          <w:b/>
          <w:lang w:eastAsia="ko-KR"/>
        </w:rPr>
        <w:t>커넥션</w:t>
      </w:r>
      <w:r>
        <w:rPr>
          <w:lang w:eastAsia="ko-KR"/>
        </w:rPr>
        <w:t xml:space="preserve">: </w:t>
      </w:r>
      <w:r>
        <w:rPr>
          <w:lang w:eastAsia="ko-KR"/>
        </w:rPr>
        <w:t>순수</w:t>
      </w:r>
      <w:r>
        <w:rPr>
          <w:lang w:eastAsia="ko-KR"/>
        </w:rPr>
        <w:t xml:space="preserve"> CACHE </w:t>
      </w:r>
      <w:r>
        <w:rPr>
          <w:lang w:eastAsia="ko-KR"/>
        </w:rPr>
        <w:t>경로에서</w:t>
      </w:r>
      <w:r>
        <w:rPr>
          <w:lang w:eastAsia="ko-KR"/>
        </w:rPr>
        <w:t xml:space="preserve"> DB </w:t>
      </w:r>
      <w:r>
        <w:rPr>
          <w:lang w:eastAsia="ko-KR"/>
        </w:rPr>
        <w:t>대비</w:t>
      </w:r>
      <w:r>
        <w:rPr>
          <w:lang w:eastAsia="ko-KR"/>
        </w:rPr>
        <w:t xml:space="preserve"> </w:t>
      </w:r>
      <w:r>
        <w:rPr>
          <w:b/>
          <w:lang w:eastAsia="ko-KR"/>
        </w:rPr>
        <w:t>63~89%</w:t>
      </w:r>
      <w:r>
        <w:rPr>
          <w:lang w:eastAsia="ko-KR"/>
        </w:rPr>
        <w:t xml:space="preserve"> </w:t>
      </w:r>
      <w:r>
        <w:rPr>
          <w:lang w:eastAsia="ko-KR"/>
        </w:rPr>
        <w:t>감소</w:t>
      </w:r>
      <w:r>
        <w:rPr>
          <w:lang w:eastAsia="ko-KR"/>
        </w:rPr>
        <w:t xml:space="preserve"> </w:t>
      </w:r>
      <w:r>
        <w:rPr>
          <w:lang w:eastAsia="ko-KR"/>
        </w:rPr>
        <w:t>확인</w:t>
      </w:r>
      <w:r>
        <w:rPr>
          <w:lang w:eastAsia="ko-KR"/>
        </w:rPr>
        <w:t>.</w:t>
      </w:r>
    </w:p>
    <w:p w14:paraId="15D0CDAC" w14:textId="77777777" w:rsidR="00927E94" w:rsidRDefault="00000000">
      <w:pPr>
        <w:pStyle w:val="a0"/>
        <w:rPr>
          <w:lang w:eastAsia="ko-KR"/>
        </w:rPr>
      </w:pPr>
      <w:r>
        <w:rPr>
          <w:b/>
          <w:lang w:eastAsia="ko-KR"/>
        </w:rPr>
        <w:t>간소화</w:t>
      </w:r>
      <w:r>
        <w:rPr>
          <w:lang w:eastAsia="ko-KR"/>
        </w:rPr>
        <w:t xml:space="preserve">: </w:t>
      </w:r>
      <w:r>
        <w:rPr>
          <w:lang w:eastAsia="ko-KR"/>
        </w:rPr>
        <w:t>캐시</w:t>
      </w:r>
      <w:r>
        <w:rPr>
          <w:lang w:eastAsia="ko-KR"/>
        </w:rPr>
        <w:t xml:space="preserve"> </w:t>
      </w:r>
      <w:r>
        <w:rPr>
          <w:lang w:eastAsia="ko-KR"/>
        </w:rPr>
        <w:t>경로에서</w:t>
      </w:r>
      <w:r>
        <w:rPr>
          <w:lang w:eastAsia="ko-KR"/>
        </w:rPr>
        <w:t xml:space="preserve"> </w:t>
      </w:r>
      <w:r>
        <w:rPr>
          <w:lang w:eastAsia="ko-KR"/>
        </w:rPr>
        <w:t>줌</w:t>
      </w:r>
      <w:r>
        <w:rPr>
          <w:lang w:eastAsia="ko-KR"/>
        </w:rPr>
        <w:t xml:space="preserve"> </w:t>
      </w:r>
      <w:r>
        <w:rPr>
          <w:lang w:eastAsia="ko-KR"/>
        </w:rPr>
        <w:t>레벨에</w:t>
      </w:r>
      <w:r>
        <w:rPr>
          <w:lang w:eastAsia="ko-KR"/>
        </w:rPr>
        <w:t xml:space="preserve"> </w:t>
      </w:r>
      <w:r>
        <w:rPr>
          <w:lang w:eastAsia="ko-KR"/>
        </w:rPr>
        <w:t>따라</w:t>
      </w:r>
      <w:r>
        <w:rPr>
          <w:lang w:eastAsia="ko-KR"/>
        </w:rPr>
        <w:t xml:space="preserve"> </w:t>
      </w:r>
      <w:r>
        <w:rPr>
          <w:b/>
          <w:lang w:eastAsia="ko-KR"/>
        </w:rPr>
        <w:t>95~99%</w:t>
      </w:r>
      <w:r>
        <w:rPr>
          <w:lang w:eastAsia="ko-KR"/>
        </w:rPr>
        <w:t xml:space="preserve"> </w:t>
      </w:r>
      <w:r>
        <w:rPr>
          <w:lang w:eastAsia="ko-KR"/>
        </w:rPr>
        <w:t>포인트</w:t>
      </w:r>
      <w:r>
        <w:rPr>
          <w:lang w:eastAsia="ko-KR"/>
        </w:rPr>
        <w:t xml:space="preserve"> </w:t>
      </w:r>
      <w:r>
        <w:rPr>
          <w:lang w:eastAsia="ko-KR"/>
        </w:rPr>
        <w:t>압축</w:t>
      </w:r>
      <w:r>
        <w:rPr>
          <w:lang w:eastAsia="ko-KR"/>
        </w:rPr>
        <w:t xml:space="preserve">, </w:t>
      </w:r>
      <w:r>
        <w:rPr>
          <w:lang w:eastAsia="ko-KR"/>
        </w:rPr>
        <w:t>배치</w:t>
      </w:r>
      <w:r>
        <w:rPr>
          <w:lang w:eastAsia="ko-KR"/>
        </w:rPr>
        <w:t xml:space="preserve"> </w:t>
      </w:r>
      <w:r>
        <w:rPr>
          <w:lang w:eastAsia="ko-KR"/>
        </w:rPr>
        <w:t>전송</w:t>
      </w:r>
      <w:r>
        <w:rPr>
          <w:lang w:eastAsia="ko-KR"/>
        </w:rPr>
        <w:t xml:space="preserve"> </w:t>
      </w:r>
      <w:r>
        <w:rPr>
          <w:lang w:eastAsia="ko-KR"/>
        </w:rPr>
        <w:t>수</w:t>
      </w:r>
      <w:r>
        <w:rPr>
          <w:lang w:eastAsia="ko-KR"/>
        </w:rPr>
        <w:t xml:space="preserve"> </w:t>
      </w:r>
      <w:r>
        <w:rPr>
          <w:b/>
          <w:lang w:eastAsia="ko-KR"/>
        </w:rPr>
        <w:t>90~98%</w:t>
      </w:r>
      <w:r>
        <w:rPr>
          <w:lang w:eastAsia="ko-KR"/>
        </w:rPr>
        <w:t xml:space="preserve"> </w:t>
      </w:r>
      <w:r>
        <w:rPr>
          <w:lang w:eastAsia="ko-KR"/>
        </w:rPr>
        <w:t>감소</w:t>
      </w:r>
      <w:r>
        <w:rPr>
          <w:lang w:eastAsia="ko-KR"/>
        </w:rPr>
        <w:t>.</w:t>
      </w:r>
    </w:p>
    <w:p w14:paraId="066F01F3" w14:textId="77777777" w:rsidR="00927E94" w:rsidRDefault="00000000">
      <w:pPr>
        <w:pStyle w:val="a0"/>
        <w:rPr>
          <w:lang w:eastAsia="ko-KR"/>
        </w:rPr>
      </w:pPr>
      <w:r>
        <w:rPr>
          <w:b/>
          <w:lang w:eastAsia="ko-KR"/>
        </w:rPr>
        <w:t xml:space="preserve">DB </w:t>
      </w:r>
      <w:r>
        <w:rPr>
          <w:b/>
          <w:lang w:eastAsia="ko-KR"/>
        </w:rPr>
        <w:t>쿼리</w:t>
      </w:r>
      <w:r>
        <w:rPr>
          <w:b/>
          <w:lang w:eastAsia="ko-KR"/>
        </w:rPr>
        <w:t xml:space="preserve"> </w:t>
      </w:r>
      <w:r>
        <w:rPr>
          <w:b/>
          <w:lang w:eastAsia="ko-KR"/>
        </w:rPr>
        <w:t>시간</w:t>
      </w:r>
      <w:r>
        <w:rPr>
          <w:lang w:eastAsia="ko-KR"/>
        </w:rPr>
        <w:t xml:space="preserve">: CACHE </w:t>
      </w:r>
      <w:r>
        <w:rPr>
          <w:lang w:eastAsia="ko-KR"/>
        </w:rPr>
        <w:t>경로에서</w:t>
      </w:r>
      <w:r>
        <w:rPr>
          <w:lang w:eastAsia="ko-KR"/>
        </w:rPr>
        <w:t xml:space="preserve"> </w:t>
      </w:r>
      <w:r>
        <w:rPr>
          <w:b/>
          <w:lang w:eastAsia="ko-KR"/>
        </w:rPr>
        <w:t>0ms</w:t>
      </w:r>
      <w:r>
        <w:rPr>
          <w:lang w:eastAsia="ko-KR"/>
        </w:rPr>
        <w:t xml:space="preserve"> — DB </w:t>
      </w:r>
      <w:r>
        <w:rPr>
          <w:lang w:eastAsia="ko-KR"/>
        </w:rPr>
        <w:t>부하</w:t>
      </w:r>
      <w:r>
        <w:rPr>
          <w:lang w:eastAsia="ko-KR"/>
        </w:rPr>
        <w:t xml:space="preserve"> </w:t>
      </w:r>
      <w:r>
        <w:rPr>
          <w:lang w:eastAsia="ko-KR"/>
        </w:rPr>
        <w:t>완전</w:t>
      </w:r>
      <w:r>
        <w:rPr>
          <w:lang w:eastAsia="ko-KR"/>
        </w:rPr>
        <w:t xml:space="preserve"> </w:t>
      </w:r>
      <w:r>
        <w:rPr>
          <w:lang w:eastAsia="ko-KR"/>
        </w:rPr>
        <w:t>제거</w:t>
      </w:r>
      <w:r>
        <w:rPr>
          <w:lang w:eastAsia="ko-KR"/>
        </w:rPr>
        <w:t>.</w:t>
      </w:r>
    </w:p>
    <w:p w14:paraId="6BAA7F2C" w14:textId="77777777" w:rsidR="00927E94" w:rsidRDefault="00000000">
      <w:pPr>
        <w:pStyle w:val="31"/>
      </w:pPr>
      <w:r>
        <w:t xml:space="preserve">7.2 </w:t>
      </w:r>
      <w:r>
        <w:t>운영</w:t>
      </w:r>
      <w:r>
        <w:t xml:space="preserve"> </w:t>
      </w:r>
      <w:r>
        <w:t>권장사항</w:t>
      </w:r>
    </w:p>
    <w:tbl>
      <w:tblPr>
        <w:tblStyle w:val="-11"/>
        <w:tblW w:w="0" w:type="auto"/>
        <w:jc w:val="center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927E94" w14:paraId="63DE39ED" w14:textId="77777777" w:rsidTr="00927E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06DDA829" w14:textId="77777777" w:rsidR="00927E94" w:rsidRDefault="00000000">
            <w:r>
              <w:t>항목</w:t>
            </w:r>
          </w:p>
        </w:tc>
        <w:tc>
          <w:tcPr>
            <w:tcW w:w="2880" w:type="dxa"/>
          </w:tcPr>
          <w:p w14:paraId="0088D30A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현황</w:t>
            </w:r>
          </w:p>
        </w:tc>
        <w:tc>
          <w:tcPr>
            <w:tcW w:w="2880" w:type="dxa"/>
          </w:tcPr>
          <w:p w14:paraId="1C14C535" w14:textId="77777777" w:rsidR="00927E94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권장</w:t>
            </w:r>
            <w:r>
              <w:t xml:space="preserve"> </w:t>
            </w:r>
            <w:r>
              <w:t>방향</w:t>
            </w:r>
          </w:p>
        </w:tc>
      </w:tr>
      <w:tr w:rsidR="00927E94" w14:paraId="238A6836" w14:textId="77777777" w:rsidTr="00927E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5F611CDD" w14:textId="77777777" w:rsidR="00927E94" w:rsidRDefault="00000000">
            <w:r>
              <w:t>캐시</w:t>
            </w:r>
            <w:r>
              <w:t xml:space="preserve"> </w:t>
            </w:r>
            <w:r>
              <w:t>보존</w:t>
            </w:r>
            <w:r>
              <w:t xml:space="preserve"> </w:t>
            </w:r>
            <w:r>
              <w:t>기간</w:t>
            </w:r>
          </w:p>
        </w:tc>
        <w:tc>
          <w:tcPr>
            <w:tcW w:w="2880" w:type="dxa"/>
          </w:tcPr>
          <w:p w14:paraId="2B9D31B0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</w:t>
            </w:r>
            <w:r>
              <w:t>일</w:t>
            </w:r>
          </w:p>
        </w:tc>
        <w:tc>
          <w:tcPr>
            <w:tcW w:w="2880" w:type="dxa"/>
          </w:tcPr>
          <w:p w14:paraId="4887F9E3" w14:textId="77777777" w:rsidR="00927E94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>
              <w:rPr>
                <w:lang w:eastAsia="ko-KR"/>
              </w:rPr>
              <w:t>사용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패턴에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따라</w:t>
            </w:r>
            <w:r>
              <w:rPr>
                <w:lang w:eastAsia="ko-KR"/>
              </w:rPr>
              <w:t xml:space="preserve"> 14~30</w:t>
            </w:r>
            <w:r>
              <w:rPr>
                <w:lang w:eastAsia="ko-KR"/>
              </w:rPr>
              <w:t>일로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확장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검토</w:t>
            </w:r>
          </w:p>
        </w:tc>
      </w:tr>
      <w:tr w:rsidR="00927E94" w14:paraId="65D16B53" w14:textId="77777777" w:rsidTr="00927E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0FCCA4EE" w14:textId="77777777" w:rsidR="00927E94" w:rsidRDefault="00000000">
            <w:r>
              <w:t xml:space="preserve">CACHE+Today </w:t>
            </w:r>
            <w:r>
              <w:t>커넥션</w:t>
            </w:r>
          </w:p>
        </w:tc>
        <w:tc>
          <w:tcPr>
            <w:tcW w:w="2880" w:type="dxa"/>
          </w:tcPr>
          <w:p w14:paraId="38DFF29D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eastAsia="ko-KR"/>
              </w:rPr>
            </w:pPr>
            <w:r>
              <w:rPr>
                <w:lang w:eastAsia="ko-KR"/>
              </w:rPr>
              <w:t>오늘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구간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범위별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개별</w:t>
            </w:r>
            <w:r>
              <w:rPr>
                <w:lang w:eastAsia="ko-KR"/>
              </w:rPr>
              <w:t xml:space="preserve"> DB </w:t>
            </w:r>
            <w:r>
              <w:rPr>
                <w:lang w:eastAsia="ko-KR"/>
              </w:rPr>
              <w:t>커넥션</w:t>
            </w:r>
            <w:r>
              <w:rPr>
                <w:lang w:eastAsia="ko-KR"/>
              </w:rPr>
              <w:t xml:space="preserve"> (56</w:t>
            </w:r>
            <w:r>
              <w:rPr>
                <w:lang w:eastAsia="ko-KR"/>
              </w:rPr>
              <w:t>건</w:t>
            </w:r>
            <w:r>
              <w:rPr>
                <w:lang w:eastAsia="ko-KR"/>
              </w:rPr>
              <w:t>)</w:t>
            </w:r>
          </w:p>
        </w:tc>
        <w:tc>
          <w:tcPr>
            <w:tcW w:w="2880" w:type="dxa"/>
          </w:tcPr>
          <w:p w14:paraId="026B34B3" w14:textId="77777777" w:rsidR="00927E94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eastAsia="ko-KR"/>
              </w:rPr>
            </w:pPr>
            <w:r>
              <w:rPr>
                <w:lang w:eastAsia="ko-KR"/>
              </w:rPr>
              <w:t>오늘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데이터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범위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병합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또는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별도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캐시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검토</w:t>
            </w:r>
          </w:p>
        </w:tc>
      </w:tr>
    </w:tbl>
    <w:p w14:paraId="2E0F471E" w14:textId="77777777" w:rsidR="00927E94" w:rsidRDefault="00927E94">
      <w:pPr>
        <w:rPr>
          <w:lang w:eastAsia="ko-KR"/>
        </w:rPr>
      </w:pPr>
    </w:p>
    <w:sectPr w:rsidR="00927E9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235429264">
    <w:abstractNumId w:val="8"/>
  </w:num>
  <w:num w:numId="2" w16cid:durableId="244649466">
    <w:abstractNumId w:val="6"/>
  </w:num>
  <w:num w:numId="3" w16cid:durableId="766728565">
    <w:abstractNumId w:val="5"/>
  </w:num>
  <w:num w:numId="4" w16cid:durableId="1986078543">
    <w:abstractNumId w:val="4"/>
  </w:num>
  <w:num w:numId="5" w16cid:durableId="815875735">
    <w:abstractNumId w:val="7"/>
  </w:num>
  <w:num w:numId="6" w16cid:durableId="1007368142">
    <w:abstractNumId w:val="3"/>
  </w:num>
  <w:num w:numId="7" w16cid:durableId="1343120106">
    <w:abstractNumId w:val="2"/>
  </w:num>
  <w:num w:numId="8" w16cid:durableId="1195921673">
    <w:abstractNumId w:val="1"/>
  </w:num>
  <w:num w:numId="9" w16cid:durableId="12090273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04B58"/>
    <w:rsid w:val="00927E94"/>
    <w:rsid w:val="00A611C4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00958A7"/>
  <w14:defaultImageDpi w14:val="300"/>
  <w15:docId w15:val="{BF144508-617E-4240-89FE-D7A79B5EE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맑은 고딕" w:hAnsi="맑은 고딕"/>
      <w:sz w:val="18"/>
    </w:rPr>
  </w:style>
  <w:style w:type="paragraph" w:styleId="1">
    <w:name w:val="heading 1"/>
    <w:basedOn w:val="a1"/>
    <w:next w:val="a1"/>
    <w:link w:val="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36"/>
      <w:szCs w:val="28"/>
    </w:rPr>
  </w:style>
  <w:style w:type="paragraph" w:styleId="21">
    <w:name w:val="heading 2"/>
    <w:basedOn w:val="a1"/>
    <w:next w:val="a1"/>
    <w:link w:val="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6"/>
    </w:rPr>
  </w:style>
  <w:style w:type="paragraph" w:styleId="31">
    <w:name w:val="heading 3"/>
    <w:basedOn w:val="a1"/>
    <w:next w:val="a1"/>
    <w:link w:val="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paragraph" w:styleId="4">
    <w:name w:val="heading 4"/>
    <w:basedOn w:val="a1"/>
    <w:next w:val="a1"/>
    <w:link w:val="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</w:rPr>
  </w:style>
  <w:style w:type="paragraph" w:styleId="5">
    <w:name w:val="heading 5"/>
    <w:basedOn w:val="a1"/>
    <w:next w:val="a1"/>
    <w:link w:val="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머리글 Char"/>
    <w:basedOn w:val="a2"/>
    <w:link w:val="a5"/>
    <w:uiPriority w:val="99"/>
    <w:rsid w:val="00E618BF"/>
  </w:style>
  <w:style w:type="paragraph" w:styleId="a6">
    <w:name w:val="footer"/>
    <w:basedOn w:val="a1"/>
    <w:link w:val="Char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바닥글 Char"/>
    <w:basedOn w:val="a2"/>
    <w:link w:val="a6"/>
    <w:uiPriority w:val="99"/>
    <w:rsid w:val="00E618BF"/>
  </w:style>
  <w:style w:type="paragraph" w:styleId="a7">
    <w:name w:val="No Spacing"/>
    <w:uiPriority w:val="1"/>
    <w:qFormat/>
    <w:rsid w:val="00FC693F"/>
    <w:pPr>
      <w:spacing w:after="0" w:line="240" w:lineRule="auto"/>
    </w:pPr>
  </w:style>
  <w:style w:type="character" w:customStyle="1" w:styleId="1Char">
    <w:name w:val="제목 1 Char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제목 2 Char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제목 3 Char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Title"/>
    <w:basedOn w:val="a1"/>
    <w:next w:val="a1"/>
    <w:link w:val="Char1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제목 Char"/>
    <w:basedOn w:val="a2"/>
    <w:link w:val="a8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Subtitle"/>
    <w:basedOn w:val="a1"/>
    <w:next w:val="a1"/>
    <w:link w:val="Char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부제 Char"/>
    <w:basedOn w:val="a2"/>
    <w:link w:val="a9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b">
    <w:name w:val="Body Text"/>
    <w:basedOn w:val="a1"/>
    <w:link w:val="Char3"/>
    <w:uiPriority w:val="99"/>
    <w:unhideWhenUsed/>
    <w:rsid w:val="00AA1D8D"/>
    <w:pPr>
      <w:spacing w:after="120"/>
    </w:pPr>
  </w:style>
  <w:style w:type="character" w:customStyle="1" w:styleId="Char3">
    <w:name w:val="본문 Char"/>
    <w:basedOn w:val="a2"/>
    <w:link w:val="ab"/>
    <w:uiPriority w:val="99"/>
    <w:rsid w:val="00AA1D8D"/>
  </w:style>
  <w:style w:type="paragraph" w:styleId="22">
    <w:name w:val="Body Text 2"/>
    <w:basedOn w:val="a1"/>
    <w:link w:val="2Char0"/>
    <w:uiPriority w:val="99"/>
    <w:unhideWhenUsed/>
    <w:rsid w:val="00AA1D8D"/>
    <w:pPr>
      <w:spacing w:after="120" w:line="480" w:lineRule="auto"/>
    </w:pPr>
  </w:style>
  <w:style w:type="character" w:customStyle="1" w:styleId="2Char0">
    <w:name w:val="본문 2 Char"/>
    <w:basedOn w:val="a2"/>
    <w:link w:val="22"/>
    <w:uiPriority w:val="99"/>
    <w:rsid w:val="00AA1D8D"/>
  </w:style>
  <w:style w:type="paragraph" w:styleId="32">
    <w:name w:val="Body Text 3"/>
    <w:basedOn w:val="a1"/>
    <w:link w:val="3Char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Char0">
    <w:name w:val="본문 3 Char"/>
    <w:basedOn w:val="a2"/>
    <w:link w:val="32"/>
    <w:uiPriority w:val="99"/>
    <w:rsid w:val="00AA1D8D"/>
    <w:rPr>
      <w:sz w:val="16"/>
      <w:szCs w:val="16"/>
    </w:rPr>
  </w:style>
  <w:style w:type="paragraph" w:styleId="ac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3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3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d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4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4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e">
    <w:name w:val="macro"/>
    <w:link w:val="Char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Char4">
    <w:name w:val="매크로 텍스트 Char"/>
    <w:basedOn w:val="a2"/>
    <w:link w:val="ae"/>
    <w:uiPriority w:val="99"/>
    <w:rsid w:val="0029639D"/>
    <w:rPr>
      <w:rFonts w:ascii="Courier" w:hAnsi="Courier"/>
      <w:sz w:val="20"/>
      <w:szCs w:val="20"/>
    </w:rPr>
  </w:style>
  <w:style w:type="paragraph" w:styleId="af">
    <w:name w:val="Quote"/>
    <w:basedOn w:val="a1"/>
    <w:next w:val="a1"/>
    <w:link w:val="Char5"/>
    <w:uiPriority w:val="29"/>
    <w:qFormat/>
    <w:rsid w:val="00FC693F"/>
    <w:rPr>
      <w:i/>
      <w:iCs/>
      <w:color w:val="000000" w:themeColor="text1"/>
    </w:rPr>
  </w:style>
  <w:style w:type="character" w:customStyle="1" w:styleId="Char5">
    <w:name w:val="인용 Char"/>
    <w:basedOn w:val="a2"/>
    <w:link w:val="af"/>
    <w:uiPriority w:val="29"/>
    <w:rsid w:val="00FC693F"/>
    <w:rPr>
      <w:i/>
      <w:iCs/>
      <w:color w:val="000000" w:themeColor="text1"/>
    </w:rPr>
  </w:style>
  <w:style w:type="character" w:customStyle="1" w:styleId="4Char">
    <w:name w:val="제목 4 Char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제목 5 Char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제목 6 Char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제목 7 Char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제목 8 Char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제목 9 Char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0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Cs w:val="18"/>
    </w:rPr>
  </w:style>
  <w:style w:type="character" w:styleId="af1">
    <w:name w:val="Strong"/>
    <w:basedOn w:val="a2"/>
    <w:uiPriority w:val="22"/>
    <w:qFormat/>
    <w:rsid w:val="00FC693F"/>
    <w:rPr>
      <w:b/>
      <w:bCs/>
    </w:rPr>
  </w:style>
  <w:style w:type="character" w:styleId="af2">
    <w:name w:val="Emphasis"/>
    <w:basedOn w:val="a2"/>
    <w:uiPriority w:val="20"/>
    <w:qFormat/>
    <w:rsid w:val="00FC693F"/>
    <w:rPr>
      <w:i/>
      <w:iCs/>
    </w:rPr>
  </w:style>
  <w:style w:type="paragraph" w:styleId="af3">
    <w:name w:val="Intense Quote"/>
    <w:basedOn w:val="a1"/>
    <w:next w:val="a1"/>
    <w:link w:val="Char6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6">
    <w:name w:val="강한 인용 Char"/>
    <w:basedOn w:val="a2"/>
    <w:link w:val="af3"/>
    <w:uiPriority w:val="30"/>
    <w:rsid w:val="00FC693F"/>
    <w:rPr>
      <w:b/>
      <w:bCs/>
      <w:i/>
      <w:iCs/>
      <w:color w:val="4F81BD" w:themeColor="accent1"/>
    </w:rPr>
  </w:style>
  <w:style w:type="character" w:styleId="af4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5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6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7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8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9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a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b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c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0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5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6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2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7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5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d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e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0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1137</Words>
  <Characters>6481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7603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Lee heungtak</cp:lastModifiedBy>
  <cp:revision>2</cp:revision>
  <dcterms:created xsi:type="dcterms:W3CDTF">2013-12-23T23:15:00Z</dcterms:created>
  <dcterms:modified xsi:type="dcterms:W3CDTF">2026-02-07T04:23:00Z</dcterms:modified>
  <cp:category/>
</cp:coreProperties>
</file>